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вечірніх дум</w:t>
      </w:r>
    </w:p>
    <w:p>
      <w:r>
        <w:br/>
        <w:t xml:space="preserve"> Янка Купала (Іван Домінікович Луцевич)&lt;br /&gt;</w:t>
        <w:br/>
        <w:t>З вечірніх дум</w:t>
      </w:r>
    </w:p>
    <w:p>
      <w:r>
        <w:br/>
        <w:t>Перекладач: Микола Зеров</w:t>
      </w:r>
    </w:p>
    <w:p>
      <w:r>
        <w:br/>
        <w:t>Як погасне зорі пурпурове крило&lt;br /&gt;</w:t>
        <w:br/>
        <w:t>І простелеться тьма по цілій Білорусі,&lt;br /&gt;</w:t>
        <w:br/>
        <w:t>Хтось шепоче: "Іди",— я піду за село&lt;br /&gt;</w:t>
        <w:br/>
        <w:t>І в полях під похилим хрестом залишуся.</w:t>
      </w:r>
    </w:p>
    <w:p>
      <w:r>
        <w:br/>
        <w:t>Оповитий у чар посмеркових годин,&lt;br /&gt;</w:t>
        <w:br/>
        <w:t>Прислухaюсь, як шепчуться доли і гори,&lt;br /&gt;</w:t>
        <w:br/>
        <w:t>І замисленим оком — самотен, один —&lt;br /&gt;</w:t>
        <w:br/>
        <w:t>Пролітаю у тьмі неосяжні простори.</w:t>
      </w:r>
    </w:p>
    <w:p>
      <w:r>
        <w:br/>
        <w:t>І журба моя гине в спокoї святім,&lt;br /&gt;</w:t>
        <w:br/>
        <w:t>Що здіймається з випаром срібно-вечірнім,&lt;br /&gt;</w:t>
        <w:br/>
        <w:t>Аж до неба, що маком мигтить золотим,&lt;br /&gt;</w:t>
        <w:br/>
        <w:t>До вогнів золотих у наметі безмірнім.</w:t>
      </w:r>
    </w:p>
    <w:p>
      <w:r>
        <w:br/>
        <w:t>Далечінь мовчазна мовить слово своє,&lt;br /&gt;</w:t>
        <w:br/>
        <w:t>Вона з шелестів ночі вінок заплітає,&lt;br /&gt;</w:t>
        <w:br/>
        <w:t>Землю славить вона, пісню з небом снує,&lt;br /&gt;</w:t>
        <w:br/>
        <w:t>І душа моя рветься в ту пісню безкраю</w:t>
      </w:r>
    </w:p>
    <w:p>
      <w:r>
        <w:br/>
        <w:t>Про земного життя небувалу красу,&lt;br /&gt;</w:t>
        <w:br/>
        <w:t>Про ті сяйва, що долю голублять наземну,&lt;br /&gt;</w:t>
        <w:br/>
        <w:t>Про розвіяну гніту людського грозу —&lt;br /&gt;</w:t>
        <w:br/>
        <w:t>Чую звістку пророчу — святу і таємну,</w:t>
      </w:r>
    </w:p>
    <w:p>
      <w:r>
        <w:br/>
        <w:t>Коли житом наш лан вигинався і спів,&lt;br /&gt;</w:t>
        <w:br/>
        <w:t>Коли весело ратай на сонце дивився,&lt;br /&gt;</w:t>
        <w:br/>
        <w:t>Голос ночі і зір виливав я у спів...&lt;br /&gt;</w:t>
        <w:br/>
        <w:t>Ах, було те, як я ще на світ не родився!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вечірніх 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