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 Україною в крові я живу на землі України</w:t>
      </w:r>
    </w:p>
    <w:p>
      <w:r>
        <w:br/>
        <w:t xml:space="preserve"> &lt;strong&gt;Подається російською мовою&lt;/strong&gt;</w:t>
      </w:r>
    </w:p>
    <w:p>
      <w:r>
        <w:br/>
        <w:t>С Украиной в крови я живу на земле Украины,&lt;br /&gt;</w:t>
        <w:br/>
        <w:t>и, хоть русским зовусь, потому что по-русски пишу,&lt;br /&gt;</w:t>
        <w:br/>
        <w:t>на лугах доброты, что ее тополями хранимы,&lt;br /&gt;</w:t>
        <w:br/>
        <w:t>место есть моему шалашу.</w:t>
      </w:r>
    </w:p>
    <w:p>
      <w:r>
        <w:br/>
        <w:t>Что мне север с тайгой, что мне юг с наготою нагорий?&lt;br /&gt;</w:t>
        <w:br/>
        <w:t>Помолюсь облакам, чтобы дождик прошел полосой.&lt;br /&gt;</w:t>
        <w:br/>
        <w:t>Одуванчик мне брат, а еще молочай и цикорий,&lt;br /&gt;</w:t>
        <w:br/>
        <w:t>сердце радо ромашке простой.</w:t>
      </w:r>
    </w:p>
    <w:p>
      <w:r>
        <w:br/>
        <w:t>На исходе тропы, в чернокнижье болот проторенной,&lt;br /&gt;</w:t>
        <w:br/>
        <w:t>древокрылое диво увидеть очам довелось:&lt;br /&gt;</w:t>
        <w:br/>
        <w:t>Богом по лугу плыл, окрыленный могучей короной,&lt;br /&gt;</w:t>
        <w:br/>
        <w:t>впопыхах не осознанный лось.</w:t>
      </w:r>
    </w:p>
    <w:p>
      <w:r>
        <w:br/>
        <w:t>А когда, утомленный, просил: приласкай и порадуй,&lt;br /&gt;</w:t>
        <w:br/>
        <w:t>обнимала зарей, и к ногам простирала пруды,&lt;br /&gt;</w:t>
        <w:br/>
        <w:t>и ложилась травой, и дарила блаженной прохладой&lt;br /&gt;</w:t>
        <w:br/>
        <w:t>от источника Сковороды.</w:t>
      </w:r>
    </w:p>
    <w:p>
      <w:r>
        <w:br/>
        <w:t>Вся б история наша сложилась мудрей и бескровней,&lt;br /&gt;</w:t>
        <w:br/>
        <w:t>если б город престольный, лучась красотой и добром,&lt;br /&gt;</w:t>
        <w:br/>
        <w:t>не на севере хмуром возвел золоченые кровли,&lt;br /&gt;</w:t>
        <w:br/>
        <w:t>а над вольным и щедрым Днепром.</w:t>
      </w:r>
    </w:p>
    <w:p>
      <w:r>
        <w:br/>
        <w:t>О земля Кобзаря, я в закате твоем, как в оправе,&lt;br /&gt;</w:t>
        <w:br/>
        <w:t>с тополиных страниц на степную полынь обронен.&lt;br /&gt;</w:t>
        <w:br/>
        <w:t>Пойте всю мою ночь, пойте весело, пойте о славе,&lt;br /&gt;</w:t>
        <w:br/>
        <w:t>соловьи запорожских времен.&lt;br /&gt;</w:t>
        <w:br/>
        <w:t>1973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 Україною в крові я живу на землі України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