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циклю "Дні"</w:t>
      </w:r>
    </w:p>
    <w:p>
      <w:r>
        <w:br/>
        <w:t xml:space="preserve"> З циклю "Дні"&lt;br /&gt;</w:t>
        <w:br/>
        <w:t>І&lt;br /&gt;</w:t>
        <w:br/>
        <w:t>…А я усе шукав пророків&lt;br /&gt;</w:t>
        <w:br/>
        <w:t>Світ сну&lt;br /&gt;</w:t>
        <w:br/>
        <w:t>Довічного віщуючих…&lt;br /&gt;</w:t>
        <w:br/>
        <w:t>Життям, – мов весняні потоки&lt;br /&gt;</w:t>
        <w:br/>
        <w:t>Омитих, впоєних і чуючих…</w:t>
      </w:r>
    </w:p>
    <w:p>
      <w:r>
        <w:br/>
        <w:t>Про хід Безчасної Весни&lt;br /&gt;</w:t>
        <w:br/>
        <w:t>У заходах я марив чудно, —&lt;br /&gt;</w:t>
        <w:br/>
        <w:t>Як кликав день із давнини&lt;br /&gt;</w:t>
        <w:br/>
        <w:t>У злому сніти непробудно…</w:t>
      </w:r>
    </w:p>
    <w:p>
      <w:r>
        <w:br/>
        <w:t>…І день звичайний… Млистий, хмарний…&lt;br /&gt;</w:t>
        <w:br/>
        <w:t>І в жилах квола, в’яла кров…&lt;br /&gt;</w:t>
        <w:br/>
        <w:t>О, хто ж прийде із Сну, —&lt;br /&gt;</w:t>
        <w:br/>
        <w:t>Примарний,&lt;br /&gt;</w:t>
        <w:br/>
        <w:t>І висвятить мою Любов?!</w:t>
      </w:r>
    </w:p>
    <w:p>
      <w:r>
        <w:br/>
        <w:t>Десь в млі дзвенять, горять потоки…&lt;br /&gt;</w:t>
        <w:br/>
        <w:t>Хтось там рида в простір вогніючий —&lt;br /&gt;</w:t>
        <w:br/>
        <w:t>Що я шукав, чекав пророків,&lt;br /&gt;</w:t>
        <w:br/>
        <w:t>Що я повірив&lt;br /&gt;</w:t>
        <w:br/>
        <w:t>Ранкам&lt;br /&gt;</w:t>
        <w:br/>
        <w:t>Дніючим…</w:t>
      </w:r>
    </w:p>
    <w:p>
      <w:r>
        <w:br/>
        <w:t>ІІ&lt;br /&gt;</w:t>
        <w:br/>
        <w:t>Асфальт присипаний піском —&lt;br /&gt;</w:t>
        <w:br/>
        <w:t>Невірноковзький, – кроки хибить.&lt;br /&gt;</w:t>
        <w:br/>
        <w:t>А я – горю ласкавим сном:&lt;br /&gt;</w:t>
        <w:br/>
        <w:t>Зійде Любов – чуття поглибить…</w:t>
      </w:r>
    </w:p>
    <w:p>
      <w:r>
        <w:br/>
        <w:t>І в жовтім вечорі межа&lt;br /&gt;</w:t>
        <w:br/>
        <w:t>Неясних марев-хвиль над днями,&lt;br /&gt;</w:t>
        <w:br/>
        <w:t>Що ти, – незнана і чужа&lt;br /&gt;</w:t>
        <w:br/>
        <w:t>Давно відгаданая снами.</w:t>
      </w:r>
    </w:p>
    <w:p>
      <w:r>
        <w:br/>
        <w:t>І хоч далекий чудний світ&lt;br /&gt;</w:t>
        <w:br/>
        <w:t>Легенд неясних і просяянь —&lt;br /&gt;</w:t>
        <w:br/>
        <w:t>Усе одну з неволі літ&lt;br /&gt;</w:t>
        <w:br/>
        <w:t>Хистку, невірну, – я чекаю —</w:t>
      </w:r>
    </w:p>
    <w:p>
      <w:r>
        <w:br/>
        <w:t>Вечірні, гаснучі огні&lt;br /&gt;</w:t>
        <w:br/>
        <w:t>Ізнову сном стежки встелися, —&lt;br /&gt;</w:t>
        <w:br/>
        <w:t>Що ти – білієш в далині,&lt;br /&gt;</w:t>
        <w:br/>
        <w:t>Як вперше – з’явишся мені&lt;br /&gt;</w:t>
        <w:br/>
        <w:t>Такою, – як раніш труїла…</w:t>
      </w:r>
    </w:p>
    <w:p>
      <w:r>
        <w:br/>
        <w:t>ІІІ&lt;br /&gt;</w:t>
        <w:br/>
        <w:t>В несходимості нив&lt;br /&gt;</w:t>
        <w:br/>
        <w:t>Занімілі овси і жита…&lt;br /&gt;</w:t>
        <w:br/>
        <w:t>Вечір в серце розпуки долив… —&lt;br /&gt;</w:t>
        <w:br/>
        <w:t>Недосяжна, далека мета…</w:t>
      </w:r>
    </w:p>
    <w:p>
      <w:r>
        <w:br/>
        <w:t>В сонцем впоєнім сні&lt;br /&gt;</w:t>
        <w:br/>
        <w:t>То тоді зріла вість зливних гроз —&lt;br /&gt;</w:t>
        <w:br/>
        <w:t>Ввійде впоєно в дні&lt;br /&gt;</w:t>
        <w:br/>
        <w:t>Наш Христос…</w:t>
      </w:r>
    </w:p>
    <w:p>
      <w:r>
        <w:br/>
        <w:t>Над руїни марев пливу&lt;br /&gt;</w:t>
        <w:br/>
        <w:t>В догасання рубінів…&lt;br /&gt;</w:t>
        <w:br/>
        <w:t>Чую тужную пісню нову,&lt;br /&gt;</w:t>
        <w:br/>
        <w:t>Як нічнії години.</w:t>
      </w:r>
    </w:p>
    <w:p>
      <w:r>
        <w:br/>
        <w:t>Ввесь у сумно-розкритих очах…&lt;br /&gt;</w:t>
        <w:br/>
        <w:t>Зрів – гасне&lt;br /&gt;</w:t>
        <w:br/>
        <w:t>Вість таємнича…&lt;br /&gt;</w:t>
        <w:br/>
        <w:t>Тихим дзвоном в житах&lt;br /&gt;</w:t>
        <w:br/>
        <w:t>Бідна церковця вечір кличе…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циклю "Дні"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