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посмертних збірок</w:t>
      </w:r>
    </w:p>
    <w:p>
      <w:r>
        <w:br/>
        <w:t xml:space="preserve"> Гійом Аполлінер&lt;br /&gt;</w:t>
        <w:br/>
        <w:t>З посмертних збірок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ПЕКЛО</w:t>
      </w:r>
    </w:p>
    <w:p>
      <w:r>
        <w:br/>
        <w:t>Блукав пустелею без крапельки вологи&lt;br /&gt;</w:t>
        <w:br/>
        <w:t>До моря вибився на спрагу знемага&lt;br /&gt;</w:t>
        <w:br/>
        <w:t>Той мандрівник моя безвихідна жага&lt;br /&gt;</w:t>
        <w:br/>
        <w:t>А море то твоя даремна перемога</w:t>
      </w:r>
    </w:p>
    <w:p>
      <w:r>
        <w:br/>
        <w:t>У гарній масці хтось душа аж чорна в нього&lt;br /&gt;</w:t>
        <w:br/>
        <w:t>Під шибеницею де змучена й нага&lt;br /&gt;</w:t>
        <w:br/>
        <w:t>Любов повішена катюга ж вимага&lt;br /&gt;</w:t>
        <w:br/>
        <w:t>Для неї іспиту іще і вогняного</w:t>
      </w:r>
    </w:p>
    <w:p>
      <w:r>
        <w:br/>
        <w:t>Той спраглий маска та і страчена всі три&lt;br /&gt;</w:t>
        <w:br/>
        <w:t>У пекло нуряться що лють моя копала&lt;br /&gt;</w:t>
        <w:br/>
        <w:t>А ймення пеклові Щоб ти мене кохала</w:t>
      </w:r>
    </w:p>
    <w:p>
      <w:r>
        <w:br/>
        <w:t>Отак хоч раз в житті а долю обхитри&lt;br /&gt;</w:t>
        <w:br/>
        <w:t>Як не судилося прекрасного кохання&lt;br /&gt;</w:t>
        <w:br/>
        <w:t>Нехай міраклями овіється сконання</w:t>
      </w:r>
    </w:p>
    <w:p>
      <w:r>
        <w:br/>
        <w:t>* * *</w:t>
      </w:r>
    </w:p>
    <w:p>
      <w:r>
        <w:br/>
        <w:t>Печальних радощів зазнать мені далося&lt;br /&gt;</w:t>
        <w:br/>
        <w:t>Я вірний зрадниці нелюблений люблю&lt;br /&gt;</w:t>
        <w:br/>
        <w:t>О серце в гордощах я рівен королю&lt;br /&gt;</w:t>
        <w:br/>
        <w:t>Що згордувала ним красуня злотокоса</w:t>
      </w:r>
    </w:p>
    <w:p>
      <w:r>
        <w:br/>
        <w:t>Ця сонна вродниця не зна мого жалю&lt;br /&gt;</w:t>
        <w:br/>
        <w:t>Я дужий я стерплю я сам би ще боровся&lt;br /&gt;</w:t>
        <w:br/>
        <w:t>Та серце вражене в вечірніх зимних росах&lt;br /&gt;</w:t>
        <w:br/>
        <w:t>Чи остуджу твій пал чи тугу розіллю</w:t>
      </w:r>
    </w:p>
    <w:p>
      <w:r>
        <w:br/>
        <w:t>Король позбавлений найзвичайніших благ&lt;br /&gt;</w:t>
        <w:br/>
        <w:t>Дивився я без сліз на мрій розбиті лави&lt;br /&gt;</w:t>
        <w:br/>
        <w:t>Щокаті дітлахи із подивом в очах</w:t>
      </w:r>
    </w:p>
    <w:p>
      <w:r>
        <w:br/>
        <w:t>Де взявсь вітрець мене потішити в неславі&lt;br /&gt;</w:t>
        <w:br/>
        <w:t>Вставай угору йди Тобі ясують шлях&lt;br /&gt;</w:t>
        <w:br/>
        <w:t>Вершки сосон старих життя персти кістляві</w:t>
      </w:r>
    </w:p>
    <w:p>
      <w:r>
        <w:br/>
        <w:t>ВТЕЧА</w:t>
      </w:r>
    </w:p>
    <w:p>
      <w:r>
        <w:br/>
        <w:t>Втіка на кораблі з коханцем королева&lt;br /&gt;</w:t>
        <w:br/>
        <w:t>На березі король трагічний бородань&lt;br /&gt;</w:t>
        <w:br/>
        <w:t>I мантія на нім хвилює соболева&lt;br /&gt;</w:t>
        <w:br/>
        <w:t>Клейноди ронячи під ритм його ридань</w:t>
      </w:r>
    </w:p>
    <w:p>
      <w:r>
        <w:br/>
        <w:t>Співають веслярі гойдається галера&lt;br /&gt;</w:t>
        <w:br/>
        <w:t>Коханці слухають в полоні мрій-жадань&lt;br /&gt;</w:t>
        <w:br/>
        <w:t>Байдуже рифи їм і звабниця сирена&lt;br /&gt;</w:t>
        <w:br/>
        <w:t>Що в пісню вкравшися Нептуну править дань</w:t>
      </w:r>
    </w:p>
    <w:p>
      <w:r>
        <w:br/>
        <w:t>О страх скільком тілам і перлам довелося&lt;br /&gt;</w:t>
        <w:br/>
        <w:t>Тут канути на дно без думки Я знайдусь&lt;br /&gt;</w:t>
        <w:br/>
        <w:t>Лиш де-не-де квітки та ще жмутки волосся</w:t>
      </w:r>
    </w:p>
    <w:p>
      <w:r>
        <w:br/>
        <w:t>Зірнувши плавають між синявих медуз&lt;br /&gt;</w:t>
        <w:br/>
        <w:t>Манливе щастя втеч у сизий жах повите&lt;br /&gt;</w:t>
        <w:br/>
        <w:t>Недарма з мантії опали самоцвіти</w:t>
      </w:r>
    </w:p>
    <w:p>
      <w:r>
        <w:br/>
        <w:t>* * *</w:t>
      </w:r>
    </w:p>
    <w:p>
      <w:r>
        <w:br/>
        <w:t>Судилося мені у тебе коло ніг&lt;br /&gt;</w:t>
        <w:br/>
        <w:t>До скону лебедіть Люблю тебе Маріє&lt;br /&gt;</w:t>
        <w:br/>
        <w:t>Слабенький голосе я від оман знеміг&lt;br /&gt;</w:t>
        <w:br/>
        <w:t>Уже й поезії створити не здолію</w:t>
      </w:r>
    </w:p>
    <w:p>
      <w:r>
        <w:br/>
        <w:t>Колись мені дававсь палкий жагучий ритм&lt;br /&gt;</w:t>
        <w:br/>
        <w:t>Що поривав серця до трепету і млості&lt;br /&gt;</w:t>
        <w:br/>
        <w:t>Тепер над віршем б'юсь що ледве майорить&lt;br /&gt;</w:t>
        <w:br/>
        <w:t>I смерть мою снує як любо це вашмості</w:t>
      </w:r>
    </w:p>
    <w:p>
      <w:r>
        <w:br/>
        <w:t>ДО ІВОННИ</w:t>
      </w:r>
    </w:p>
    <w:p>
      <w:r>
        <w:br/>
        <w:t>Ти дивний сад спокус де не один вже пас&lt;br /&gt;</w:t>
        <w:br/>
        <w:t>Зальотний припутень свої голодні зори&lt;br /&gt;</w:t>
        <w:br/>
        <w:t>Тут дикий виноград і пишний лиліяс&lt;br /&gt;</w:t>
        <w:br/>
        <w:t>Красолі запашні й тернисті пасифлори</w:t>
      </w:r>
    </w:p>
    <w:p>
      <w:r>
        <w:br/>
        <w:t>У тім саду весна і осінь водночас&lt;br /&gt;</w:t>
        <w:br/>
        <w:t>У небо радісно стримлять гінкі дерева&lt;br /&gt;</w:t>
        <w:br/>
        <w:t>I пінява цвітінь і зрілість янтарева&lt;br /&gt;</w:t>
        <w:br/>
        <w:t>Духмяно гроняться і надять по ночах</w:t>
      </w:r>
    </w:p>
    <w:p>
      <w:r>
        <w:br/>
        <w:t>Немов із яблуні пелюсточки опалі&lt;br /&gt;</w:t>
        <w:br/>
        <w:t>Жорстоких нігтиків твоїх емаль тонка&lt;br /&gt;</w:t>
        <w:br/>
        <w:t>Твої повіки мов троянд платочки в'ялі&lt;br /&gt;</w:t>
        <w:br/>
        <w:t>Ти весно чистая ти осене п'янка</w:t>
      </w:r>
    </w:p>
    <w:p>
      <w:r>
        <w:br/>
        <w:t>ДІВА С КРАСОЛЯНИМ ЦВІТОМ У КЕЛЬНСЬКОМУ СОБОРІ</w:t>
      </w:r>
    </w:p>
    <w:p>
      <w:r>
        <w:br/>
        <w:t>Ця Діва з квіткою вродливиця білява&lt;br /&gt;</w:t>
        <w:br/>
        <w:t>I світлі ж кучері в Дитятка круг чола&lt;br /&gt;</w:t>
        <w:br/>
        <w:t>А очі голубі і в них небесна слава&lt;br /&gt;</w:t>
        <w:br/>
        <w:t>Від Утішителя-бо чудно зачала</w:t>
      </w:r>
    </w:p>
    <w:p>
      <w:r>
        <w:br/>
        <w:t>На крилах триптиха ще й преподобні жени&lt;br /&gt;</w:t>
        <w:br/>
        <w:t>Побожно згадують часи минулих мук&lt;br /&gt;</w:t>
        <w:br/>
        <w:t>Заслухані у спів безхитрісно-блаженний&lt;br /&gt;</w:t>
        <w:br/>
        <w:t>Пурхливих янголят веселий перегук</w:t>
      </w:r>
    </w:p>
    <w:p>
      <w:r>
        <w:br/>
        <w:t>Три дами ті й Дитя жили колись у Кельні&lt;br /&gt;</w:t>
        <w:br/>
        <w:t>Й квасолі цвіт десь тут в городчику лелів&lt;br /&gt;</w:t>
        <w:br/>
        <w:t>А серафимів хор ті лики несмертельні&lt;br /&gt;</w:t>
        <w:br/>
        <w:t>Вдав маляр дивлячись на рідних журавлів</w:t>
      </w:r>
    </w:p>
    <w:p>
      <w:r>
        <w:br/>
        <w:t>I Діва лагідна комусь була знайома&lt;br /&gt;</w:t>
        <w:br/>
        <w:t>Ходила-бо не раз як вів її порив&lt;br /&gt;</w:t>
        <w:br/>
        <w:t>До образу свого руки митця Гійома&lt;br /&gt;</w:t>
        <w:br/>
        <w:t>Що ту намалював котру боготворив</w:t>
      </w:r>
    </w:p>
    <w:p>
      <w:r>
        <w:br/>
        <w:t>ЛЮБОВ ПОГОРДА I НАДІЯ</w:t>
      </w:r>
    </w:p>
    <w:p>
      <w:r>
        <w:br/>
        <w:t>Я взяв тебе притиснув до грудей як голубку що дівча буває нехотя й задушить&lt;br /&gt;</w:t>
        <w:br/>
        <w:t>Я взяв тебе з усією красою твоєю багатшою над усі&lt;br /&gt;</w:t>
        <w:br/>
        <w:t>Каліфорнійські родовища в часи золотої лихоманки&lt;br /&gt;</w:t>
        <w:br/>
        <w:t>Я наситив свою чуттєву хіть твоїм усміхом твоїм зором твоїм трепетом&lt;br /&gt;</w:t>
        <w:br/>
        <w:t>Я загнуздав твою пиху коли ти гнулася й корилась моїй потузі моїй владі&lt;br /&gt;</w:t>
        <w:br/>
        <w:t>Я думав що узяв те все та то була одна мана&lt;br /&gt;</w:t>
        <w:br/>
        <w:t>I я тепер мов Іксіон що то кохався з марою-примарою&lt;br /&gt;</w:t>
        <w:br/>
        <w:t>Облудною подобою тієї що зветься Герою або незримою Юноною&lt;br /&gt;</w:t>
        <w:br/>
        <w:t>Хто ж візьме хто утопить хмару хто марево&lt;br /&gt;</w:t>
        <w:br/>
        <w:t>Впіймать здолає хто у своїх обіймах стисне блакить небесну&lt;br /&gt;</w:t>
        <w:br/>
        <w:t>Я думав що узяв усю твою красу а мав лиш тіло&lt;br /&gt;</w:t>
        <w:br/>
        <w:t>А в тілі вічності на жаль нема&lt;br /&gt;</w:t>
        <w:br/>
        <w:t>У тілі є утіха а не любов&lt;br /&gt;</w:t>
        <w:br/>
        <w:t>Тепер я марно намагаюсь обняти твою душу&lt;br /&gt;</w:t>
        <w:br/>
        <w:t>Вона втікає вислизає немов клубовище вужів&lt;br /&gt;</w:t>
        <w:br/>
        <w:t>I гарні твої руки на дальнім обрії то змії кольору&lt;br /&gt;</w:t>
        <w:br/>
        <w:t>Світанку що в'ються-в'юняться на знак прощання&lt;br /&gt;</w:t>
        <w:br/>
        <w:t>I я бентежуся і я гублюся&lt;br /&gt;</w:t>
        <w:br/>
        <w:t>Мене втомила та любов що нею ти гордуєш&lt;br /&gt;</w:t>
        <w:br/>
        <w:t>Соромлюся того кохання що ти так зневажаєш&lt;br /&gt;</w:t>
        <w:br/>
        <w:t>Таж тіла не буває без душі&lt;br /&gt;</w:t>
        <w:br/>
        <w:t>I як я маю сподіватись зійтися знов із твоїм тілом&lt;br /&gt;</w:t>
        <w:br/>
        <w:t>Коли твоя душа була від мене так далеко&lt;br /&gt;</w:t>
        <w:br/>
        <w:t>Коли те тіло поєдналося з душею&lt;br /&gt;</w:t>
        <w:br/>
        <w:t>Як інші всі живі тіла&lt;br /&gt;</w:t>
        <w:br/>
        <w:t>Я володів тобою мертвою</w:t>
      </w:r>
    </w:p>
    <w:p>
      <w:r>
        <w:br/>
        <w:t>*</w:t>
      </w:r>
    </w:p>
    <w:p>
      <w:r>
        <w:br/>
        <w:t>I все ж таки я виглядаю здалеку чи не йде поштар&lt;br /&gt;</w:t>
        <w:br/>
        <w:t>I жду як насолоди твого щоденного листа і серце&lt;br /&gt;</w:t>
        <w:br/>
        <w:t>Мені скаче як оленятко коли забачу листоношу&lt;br /&gt;</w:t>
        <w:br/>
        <w:t>I малюю тоді в уяві неможливі речі бо ж серце твоє не зі мною&lt;br /&gt;</w:t>
        <w:br/>
        <w:t>I мариться мені що ми з тобою удвох чи може&lt;br /&gt;</w:t>
        <w:br/>
        <w:t>Втрьох лаштуємося в морську дорогу й ніхто&lt;br /&gt;</w:t>
        <w:br/>
        <w:t>На світі знать не знає про нашу любу подорож кудись навіки&lt;br /&gt;</w:t>
        <w:br/>
        <w:t>По тому морю по синющому синішому за всю на світі синь&lt;br /&gt;</w:t>
        <w:br/>
        <w:t>По тому морю де ніхто не крикне Земля&lt;br /&gt;</w:t>
        <w:br/>
        <w:t>Краса твоя вчуватиме мій спів чистіший над усі слова вільніший над усяку хвилю&lt;br /&gt;</w:t>
        <w:br/>
        <w:t>Чи може моє серце вже пізно думати про ту мандрівку таємничу&lt;br /&gt;</w:t>
        <w:br/>
        <w:t>Чекає човен нас фантазія крилата&lt;br /&gt;</w:t>
        <w:br/>
        <w:t>А дійсність прийде теж колись&lt;br /&gt;</w:t>
        <w:br/>
        <w:t>Аби з'єднались душі&lt;br /&gt;</w:t>
        <w:br/>
        <w:t>На ту чудовну прощу</w:t>
      </w:r>
    </w:p>
    <w:p>
      <w:r>
        <w:br/>
        <w:t>*</w:t>
      </w:r>
    </w:p>
    <w:p>
      <w:r>
        <w:br/>
        <w:t>Ану ж моє серце мужчини лампа згасає&lt;br /&gt;</w:t>
        <w:br/>
        <w:t>Долий туди своєї крові&lt;br /&gt;</w:t>
        <w:br/>
        <w:t>Ану ж життя моє підживи лампу кохання&lt;br /&gt;</w:t>
        <w:br/>
        <w:t>Ану ж гармати прокладіть дорогу&lt;br /&gt;</w:t>
        <w:br/>
        <w:t>Аби прийшов нарешті день перемоги радісний день повороту</w:t>
      </w:r>
    </w:p>
    <w:p>
      <w:r>
        <w:br/>
        <w:t>*</w:t>
      </w:r>
    </w:p>
    <w:p>
      <w:r>
        <w:br/>
        <w:t>Даю моїй надії очі самоцвіти&lt;br /&gt;</w:t>
        <w:br/>
        <w:t>Даю моїй надії руки пальмові віти перемоги&lt;br /&gt;</w:t>
        <w:br/>
        <w:t>Даю моїй надії ноги тріумфальні колісниці&lt;br /&gt;</w:t>
        <w:br/>
        <w:t>Даю моїй надії уста цей поцілунок&lt;br /&gt;</w:t>
        <w:br/>
        <w:t>Даю моїй надії ніздрі вбирати аромат майового цвіту&lt;br /&gt;</w:t>
        <w:br/>
        <w:t>Даю моїй надії серце жертовний принос&lt;br /&gt;</w:t>
        <w:br/>
        <w:t>Даю моїй надії майбутнє що тремкоче як далеке світельце в лісових нетрях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посмертних збірок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