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погляду кішки</w:t>
      </w:r>
    </w:p>
    <w:p>
      <w:r>
        <w:br/>
        <w:t xml:space="preserve"> &lt;p&gt;Ось – моя людина. Я її не боюся. Вона дуже сильна, тому що дуже багато їсть;</w:t>
      </w:r>
    </w:p>
    <w:p>
      <w:r>
        <w:br/>
        <w:t>Вона – Всеядна. Що ти лопаєш? Дай мені!</w:t>
      </w:r>
    </w:p>
    <w:p>
      <w:r>
        <w:br/>
        <w:t>Вона некрасива, тому що без шерсті. У неї мало слини, і їй доводиться вмиватися водою. Нявкає вона грубо і надто багато. Інколи зі сну мурчить.</w:t>
      </w:r>
    </w:p>
    <w:p>
      <w:r>
        <w:br/>
        <w:t>Відкрий мені двері!</w:t>
      </w:r>
    </w:p>
    <w:p>
      <w:r>
        <w:br/>
        <w:t>Не розумію, чому вона стала Господарем: може, злопала щось незвичайне.</w:t>
      </w:r>
    </w:p>
    <w:p>
      <w:r>
        <w:br/>
        <w:t>Вона утримує в чистоті мої кімнати.</w:t>
      </w:r>
    </w:p>
    <w:p>
      <w:r>
        <w:br/>
        <w:t>Вона бере в лапку гострий кіготь і дряпає ним по білих аркушах. Ні в що більше грати не вміє. Спить уночі, а не вдень; в темноті нічого не бачить; не знає ніяких задоволень: не прагне крові, не мріє про мисливство і бійку, не співає, розніжившись.</w:t>
      </w:r>
    </w:p>
    <w:p>
      <w:r>
        <w:br/>
        <w:t>Часто вночі, коли я чую таємничі, чарівні голоси, коли бачу, як все оживає у пітьмі, вона сидить за столом і, нахиливши голову, дряпає своїм чорним кігтиком по білих листках. Не уявляй, ніби я думаю про тебе; я тільки слухаю тихий шурхіт твого кігтя. Інколи шурхіт затихає: жалюгідний дурень не в силах придумати ніякої іншої гри, і мені стає жаль її, я – так уже й бути! – підійду до неї і тихенько нявкну в болісно-солодкій знемозі. Тут моя людина піднімає мене і занурює своє обличчя в мою шерсть. У такі хвилини в неї на мить буває помітний деякий проблиск вищого життя, і вона, блаженно зітхнувши, мурчить щось майже приємне.</w:t>
      </w:r>
    </w:p>
    <w:p>
      <w:r>
        <w:br/>
        <w:t>Але не уявляй, ніби я думаю про тебе. Ти мене зігріла, і я підійду знову слухати голоси ночі.</w:t>
      </w:r>
    </w:p>
    <w:p>
      <w:r>
        <w:br/>
        <w:t>1919</w:t>
      </w:r>
    </w:p>
    <w:p>
      <w:r>
        <w:br/>
        <w:t>Переклад Євдокії Кашуби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погляду кішки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