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пафосом людинолюба...</w:t>
      </w:r>
    </w:p>
    <w:p>
      <w:r>
        <w:br/>
        <w:t xml:space="preserve"> Ой розкажи-но, Яри, и, и, но&lt;br /&gt;</w:t>
        <w:br/>
        <w:t>(це ніби сповідь моя), —&lt;br /&gt;</w:t>
        <w:br/>
        <w:t>яка полюбе дівчи, и, и, на&lt;br /&gt;</w:t>
        <w:br/>
        <w:t>такого кретина, як я?&lt;br /&gt;</w:t>
        <w:br/>
        <w:t>І. Малкович</w:t>
      </w:r>
    </w:p>
    <w:p>
      <w:r>
        <w:br/>
      </w:r>
    </w:p>
    <w:p>
      <w:r>
        <w:br/>
        <w:t>З пафосом людинолюба, і з міною ідіота,&lt;br /&gt;</w:t>
        <w:br/>
        <w:t>Я віднесу тобі вірші, відстукані мною на друкні,&lt;br /&gt;</w:t>
        <w:br/>
        <w:t>До тебе тектиме, люба, моїх почуттів блювота,&lt;br /&gt;</w:t>
        <w:br/>
        <w:t>До тебе летітимуть люто мої епітети-трутні.</w:t>
      </w:r>
    </w:p>
    <w:p>
      <w:r>
        <w:br/>
        <w:t>А на Різдво я буду в твоїй кімнаті ялинкою,&lt;br /&gt;</w:t>
        <w:br/>
        <w:t>А тінь моя змерзла буде шататися попід вікнами,&lt;br /&gt;</w:t>
        <w:br/>
        <w:t>А ти далека й чарівна сміятися будеш лунко,&lt;br /&gt;</w:t>
        <w:br/>
        <w:t>Вливаючи в глечик шлунку дешеві совіцькі вина.</w:t>
      </w:r>
    </w:p>
    <w:p>
      <w:r>
        <w:br/>
        <w:t>А потім в сусідній кімнаті із кимсь невідомим і п'яним&lt;br /&gt;</w:t>
        <w:br/>
        <w:t>Ти будеш ділити каву — це пішло, проте романтично.&lt;br /&gt;</w:t>
        <w:br/>
        <w:t>Я вийду надвір, а за мною моя тінь буде бігти по п'ятах,&lt;br /&gt;</w:t>
        <w:br/>
        <w:t>Я буду всіх крити матом — невиховано й нестилістично.</w:t>
      </w:r>
    </w:p>
    <w:p>
      <w:r>
        <w:br/>
        <w:t>Бруківки холодна нитка вести МЕМЕ не крізь квартали,&lt;br /&gt;</w:t>
        <w:br/>
        <w:t>Я здалеку вчую гомін червоних блискучих вагонів.&lt;br /&gt;</w:t>
        <w:br/>
        <w:t>Я ляжу на мокрі шпали, віддавши себе на поталу&lt;br /&gt;</w:t>
        <w:br/>
        <w:t>Залізному пресу трамвая, сказавши нарешті: "годі".</w:t>
      </w:r>
    </w:p>
    <w:p>
      <w:r>
        <w:br/>
        <w:t>І прошу не забувати, що я — різдвяна ялинка,&lt;br /&gt;</w:t>
        <w:br/>
        <w:t>Тож мною розтоплять буржуйку після шаленої втечі.&lt;br /&gt;</w:t>
        <w:br/>
        <w:t>А під трамваї краще падати там, де зупинка,&lt;br /&gt;</w:t>
        <w:br/>
        <w:t>Бо мертве кохання завжди — для когось зігрітий вечір.</w:t>
      </w:r>
    </w:p>
    <w:p>
      <w:r>
        <w:br/>
        <w:t>***</w:t>
      </w:r>
    </w:p>
    <w:p>
      <w:r>
        <w:br/>
        <w:t>Я — ще один закучерявлений лірик&lt;br /&gt;</w:t>
        <w:br/>
        <w:t>Я хочу щоб ти приходила до мене вві сні&lt;br /&gt;</w:t>
        <w:br/>
        <w:t>Я заплющую очі але мені сниться лише&lt;br /&gt;</w:t>
        <w:br/>
        <w:t>прокопчена ковбаса і дешеве вонюче пиво&lt;br /&gt;</w:t>
        <w:br/>
        <w:t>тоді я згадую тебе і молюся на тебе&lt;br /&gt;</w:t>
        <w:br/>
        <w:t>але перед очима знову постають&lt;br /&gt;</w:t>
        <w:br/>
        <w:t>твої старі рвані мешти і твої досить-таки сильно&lt;br /&gt;</w:t>
        <w:br/>
        <w:t>вигнуті ноги&lt;br /&gt;</w:t>
        <w:br/>
        <w:t>і я врешті не витримую мук творчості&lt;br /&gt;</w:t>
        <w:br/>
        <w:t>і йду до сортира&lt;br /&gt;</w:t>
        <w:br/>
        <w:t>щоб знайти там хоча б який-небудь недопалок&lt;br /&gt;</w:t>
        <w:br/>
        <w:t>бо хочеться палити&lt;br /&gt;</w:t>
        <w:br/>
        <w:t>бо не спиться&lt;br /&gt;</w:t>
        <w:br/>
        <w:t>бо я останній&lt;br /&gt;</w:t>
        <w:br/>
        <w:t>український закучерявлений лірик</w:t>
      </w:r>
    </w:p>
    <w:p>
      <w:r>
        <w:br/>
        <w:t>***</w:t>
      </w:r>
    </w:p>
    <w:p>
      <w:r>
        <w:br/>
        <w:t>Моя поезія&lt;br /&gt;</w:t>
        <w:br/>
        <w:t>не сприяє подальшому поступу літератури&lt;br /&gt;</w:t>
        <w:br/>
        <w:t>Моя поезія&lt;br /&gt;</w:t>
        <w:br/>
        <w:t>бездарна і реґресивна&lt;br /&gt;</w:t>
        <w:br/>
        <w:t>Моя поезія&lt;br /&gt;</w:t>
        <w:br/>
        <w:t>безлика і епіґонська&lt;br /&gt;</w:t>
        <w:br/>
        <w:t>Моя поезія&lt;br /&gt;</w:t>
        <w:br/>
        <w:t>то і не поезія зовсім&lt;br /&gt;</w:t>
        <w:br/>
        <w:t>адже&lt;br /&gt;</w:t>
        <w:br/>
        <w:t>Я не кохаю вітчизну всіма фібрами душі&lt;br /&gt;</w:t>
        <w:br/>
        <w:t>Я не люблю солов'їний спів над ставками&lt;br /&gt;</w:t>
        <w:br/>
        <w:t>Я терпіти не можу віршів Шевченка&lt;br /&gt;</w:t>
        <w:br/>
        <w:t>Я атеїст і всяку церкву обходжу третьою дорогою&lt;br /&gt;</w:t>
        <w:br/>
        <w:t>і взагалі (див. спочатку)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пафосом людинолюба...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