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окрушків</w:t>
      </w:r>
    </w:p>
    <w:p>
      <w:r>
        <w:br/>
        <w:t xml:space="preserve"> І&lt;br /&gt;</w:t>
        <w:br/>
        <w:t>Я не учився в кобзу грати,&lt;br /&gt;</w:t>
        <w:br/>
        <w:t>В німецькі школи не ходив&lt;br /&gt;</w:t>
        <w:br/>
        <w:t>За книжков вірші віршувати,&lt;br /&gt;</w:t>
        <w:br/>
        <w:t>Я не видав волоських див —&lt;br /&gt;</w:t>
        <w:br/>
        <w:t>Неук неукий Чорногір'я.&lt;br /&gt;</w:t>
        <w:br/>
        <w:t>До топірця, а не до ліри&lt;br /&gt;</w:t>
        <w:br/>
        <w:t>Рука мозольова здалась:&lt;br /&gt;</w:t>
        <w:br/>
        <w:t>У темний ліс, не на Парнас,&lt;br /&gt;</w:t>
        <w:br/>
        <w:t>Іди гулять, опришків сину!&lt;br /&gt;</w:t>
        <w:br/>
        <w:t>Іди з рушницею гулять,&lt;br /&gt;</w:t>
        <w:br/>
        <w:t>Доки від неї не загинеш,&lt;br /&gt;</w:t>
        <w:br/>
        <w:t>Доки твій званий кресний брат&lt;br /&gt;</w:t>
        <w:br/>
        <w:t>Не забере криваву зброю&lt;br /&gt;</w:t>
        <w:br/>
        <w:t>І не сховає враз з тобою!&lt;br /&gt;</w:t>
        <w:br/>
        <w:t>Кріс ти був батько, воля — мати,&lt;br /&gt;</w:t>
        <w:br/>
        <w:t>Зелений гай — і школа, й хата;&lt;br /&gt;</w:t>
        <w:br/>
        <w:t>І більше пісні ти не чув,&lt;br /&gt;</w:t>
        <w:br/>
        <w:t>Як ту, що чорний ліс ти гув!..</w:t>
      </w:r>
    </w:p>
    <w:p>
      <w:r>
        <w:br/>
        <w:t>ІІ&lt;br /&gt;</w:t>
        <w:br/>
        <w:t>А ти кажеш, наша Музо,&lt;br /&gt;</w:t>
        <w:br/>
        <w:t>Що будеш витала?&lt;br /&gt;</w:t>
        <w:br/>
        <w:t>Амінь, амінь, пречистая,&lt;br /&gt;</w:t>
        <w:br/>
        <w:t>Велика, святая.&lt;br /&gt;</w:t>
        <w:br/>
        <w:t>Витай у нас, як то сонце&lt;br /&gt;</w:t>
        <w:br/>
        <w:t>По великій ночі,&lt;br /&gt;</w:t>
        <w:br/>
        <w:t>Нехай утрем дрібні сльози,&lt;br /&gt;</w:t>
        <w:br/>
        <w:t>Заплкані очі&lt;br /&gt;</w:t>
        <w:br/>
        <w:t>І на волю подивимся —&lt;br /&gt;</w:t>
        <w:br/>
        <w:t>Забудеться горе&lt;br /&gt;</w:t>
        <w:br/>
        <w:t>І дух новий в нас заграє,&lt;br /&gt;</w:t>
        <w:br/>
        <w:t>Як голубе море...&lt;br /&gt;</w:t>
        <w:br/>
        <w:t>І воскреснемо наново&lt;br /&gt;</w:t>
        <w:br/>
        <w:t>З тяжкої могили,&lt;br /&gt;</w:t>
        <w:br/>
        <w:t>Й нову пісню заспіваєм&lt;br /&gt;</w:t>
        <w:br/>
        <w:t>Новов добров силов.&lt;br /&gt;</w:t>
        <w:br/>
        <w:t>І вернеться наша воля,&lt;br /&gt;</w:t>
        <w:br/>
        <w:t>А може, ще й слава,&lt;br /&gt;</w:t>
        <w:br/>
        <w:t>І за кривду поспитаєм&lt;br /&gt;</w:t>
        <w:br/>
        <w:t>У братів лукавих.&lt;br /&gt;</w:t>
        <w:br/>
        <w:t>Із дижмов нам вертатимуть&lt;br /&gt;</w:t>
        <w:br/>
        <w:t>Кров нашу пролиту.&lt;br /&gt;</w:t>
        <w:br/>
        <w:t>Нас карали, катували —&lt;br /&gt;</w:t>
        <w:br/>
        <w:t>І ми будем бити;&lt;br /&gt;</w:t>
        <w:br/>
        <w:t>Всі котюзі по заслузі —&lt;br /&gt;</w:t>
        <w:br/>
        <w:t>Так ходить по свтіт!..&lt;br /&gt;</w:t>
        <w:br/>
        <w:t>А божий суд мусить бути&lt;br /&gt;</w:t>
        <w:br/>
        <w:t>Вовіки і віки.</w:t>
      </w:r>
    </w:p>
    <w:p>
      <w:r>
        <w:br/>
        <w:t>ІІІ&lt;br /&gt;</w:t>
        <w:br/>
        <w:t>Душе ти моя — схаменись!&lt;br /&gt;</w:t>
        <w:br/>
        <w:t>До бога не тобі літати&lt;br /&gt;</w:t>
        <w:br/>
        <w:t>Тим комонем прудкокрилатим.&lt;br /&gt;</w:t>
        <w:br/>
        <w:t>Не стякнеш ти, не долетиш,&lt;br /&gt;</w:t>
        <w:br/>
        <w:t>А замордована упадеш&lt;br /&gt;</w:t>
        <w:br/>
        <w:t>І серед загалу пропадеш,&lt;br /&gt;</w:t>
        <w:br/>
        <w:t>Як серед степу той мотиль,&lt;br /&gt;</w:t>
        <w:br/>
        <w:t>Як та хмариночка у горах,&lt;br /&gt;</w:t>
        <w:br/>
        <w:t>Піску зеренце серед моря,&lt;br /&gt;</w:t>
        <w:br/>
        <w:t>Стебло солімки серед хвиль,&lt;br /&gt;</w:t>
        <w:br/>
        <w:t>Запорошиночка в безладді, —&lt;br /&gt;</w:t>
        <w:br/>
        <w:t>Так ти, душе моя, пропадеш!..</w:t>
      </w:r>
    </w:p>
    <w:p>
      <w:r>
        <w:br/>
        <w:t>ІV&lt;br /&gt;</w:t>
        <w:br/>
        <w:t>Як то в світі докоротать&lt;br /&gt;</w:t>
        <w:br/>
        <w:t>Немилого віку?..&lt;br /&gt;</w:t>
        <w:br/>
        <w:t>Боже правий, боже добрий,&lt;br /&gt;</w:t>
        <w:br/>
        <w:t>Великий наш світе!&lt;br /&gt;</w:t>
        <w:br/>
        <w:t>Коли-сь дав ми іншу душу&lt;br /&gt;</w:t>
        <w:br/>
        <w:t>І інші дав груди,&lt;br /&gt;</w:t>
        <w:br/>
        <w:t>Чому не дав іншу землю,&lt;br /&gt;</w:t>
        <w:br/>
        <w:t>Не дав другі люди?&lt;br /&gt;</w:t>
        <w:br/>
        <w:t>Щоб на мене... О ні, боже,&lt;br /&gt;</w:t>
        <w:br/>
        <w:t>Ти нічо не винен,&lt;br /&gt;</w:t>
        <w:br/>
        <w:t>А та душа сама винна,&lt;br /&gt;</w:t>
        <w:br/>
        <w:t>Коли вона гине, —&lt;br /&gt;</w:t>
        <w:br/>
        <w:t>Чого пішла на облаки?..&lt;br /&gt;</w:t>
        <w:br/>
        <w:t>Душе нещаслива, —&lt;br /&gt;</w:t>
        <w:br/>
        <w:t>Тут бог казав пробувати,&lt;br /&gt;</w:t>
        <w:br/>
        <w:t>Тут наша могила,&lt;br /&gt;</w:t>
        <w:br/>
        <w:t>Не на небі!..</w:t>
      </w:r>
    </w:p>
    <w:p>
      <w:r>
        <w:br/>
        <w:t>V&lt;br /&gt;</w:t>
        <w:br/>
        <w:t>Творці слава на небесіх&lt;br /&gt;</w:t>
        <w:br/>
        <w:t>Вовіки і віки!&lt;br /&gt;</w:t>
        <w:br/>
        <w:t>Він не водить, як кішечку,&lt;br /&gt;</w:t>
        <w:br/>
        <w:t>Стеблом чоловіка;&lt;br /&gt;</w:t>
        <w:br/>
        <w:t>Він дав йому волю,&lt;br /&gt;</w:t>
        <w:br/>
        <w:t>Він дав йому в живу душу&lt;br /&gt;</w:t>
        <w:br/>
        <w:t>Живущі глаголи&lt;br /&gt;</w:t>
        <w:br/>
        <w:t>І здорове, кріпке серце&lt;br /&gt;</w:t>
        <w:br/>
        <w:t>У здоровій груді.&lt;br /&gt;</w:t>
        <w:br/>
        <w:t>Не ховайте скарби ваші,&lt;br /&gt;</w:t>
        <w:br/>
        <w:t>Нерозумні люди,&lt;br /&gt;</w:t>
        <w:br/>
        <w:t>Не закопуйте у землю;&lt;br /&gt;</w:t>
        <w:br/>
        <w:t>Бо буде карати —&lt;br /&gt;</w:t>
        <w:br/>
        <w:t>І виросте в ваших домах&lt;br /&gt;</w:t>
        <w:br/>
        <w:t>Бур'ян серед хати.</w:t>
      </w:r>
    </w:p>
    <w:p>
      <w:r>
        <w:br/>
        <w:t>VI&lt;br /&gt;</w:t>
        <w:br/>
        <w:t>Лети, думо, де думаєш,&lt;br /&gt;</w:t>
        <w:br/>
        <w:t>І не зупиняйся;&lt;br /&gt;</w:t>
        <w:br/>
        <w:t>Нехай собі беруть тіло —&lt;br /&gt;</w:t>
        <w:br/>
        <w:t>Від душі їм засі!&lt;br /&gt;</w:t>
        <w:br/>
        <w:t>Нехай собі беруть тіло,&lt;br /&gt;</w:t>
        <w:br/>
        <w:t>В кайдани окрутять,&lt;br /&gt;</w:t>
        <w:br/>
        <w:t>А дух божий вовік волен,&lt;br /&gt;</w:t>
        <w:br/>
        <w:t>Вовік неокутий.&lt;br /&gt;</w:t>
        <w:br/>
        <w:t>І не всадять його в пута&lt;br /&gt;</w:t>
        <w:br/>
        <w:t>Московські нерони,&lt;br /&gt;</w:t>
        <w:br/>
        <w:t>Не рознесуть копитами&lt;br /&gt;</w:t>
        <w:br/>
        <w:t>Всі татарські коні.&lt;br /&gt;</w:t>
        <w:br/>
        <w:t>А що срібло, а що злато?&lt;br /&gt;</w:t>
        <w:br/>
        <w:t>Беріть собі злато,&lt;br /&gt;</w:t>
        <w:br/>
        <w:t>А ми будем і без срібла-&lt;br /&gt;</w:t>
        <w:br/>
        <w:t>Золота багаті!&lt;br /&gt;</w:t>
        <w:br/>
        <w:t>Чисте серце, чиста совість —&lt;br /&gt;</w:t>
        <w:br/>
        <w:t>От наші пурпури;&lt;br /&gt;</w:t>
        <w:br/>
        <w:t>Ваша слава, ваша доля&lt;br /&gt;</w:t>
        <w:br/>
        <w:t>Мене не одурять,&lt;br /&gt;</w:t>
        <w:br/>
        <w:t>Як і його не одурили&lt;br /&gt;</w:t>
        <w:br/>
        <w:t>Ті помазані брехачі&lt;br /&gt;</w:t>
        <w:br/>
        <w:t>Від юності і до могили!&lt;br /&gt;</w:t>
        <w:br/>
        <w:t>Вни наробили колачів —&lt;br /&gt;</w:t>
        <w:br/>
        <w:t>Не коровайних, а зелізних, —&lt;br /&gt;</w:t>
        <w:br/>
        <w:t>Та муть, мабуть, сами їх їсти!</w:t>
      </w:r>
    </w:p>
    <w:p>
      <w:r>
        <w:br/>
        <w:t>VІІ&lt;br /&gt;</w:t>
        <w:br/>
        <w:t>Молилася заручена:&lt;br /&gt;</w:t>
        <w:br/>
        <w:t>"О боже мій, боже!&lt;br /&gt;</w:t>
        <w:br/>
        <w:t>Виростай же мою красу&lt;br /&gt;</w:t>
        <w:br/>
        <w:t>В червоную рожу!&lt;br /&gt;</w:t>
        <w:br/>
        <w:t>Волію я роже-квітков&lt;br /&gt;</w:t>
        <w:br/>
        <w:t>В гаю процвітати,&lt;br /&gt;</w:t>
        <w:br/>
        <w:t>Ніж я маю за нелюбом&lt;br /&gt;</w:t>
        <w:br/>
        <w:t>Свій вік коротати.&lt;br /&gt;</w:t>
        <w:br/>
        <w:t>Прийде весна недобрая —&lt;br /&gt;</w:t>
        <w:br/>
        <w:t>Навесні ожию,&lt;br /&gt;</w:t>
        <w:br/>
        <w:t>А як піду за нелюба —&lt;br /&gt;</w:t>
        <w:br/>
        <w:t>Навіки загину".</w:t>
      </w:r>
    </w:p>
    <w:p>
      <w:r>
        <w:br/>
        <w:t>VІІІ&lt;br /&gt;</w:t>
        <w:br/>
        <w:t>Коби червоную калину,&lt;br /&gt;</w:t>
        <w:br/>
        <w:t>Зеленою да жеребинов,&lt;br /&gt;</w:t>
        <w:br/>
        <w:t>Вже густо-густо обсадить,&lt;br /&gt;</w:t>
        <w:br/>
        <w:t>Щоб темно, як вночі, в ній було,&lt;br /&gt;</w:t>
        <w:br/>
        <w:t>А жалібниці ті зазулі&lt;br /&gt;</w:t>
        <w:br/>
        <w:t>Туда злітались гнізда вить...</w:t>
      </w:r>
    </w:p>
    <w:p>
      <w:r>
        <w:br/>
        <w:t>ІХ&lt;br /&gt;</w:t>
        <w:br/>
        <w:t>Золоті зорі&lt;br /&gt;</w:t>
        <w:br/>
        <w:t>В облакоморі,&lt;br /&gt;</w:t>
        <w:br/>
        <w:t>Як білі вівці&lt;br /&gt;</w:t>
        <w:br/>
        <w:t>В голубих горах.&lt;br /&gt;</w:t>
        <w:br/>
        <w:t>Де той вівчар ваш&lt;br /&gt;</w:t>
        <w:br/>
        <w:t>Хмаров мандурє,&lt;br /&gt;</w:t>
        <w:br/>
        <w:t>Де він сю темну&lt;br /&gt;</w:t>
        <w:br/>
        <w:t>Ніч заночує?&lt;br /&gt;</w:t>
        <w:br/>
        <w:t>Чи в самбіровім&lt;br /&gt;</w:t>
        <w:br/>
        <w:t>Гаю-розмаю,&lt;br /&gt;</w:t>
        <w:br/>
        <w:t>Чи де дівчата&lt;br /&gt;</w:t>
        <w:br/>
        <w:t>В Зельмана грають,&lt;br /&gt;</w:t>
        <w:br/>
        <w:t>Чи де в цариці&lt;br /&gt;</w:t>
        <w:br/>
        <w:t>Донечка тужить?..&lt;br /&gt;</w:t>
        <w:br/>
        <w:t>Вірний мій друже!</w:t>
      </w:r>
    </w:p>
    <w:p>
      <w:r>
        <w:br/>
        <w:t>Х&lt;br /&gt;</w:t>
        <w:br/>
        <w:t>Хто так високо&lt;br /&gt;</w:t>
        <w:br/>
        <w:t>Хмаров мандрує,&lt;br /&gt;</w:t>
        <w:br/>
        <w:t>Золотов трубков&lt;br /&gt;</w:t>
        <w:br/>
        <w:t>Вівці гуртує,&lt;br /&gt;</w:t>
        <w:br/>
        <w:t>І випасає,&lt;br /&gt;</w:t>
        <w:br/>
        <w:t>І завертає&lt;br /&gt;</w:t>
        <w:br/>
        <w:t>Ще й у требміту&lt;br /&gt;</w:t>
        <w:br/>
        <w:t>Грає та грає?..&lt;br /&gt;</w:t>
        <w:br/>
        <w:t>Раю мій, раю!..</w:t>
      </w:r>
    </w:p>
    <w:p>
      <w:r>
        <w:br/>
        <w:t>ХІ&lt;br /&gt;</w:t>
        <w:br/>
        <w:t>Обертаюсь, — а ті літа,&lt;br /&gt;</w:t>
        <w:br/>
        <w:t>Ті молоді мої,&lt;br /&gt;</w:t>
        <w:br/>
        <w:t>Машерують за тамбором&lt;br /&gt;</w:t>
        <w:br/>
        <w:t>Цісарськов дорогов.&lt;br /&gt;</w:t>
        <w:br/>
        <w:t>А я стою та дивлюся,&lt;br /&gt;</w:t>
        <w:br/>
        <w:t>Та нищечком плачу,&lt;br /&gt;</w:t>
        <w:br/>
        <w:t>Та сивію, як той голуб...&lt;br /&gt;</w:t>
        <w:br/>
        <w:t>Сам не знаю, за що&lt;br /&gt;</w:t>
        <w:br/>
        <w:t>Вони мене покинули!..</w:t>
      </w:r>
    </w:p>
    <w:p>
      <w:r>
        <w:br/>
        <w:t>ХІІ&lt;br /&gt;</w:t>
        <w:br/>
        <w:t>Місяцю-князю,&lt;br /&gt;</w:t>
        <w:br/>
        <w:t>Білий вівчарю!&lt;br /&gt;</w:t>
        <w:br/>
        <w:t>В золоту сурму&lt;br /&gt;</w:t>
        <w:br/>
        <w:t>По ночах граєш,&lt;br /&gt;</w:t>
        <w:br/>
        <w:t>Далеко видиш,&lt;br /&gt;</w:t>
        <w:br/>
        <w:t>Багато чуєш, —&lt;br /&gt;</w:t>
        <w:br/>
        <w:t>Де я цю нічку,&lt;br /&gt;</w:t>
        <w:br/>
        <w:t>Де заночую?&lt;br /&gt;</w:t>
        <w:br/>
        <w:t>Чи в Тегерані,&lt;br /&gt;</w:t>
        <w:br/>
        <w:t>В рожевім гаю,&lt;br /&gt;</w:t>
        <w:br/>
        <w:t>Де одаліска&lt;br /&gt;</w:t>
        <w:br/>
        <w:t>Перли збирає?..&lt;br /&gt;</w:t>
        <w:br/>
        <w:t>Я й сам не знаю!</w:t>
      </w:r>
    </w:p>
    <w:p>
      <w:r>
        <w:br/>
        <w:t>ХІІІ&lt;br /&gt;</w:t>
        <w:br/>
        <w:t>Лети, душе моя, небого,&lt;br /&gt;</w:t>
        <w:br/>
        <w:t>Куда направилась літать;&lt;br /&gt;</w:t>
        <w:br/>
        <w:t>Лети — щаслива ти дорога!&lt;br /&gt;</w:t>
        <w:br/>
        <w:t>Та не збирайся лиш ступать&lt;br /&gt;</w:t>
        <w:br/>
        <w:t>На мороги самі лаврові,&lt;br /&gt;</w:t>
        <w:br/>
        <w:t>Бо доведеться на глогові&lt;br /&gt;</w:t>
        <w:br/>
        <w:t>Сто раз за десяти ступать.&lt;br /&gt;</w:t>
        <w:br/>
        <w:t>Полинь не мід солодкий пить!&lt;br /&gt;</w:t>
        <w:br/>
        <w:t>Співать — не у танку гулять!&lt;br /&gt;</w:t>
        <w:br/>
        <w:t>Тепер не так, як то бувало,&lt;br /&gt;</w:t>
        <w:br/>
        <w:t>Коли князі нас величали,&lt;br /&gt;</w:t>
        <w:br/>
        <w:t>З лицарями сиділи влад!&lt;br /&gt;</w:t>
        <w:br/>
        <w:t>Тепер — о доле ти змінчива! —&lt;br /&gt;</w:t>
        <w:br/>
        <w:t>Нема і глини на могилу&lt;br /&gt;</w:t>
        <w:br/>
        <w:t>Тому, що в раю лиш літає...</w:t>
      </w:r>
    </w:p>
    <w:p>
      <w:r>
        <w:br/>
        <w:t>ХІV&lt;br /&gt;</w:t>
        <w:br/>
        <w:t>Понад славу нема добра&lt;br /&gt;</w:t>
        <w:br/>
        <w:t>В широкому світі!&lt;br /&gt;</w:t>
        <w:br/>
        <w:t>Без славоньки світ — як трунва,&lt;br /&gt;</w:t>
        <w:br/>
        <w:t>Коверцем не вкрита;&lt;br /&gt;</w:t>
        <w:br/>
        <w:t>Без славоньки світ — могила,&lt;br /&gt;</w:t>
        <w:br/>
        <w:t>Тякжго в ньому жити;&lt;br /&gt;</w:t>
        <w:br/>
        <w:t>Без славоньки лице в'яне,&lt;br /&gt;</w:t>
        <w:br/>
        <w:t>Серденько марніє;&lt;br /&gt;</w:t>
        <w:br/>
        <w:t>Без славоньки сонце пече,&lt;br /&gt;</w:t>
        <w:br/>
        <w:t>Пече, а не гріє!..</w:t>
      </w:r>
    </w:p>
    <w:p>
      <w:r>
        <w:br/>
        <w:t>ХV&lt;br /&gt;</w:t>
        <w:br/>
        <w:t>А тії пророки, а тії світії,&lt;br /&gt;</w:t>
        <w:br/>
        <w:t>Що мир розсаджали, як пальмовий сад,&lt;br /&gt;</w:t>
        <w:br/>
        <w:t>Що сіяли правду, любов і надію, —&lt;br /&gt;</w:t>
        <w:br/>
        <w:t>Чи й тим в часоморю вовік пропадать?&lt;br /&gt;</w:t>
        <w:br/>
        <w:t>Не дай того, боже, бо того й немає!&lt;br /&gt;</w:t>
        <w:br/>
        <w:t>Поборники правди вовіки муть жить.&lt;br /&gt;</w:t>
        <w:br/>
        <w:t>Владики неправди — ті попропадають!&lt;br /&gt;</w:t>
        <w:br/>
        <w:t>Не бог їх, а люди самі муть судить,&lt;br /&gt;</w:t>
        <w:br/>
        <w:t>І йм'я їх прокляте задавлять в болото,&lt;br /&gt;</w:t>
        <w:br/>
        <w:t>Обкрутять проклоном, к нечистим пішлють;&lt;br /&gt;</w:t>
        <w:br/>
        <w:t>А праведні вдягнуть порфіри і злото,&lt;br /&gt;</w:t>
        <w:br/>
        <w:t>Правдати всю землю, розсуджувать муть&lt;br /&gt;</w:t>
        <w:br/>
        <w:t>Неправого з правим, тирана з рабами!&lt;br /&gt;</w:t>
        <w:br/>
        <w:t>І буде заплата, і будуть платить&lt;br /&gt;</w:t>
        <w:br/>
        <w:t>Не пеклом, а кров'ю, гіркими сльозами:&lt;br /&gt;</w:t>
        <w:br/>
        <w:t>Хто кілько розсипав — не тілько і пить!&lt;br /&gt;</w:t>
        <w:br/>
        <w:t>І всім буде кара, і всім надгорода!&lt;br /&gt;</w:t>
        <w:br/>
        <w:t>Криваві потоки не пусто ринуть...&lt;br /&gt;</w:t>
        <w:br/>
        <w:t>Не бог ме судити, а в руки народам&lt;br /&gt;</w:t>
        <w:br/>
        <w:t>Віддасть він страшний свій і праведний суд.</w:t>
      </w:r>
    </w:p>
    <w:p>
      <w:r>
        <w:br/>
        <w:t>ХVІ&lt;br /&gt;</w:t>
        <w:br/>
        <w:t>Чому тоті наші пани, —&lt;br /&gt;</w:t>
        <w:br/>
        <w:t>Сам себе питаю, —&lt;br /&gt;</w:t>
        <w:br/>
        <w:t>Хтозна-куди гримаються&lt;br /&gt;</w:t>
        <w:br/>
        <w:t>Та людей шукають:&lt;br /&gt;</w:t>
        <w:br/>
        <w:t>То в Парижі, то в Лондоні,&lt;br /&gt;</w:t>
        <w:br/>
        <w:t>То у святім Ромі?..&lt;br /&gt;</w:t>
        <w:br/>
        <w:t>Ліпше, брате, не рипаться&lt;br /&gt;</w:t>
        <w:br/>
        <w:t>Та сидіти дома;&lt;br /&gt;</w:t>
        <w:br/>
        <w:t>Бо і тут їх достобіса,&lt;br /&gt;</w:t>
        <w:br/>
        <w:t>Ще більше, як треба, —&lt;br /&gt;</w:t>
        <w:br/>
        <w:t>І пузатих, і тузатих,&lt;br /&gt;</w:t>
        <w:br/>
        <w:t>І таких, що небо&lt;br /&gt;</w:t>
        <w:br/>
        <w:t>На грейцарі розпродують!..</w:t>
      </w:r>
    </w:p>
    <w:p>
      <w:r>
        <w:br/>
        <w:t>ХVІІ&lt;br /&gt;</w:t>
        <w:br/>
        <w:t>У науці, у розраді&lt;br /&gt;</w:t>
        <w:br/>
        <w:t>України доля,&lt;br /&gt;</w:t>
        <w:br/>
        <w:t>А в залізні да у крові&lt;br /&gt;</w:t>
        <w:br/>
        <w:t>України воля;&lt;br /&gt;</w:t>
        <w:br/>
        <w:t>А у пісні голоснії&lt;br /&gt;</w:t>
        <w:br/>
        <w:t>України слава!&lt;br /&gt;</w:t>
        <w:br/>
        <w:t>Благословіть Україну,&lt;br /&gt;</w:t>
        <w:br/>
        <w:t>А я заспіваю.</w:t>
      </w:r>
    </w:p>
    <w:p>
      <w:r>
        <w:br/>
        <w:t>ХVІІІ&lt;br /&gt;</w:t>
        <w:br/>
        <w:t>Без милого нема в світі&lt;br /&gt;</w:t>
        <w:br/>
        <w:t>Ніякого діла;&lt;br /&gt;</w:t>
        <w:br/>
        <w:t>Без милого світ, як гарешт,&lt;br /&gt;</w:t>
        <w:br/>
        <w:t>А хата, як трунва;&lt;br /&gt;</w:t>
        <w:br/>
        <w:t>Без милого життя — гробом.&lt;br /&gt;</w:t>
        <w:br/>
        <w:t>Пурпури, коруни&lt;br /&gt;</w:t>
        <w:br/>
        <w:t>Нащо здались без милого?&lt;br /&gt;</w:t>
        <w:br/>
        <w:t>Носіть їх здорові!..&lt;br /&gt;</w:t>
        <w:br/>
        <w:t>Одна вночі розмовонька&lt;br /&gt;</w:t>
        <w:br/>
        <w:t>З милим на розмові,&lt;br /&gt;</w:t>
        <w:br/>
        <w:t>Одна нічка-петрівочка, —&lt;br /&gt;</w:t>
        <w:br/>
        <w:t>Беріть собі злато!&lt;br /&gt;</w:t>
        <w:br/>
        <w:t>А кохання і без него&lt;br /&gt;</w:t>
        <w:br/>
        <w:t>Щасливе, багате!</w:t>
      </w:r>
    </w:p>
    <w:p>
      <w:r>
        <w:br/>
        <w:t>ХІХ&lt;br /&gt;</w:t>
        <w:br/>
        <w:t>Як та доля невірная&lt;br /&gt;</w:t>
        <w:br/>
        <w:t>Топче наші квіти&lt;br /&gt;</w:t>
        <w:br/>
        <w:t>Свойов ногов залізною!..&lt;br /&gt;</w:t>
        <w:br/>
        <w:t>Що ж мусим робити? —&lt;br /&gt;</w:t>
        <w:br/>
        <w:t>Ту доленьку ні всилувать,&lt;br /&gt;</w:t>
        <w:br/>
        <w:t>Ані умолити!</w:t>
      </w:r>
    </w:p>
    <w:p>
      <w:r>
        <w:br/>
        <w:t>ХХ&lt;br /&gt;</w:t>
        <w:br/>
        <w:t>Хто це летить із-за моря&lt;br /&gt;</w:t>
        <w:br/>
        <w:t>Комонем крилатим,&lt;br /&gt;</w:t>
        <w:br/>
        <w:t>Як біль, білим? — Вона! Вона!&lt;br /&gt;</w:t>
        <w:br/>
        <w:t>О, моє ти свято!&lt;br /&gt;</w:t>
        <w:br/>
        <w:t>Де ж то горе поділося&lt;br /&gt;</w:t>
        <w:br/>
        <w:t>З широкого світа?&lt;br /&gt;</w:t>
        <w:br/>
        <w:t>Де ж ті зими студенії? —&lt;br /&gt;</w:t>
        <w:br/>
        <w:t>Лиш квіти та квіти!.</w:t>
      </w:r>
    </w:p>
    <w:p>
      <w:r>
        <w:br/>
        <w:t>ХХІ&lt;br /&gt;</w:t>
        <w:br/>
        <w:t>О боже мій, боже мій!&lt;br /&gt;</w:t>
        <w:br/>
        <w:t>Рожевого світа&lt;br /&gt;</w:t>
        <w:br/>
        <w:t>Лиш на хвильку, а потемку —&lt;br /&gt;</w:t>
        <w:br/>
        <w:t>Навіки, навіки!..</w:t>
      </w:r>
    </w:p>
    <w:p>
      <w:r>
        <w:br/>
        <w:t>ХХІІ&lt;br /&gt;</w:t>
        <w:br/>
        <w:t>Довго — кажеш? О єдине,&lt;br /&gt;</w:t>
        <w:br/>
        <w:t>Ти лихо гадаєш!&lt;br /&gt;</w:t>
        <w:br/>
        <w:t>Ненадовго! І я знаю,&lt;br /&gt;</w:t>
        <w:br/>
        <w:t>І я, мила, знаю&lt;br /&gt;</w:t>
        <w:br/>
        <w:t>Ту дорогу, куди ти йдеш! —&lt;br /&gt;</w:t>
        <w:br/>
        <w:t>Ти йдеш у могилу!</w:t>
      </w:r>
    </w:p>
    <w:p>
      <w:r>
        <w:br/>
        <w:t>ХХІІІ&lt;br /&gt;</w:t>
        <w:br/>
        <w:t>Оперед вікна я гадав&lt;br /&gt;</w:t>
        <w:br/>
        <w:t>Покласти два — лиш два, о боже! —&lt;br /&gt;</w:t>
        <w:br/>
        <w:t>Лиш два рядочки стократь-рожі;&lt;br /&gt;</w:t>
        <w:br/>
        <w:t>А по двору щоб парка пав&lt;br /&gt;</w:t>
        <w:br/>
        <w:t>І пишна-горда, бач, ходила&lt;br /&gt;</w:t>
        <w:br/>
        <w:t>Та срібне пір'ячко ронила.</w:t>
      </w:r>
    </w:p>
    <w:p>
      <w:r>
        <w:br/>
        <w:t>ХХІV&lt;br /&gt;</w:t>
        <w:br/>
        <w:t>У кождого своя пара&lt;br /&gt;</w:t>
        <w:br/>
        <w:t>Та й своя порада.&lt;br /&gt;</w:t>
        <w:br/>
        <w:t>Зійшло сонце зо дна моря,&lt;br /&gt;</w:t>
        <w:br/>
        <w:t>Чорногора рада;&lt;br /&gt;</w:t>
        <w:br/>
        <w:t>Чорногорі — буйний вітер,&lt;br /&gt;</w:t>
        <w:br/>
        <w:t>А вітрові — луги!&lt;br /&gt;</w:t>
        <w:br/>
        <w:t>Посумують, поворкують,&lt;br /&gt;</w:t>
        <w:br/>
        <w:t>Як знані два други.&lt;br /&gt;</w:t>
        <w:br/>
        <w:t>А тим часом срібнорогий&lt;br /&gt;</w:t>
        <w:br/>
        <w:t>Квапить понад море&lt;br /&gt;</w:t>
        <w:br/>
        <w:t>До зіроньки вечірньої&lt;br /&gt;</w:t>
        <w:br/>
        <w:t>На любу розмову.&lt;br /&gt;</w:t>
        <w:br/>
        <w:t>Відморгнулись, обгорнулись,&lt;br /&gt;</w:t>
        <w:br/>
        <w:t>Пропали у гаю.&lt;br /&gt;</w:t>
        <w:br/>
        <w:t>А там явір черемшину&lt;br /&gt;</w:t>
        <w:br/>
        <w:t>На ніч підмовляє;&lt;br /&gt;</w:t>
        <w:br/>
        <w:t>Прихилилась, притулилась —&lt;br /&gt;</w:t>
        <w:br/>
        <w:t>Ніхто їх не чує...&lt;br /&gt;</w:t>
        <w:br/>
        <w:t>Лиш я сам-самісінький&lt;br /&gt;</w:t>
        <w:br/>
        <w:t>Сю нічку ночую.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окрушків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