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невисланих листів</w:t>
      </w:r>
    </w:p>
    <w:p>
      <w:r>
        <w:br/>
        <w:t xml:space="preserve"> І</w:t>
      </w:r>
    </w:p>
    <w:p>
      <w:r>
        <w:br/>
        <w:t>Пишу до тебе лист. Якась знемога&lt;br /&gt;</w:t>
        <w:br/>
        <w:t>На душу впала. В'ються день за днем,&lt;br /&gt;</w:t>
        <w:br/>
        <w:t>Як болотяна осіння дорога,&lt;br /&gt;</w:t>
        <w:br/>
        <w:t>Бита від ночі до ночі дощами…</w:t>
      </w:r>
    </w:p>
    <w:p>
      <w:r>
        <w:br/>
        <w:t>Йде днина в днину, повна туги й суму,&lt;br /&gt;</w:t>
        <w:br/>
        <w:t>Сльота на вікнах скорбну думу грає,&lt;br /&gt;</w:t>
        <w:br/>
        <w:t>Ніч в сонну світ обмотує задуму —&lt;br /&gt;</w:t>
        <w:br/>
        <w:t>І отупінням на душу лягає…</w:t>
      </w:r>
    </w:p>
    <w:p>
      <w:r>
        <w:br/>
        <w:t>Пишу до тебе лист. Три дні й три ночі&lt;br /&gt;</w:t>
        <w:br/>
        <w:t>Дощ, з-за обслони хмар не видно неба,&lt;br /&gt;</w:t>
        <w:br/>
        <w:t>(Тому так дуже тужать мої очі,&lt;br /&gt;</w:t>
        <w:br/>
        <w:t>Тому мені тебе так дуже треба…)</w:t>
      </w:r>
    </w:p>
    <w:p>
      <w:r>
        <w:br/>
        <w:t>Бездомний часом вітер-волокита&lt;br /&gt;</w:t>
        <w:br/>
        <w:t>Задзвонить в шиби піснею від поля.&lt;br /&gt;</w:t>
        <w:br/>
        <w:t>Гляну, скрізь пусто. Лиш в лахман сповита&lt;br /&gt;</w:t>
        <w:br/>
        <w:t>На полі ходить бідна хлопська доля…</w:t>
      </w:r>
    </w:p>
    <w:p>
      <w:r>
        <w:br/>
        <w:t>Легенда каже, що в осінню днину,&lt;br /&gt;</w:t>
        <w:br/>
        <w:t>Як дощ безвпинно ржаві трави мочить,&lt;br /&gt;</w:t>
        <w:br/>
        <w:t>Як вітер зжовклу хилить деревину&lt;br /&gt;</w:t>
        <w:br/>
        <w:t>Та бороздами смуток свій волочить,</w:t>
      </w:r>
    </w:p>
    <w:p>
      <w:r>
        <w:br/>
        <w:t>Як тихий сумерк на дорогу ляже&lt;br /&gt;</w:t>
        <w:br/>
        <w:t>Г сірі мряки вздовж ровами бродять,-&lt;br /&gt;</w:t>
        <w:br/>
        <w:t>В таку годину (стара казка каже)&lt;br /&gt;</w:t>
        <w:br/>
        <w:t>Зболілі душі на поля виходять</w:t>
      </w:r>
    </w:p>
    <w:p>
      <w:r>
        <w:br/>
        <w:t>І під вечірні получутні шуми&lt;br /&gt;</w:t>
        <w:br/>
        <w:t>Блудять стернею, йдучи в сонну воду,&lt;br /&gt;</w:t>
        <w:br/>
        <w:t>Та заплітають свої тужні думи&lt;br /&gt;</w:t>
        <w:br/>
        <w:t>В мелодію тиху іраючого броду…</w:t>
      </w:r>
    </w:p>
    <w:p>
      <w:r>
        <w:br/>
        <w:t>Оповідають собі всяку повість:&lt;br /&gt;</w:t>
        <w:br/>
        <w:t>Що пережили, виділи й чували…&lt;br /&gt;</w:t>
        <w:br/>
        <w:t>І снують сумно безконечну повість&lt;br /&gt;</w:t>
        <w:br/>
        <w:t>Про білі айстри, що в городі в'яли,</w:t>
      </w:r>
    </w:p>
    <w:p>
      <w:r>
        <w:br/>
        <w:t>Про вмерлі рожі, зрубані явори,&lt;br /&gt;</w:t>
        <w:br/>
        <w:t>Про сірі птахи, що в вирій летіли,&lt;br /&gt;</w:t>
        <w:br/>
        <w:t>І про човни, потоплені на морі,&lt;br /&gt;</w:t>
        <w:br/>
        <w:t>І про забуті по лісах могили,</w:t>
      </w:r>
    </w:p>
    <w:p>
      <w:r>
        <w:br/>
        <w:t>І про жовняра, що вернув додому,&lt;br /&gt;</w:t>
        <w:br/>
        <w:t>Та на порозі хати впав без сили,&lt;br /&gt;</w:t>
        <w:br/>
        <w:t>А як везли на могилки сірому,&lt;br /&gt;</w:t>
        <w:br/>
        <w:t>То самі дзвони в церкві задзвонили…</w:t>
      </w:r>
    </w:p>
    <w:p>
      <w:r>
        <w:br/>
        <w:t>Пишу до тебе лист, хоч добре знаю,&lt;br /&gt;</w:t>
        <w:br/>
        <w:t>Що ті стрічки до тебе не долинуть,&lt;br /&gt;</w:t>
        <w:br/>
        <w:t>Не долетять вони до твого краю,&lt;br /&gt;</w:t>
        <w:br/>
        <w:t>Зітруться, зжовкнуть і дотла загинуть…</w:t>
      </w:r>
    </w:p>
    <w:p>
      <w:r>
        <w:br/>
        <w:t>Та пишу лист… Мені усе здається,&lt;br /&gt;</w:t>
        <w:br/>
        <w:t>Що ми в дорозі стрінулись з собою&lt;br /&gt;</w:t>
        <w:br/>
        <w:t>Та що душа твоя ось тут снується&lt;br /&gt;</w:t>
        <w:br/>
        <w:t>У таку хвилю й мріє враз зі мною…</w:t>
      </w:r>
    </w:p>
    <w:p>
      <w:r>
        <w:br/>
        <w:t>II</w:t>
      </w:r>
    </w:p>
    <w:p>
      <w:r>
        <w:br/>
        <w:t>Ще нині мені сниться сталь блискуча&lt;br /&gt;</w:t>
        <w:br/>
        <w:t>І проникливий куль ворожий свист,&lt;br /&gt;</w:t>
        <w:br/>
        <w:t>Над нами вітром пролітала туча,&lt;br /&gt;</w:t>
        <w:br/>
        <w:t>Люди клалися, як осінній лист.</w:t>
      </w:r>
    </w:p>
    <w:p>
      <w:r>
        <w:br/>
        <w:t>Потому стихло. Холод, шум, знемога,&lt;br /&gt;</w:t>
        <w:br/>
        <w:t>Біль, сон, безтяма, а у грудях жар —&lt;br /&gt;</w:t>
        <w:br/>
        <w:t>І довга, довга, як вічність, дорога,&lt;br /&gt;</w:t>
        <w:br/>
        <w:t>І небо чорне від навислих хмар…</w:t>
      </w:r>
    </w:p>
    <w:p>
      <w:r>
        <w:br/>
        <w:t>Лютився холод… На мужицькім возі&lt;br /&gt;</w:t>
        <w:br/>
        <w:t>Везли нас з поля через села, ліс,&lt;br /&gt;</w:t>
        <w:br/>
        <w:t>Товариш глухо стогнав по дорозі,&lt;br /&gt;</w:t>
        <w:br/>
        <w:t>Зламану руку й кулю в грудях ніс…</w:t>
      </w:r>
    </w:p>
    <w:p>
      <w:r>
        <w:br/>
        <w:t>Добились вози… Взяли нас в кімнати,&lt;br /&gt;</w:t>
        <w:br/>
        <w:t>Старий монастир став нам за шпиталь:&lt;br /&gt;</w:t>
        <w:br/>
        <w:t>Пожовклі стіни, мури, вікна, грати —&lt;br /&gt;</w:t>
        <w:br/>
        <w:t>Усе на душу навівало жаль…</w:t>
      </w:r>
    </w:p>
    <w:p>
      <w:r>
        <w:br/>
        <w:t>Чи знаєш сум шпитального склепіння,&lt;br /&gt;</w:t>
        <w:br/>
        <w:t>Де визирає біль з усіх сторін?&lt;br /&gt;</w:t>
        <w:br/>
        <w:t>Дрижать в повітрі смутки і терпіння,&lt;br /&gt;</w:t>
        <w:br/>
        <w:t>І зимна смерть чаїться біля стін.</w:t>
      </w:r>
    </w:p>
    <w:p>
      <w:r>
        <w:br/>
        <w:t>Кругом тебе зболілі сонні очі,&lt;br /&gt;</w:t>
        <w:br/>
        <w:t>А в них безсилля, втома, туга, жаль,&lt;br /&gt;</w:t>
        <w:br/>
        <w:t>І все тобі здається серед ночі:&lt;br /&gt;</w:t>
        <w:br/>
        <w:t>Чийсь стогін втих, хтось відіходить вдаль.</w:t>
      </w:r>
    </w:p>
    <w:p>
      <w:r>
        <w:br/>
        <w:t>Потому йдуть тупі години скуки,&lt;br /&gt;</w:t>
        <w:br/>
        <w:t>Що сушать мозок, в кусні серце рвуть,&lt;br /&gt;</w:t>
        <w:br/>
        <w:t>Числиш на стелі риси, щерби, луки,-&lt;br /&gt;</w:t>
        <w:br/>
        <w:t>І кожна твоя думка, наче ртуть…</w:t>
      </w:r>
    </w:p>
    <w:p>
      <w:r>
        <w:br/>
        <w:t>То знову душу окрилює туга&lt;br /&gt;</w:t>
        <w:br/>
        <w:t>За всім, що згасло з чаром давніх літ,&lt;br /&gt;</w:t>
        <w:br/>
        <w:t>І виринає з мряки спомин друга,&lt;br /&gt;</w:t>
        <w:br/>
        <w:t>Молоді мрії, як весняний квіт.</w:t>
      </w:r>
    </w:p>
    <w:p>
      <w:r>
        <w:br/>
        <w:t>І ти — в тій келії, моя добра доле,&lt;br /&gt;</w:t>
        <w:br/>
        <w:t>Не раз у сні відвідуєш мене,&lt;br /&gt;</w:t>
        <w:br/>
        <w:t>Потім обоє йдем в далеке поле,&lt;br /&gt;</w:t>
        <w:br/>
        <w:t>Де осінь тихо зжовклий лист жене…</w:t>
      </w:r>
    </w:p>
    <w:p>
      <w:r>
        <w:br/>
        <w:t>Самітньо мріють верби придорожні,&lt;br /&gt;</w:t>
        <w:br/>
        <w:t>Їх шум розносить вітер по полях,&lt;br /&gt;</w:t>
        <w:br/>
        <w:t>І перед нами дві стежки розбіжні,&lt;br /&gt;</w:t>
        <w:br/>
        <w:t>І душу дивний заливає страх…</w:t>
      </w:r>
    </w:p>
    <w:p>
      <w:r>
        <w:br/>
        <w:t>Минає сон. Крізь вікна у кімнату&lt;br /&gt;</w:t>
        <w:br/>
        <w:t>Впадає блиск світання. День іде,&lt;br /&gt;</w:t>
        <w:br/>
        <w:t>Ті самі тіні перейдуть крізь хату,&lt;br /&gt;</w:t>
        <w:br/>
        <w:t>Ту саму скуку вечір приведе.</w:t>
      </w:r>
    </w:p>
    <w:p>
      <w:r>
        <w:br/>
        <w:t>Так волічеться час. Одна картина&lt;br /&gt;</w:t>
        <w:br/>
        <w:t>Перед очима вічно тут стоїть,&lt;br /&gt;</w:t>
        <w:br/>
        <w:t>Лінивим кроком переходить днина,&lt;br /&gt;</w:t>
        <w:br/>
        <w:t>І всі ми вірим, що забув нас світ…</w:t>
      </w:r>
    </w:p>
    <w:p>
      <w:r>
        <w:br/>
        <w:t>Оноді рано принесло новину:&lt;br /&gt;</w:t>
        <w:br/>
        <w:t>Зі сну збудив нас розплаканий дзвін,&lt;br /&gt;</w:t>
        <w:br/>
        <w:t>В вікні збіліло: сніг покрив хатину,&lt;br /&gt;</w:t>
        <w:br/>
        <w:t>Що притулилась до шпитальних стін…</w:t>
      </w:r>
    </w:p>
    <w:p>
      <w:r>
        <w:br/>
        <w:t>Зима… Вже, певно, забіліли гори,&lt;br /&gt;</w:t>
        <w:br/>
        <w:t>Може, й замовкли й шуми наших рік,&lt;br /&gt;</w:t>
        <w:br/>
        <w:t>Лиш зеленіють смерекові бори —&lt;br /&gt;</w:t>
        <w:br/>
        <w:t>Як символ того, що триває ввік…</w:t>
      </w:r>
    </w:p>
    <w:p>
      <w:r>
        <w:br/>
        <w:t>Іде зима з предовгими смерками…&lt;br /&gt;</w:t>
        <w:br/>
        <w:t>Заки у печі спопеліє грань,&lt;br /&gt;</w:t>
        <w:br/>
        <w:t>Спомини добрі сірими нитками&lt;br /&gt;</w:t>
        <w:br/>
        <w:t>Оснують душу в думань срібну ткань,</w:t>
      </w:r>
    </w:p>
    <w:p>
      <w:r>
        <w:br/>
        <w:t>Мороз інеєм ме' всрібляти поле,&lt;br /&gt;</w:t>
        <w:br/>
        <w:t>І білі квіти на вікні зітне…&lt;br /&gt;</w:t>
        <w:br/>
        <w:t>В таку годину, моя ясна доле,&lt;br /&gt;</w:t>
        <w:br/>
        <w:t>Може, згадаєш всіх їх — і мене…</w:t>
      </w:r>
    </w:p>
    <w:p>
      <w:r>
        <w:br/>
        <w:t>III. З ДОРОГИ</w:t>
      </w:r>
    </w:p>
    <w:p>
      <w:r>
        <w:br/>
        <w:t>Іду від тебе. Бачиш: осінь плаче&lt;br /&gt;</w:t>
        <w:br/>
        <w:t>І тихо ржавий лист мете під ноги;&lt;br /&gt;</w:t>
        <w:br/>
        <w:t>Ще придорожнє гордиться будяччя,&lt;br /&gt;</w:t>
        <w:br/>
        <w:t>І хмарка синя знялась вздовж дороги…</w:t>
      </w:r>
    </w:p>
    <w:p>
      <w:r>
        <w:br/>
        <w:t>На зжовклій ниві, що в туман сповита,&lt;br /&gt;</w:t>
        <w:br/>
        <w:t>Бабине літо ткань пряде майстерну…&lt;br /&gt;</w:t>
        <w:br/>
        <w:t>Гей, в мені знов збудився волокита,&lt;br /&gt;</w:t>
        <w:br/>
        <w:t>Іду від тебе, йду — і не поверну…</w:t>
      </w:r>
    </w:p>
    <w:p>
      <w:r>
        <w:br/>
        <w:t>По стерні пісня блудить невесела,&lt;br /&gt;</w:t>
        <w:br/>
        <w:t>А в мені туга кличе: мандрувати&lt;br /&gt;</w:t>
        <w:br/>
        <w:t>На гори, доли, за міста і села,&lt;br /&gt;</w:t>
        <w:br/>
        <w:t>У дикі дебри, де не видно хати.</w:t>
      </w:r>
    </w:p>
    <w:p>
      <w:r>
        <w:br/>
        <w:t>Гей, мандрувати в світ без плану й ціли;&lt;br /&gt;</w:t>
        <w:br/>
        <w:t>Ніхто ж мене не кликав на прощання,&lt;br /&gt;</w:t>
        <w:br/>
        <w:t>Тільки за містом верби зашуміли&lt;br /&gt;</w:t>
        <w:br/>
        <w:t>Мелодію сумну, як моє кохання…</w:t>
      </w:r>
    </w:p>
    <w:p>
      <w:r>
        <w:br/>
        <w:t>Ніщо з собою не беру в дорогу,&lt;br /&gt;</w:t>
        <w:br/>
        <w:t>Тільки про тебе спомин, моя доле,&lt;br /&gt;</w:t>
        <w:br/>
        <w:t>На мою тугу, втому і знемогу&lt;br /&gt;</w:t>
        <w:br/>
        <w:t>Пільгою буде шлях пустий і поле —</w:t>
      </w:r>
    </w:p>
    <w:p>
      <w:r>
        <w:br/>
        <w:t>Таке, як море,— без меж і без краю,&lt;br /&gt;</w:t>
        <w:br/>
        <w:t>І зжовклі бори, і зоряні ночі,&lt;br /&gt;</w:t>
        <w:br/>
        <w:t>І сіра птиця, що зблукала в гаю,&lt;br /&gt;</w:t>
        <w:br/>
        <w:t>І твої добрі, ясні, тихі очі…</w:t>
      </w:r>
    </w:p>
    <w:p>
      <w:r>
        <w:br/>
        <w:t>За мною з листя шелестом несеться:&lt;br /&gt;</w:t>
        <w:br/>
        <w:t>Ніхто ніде не жде тебе в гостину!&lt;br /&gt;</w:t>
        <w:br/>
        <w:t>Іду. Дорога в синю віддаль в'ється…&lt;br /&gt;</w:t>
        <w:br/>
        <w:t>Гей, може, стріну затишну долину,</w:t>
      </w:r>
    </w:p>
    <w:p>
      <w:r>
        <w:br/>
        <w:t>Смерком огонь розложу, заспіваю,&lt;br /&gt;</w:t>
        <w:br/>
        <w:t>Задивлюсь в грань як дужається з тьмою,&lt;br /&gt;</w:t>
        <w:br/>
        <w:t>Згадаю літо, і тебе згадаю,&lt;br /&gt;</w:t>
        <w:br/>
        <w:t>І сподівання ті, що вже за мною…</w:t>
      </w:r>
    </w:p>
    <w:p>
      <w:r>
        <w:br/>
        <w:t>Згадаю казку про царя старого,&lt;br /&gt;</w:t>
        <w:br/>
        <w:t>Що знав дівчину з ясною косою,&lt;br /&gt;</w:t>
        <w:br/>
        <w:t>Та налякався щастя, втік від нього&lt;br /&gt;</w:t>
        <w:br/>
        <w:t>Вночі у світ; казали: згинув в бою…</w:t>
      </w:r>
    </w:p>
    <w:p>
      <w:r>
        <w:br/>
        <w:t>А по кім плакав край, други і жінка,&lt;br /&gt;</w:t>
        <w:br/>
        <w:t>Дівчина з жалем теж його згадала,&lt;br /&gt;</w:t>
        <w:br/>
        <w:t>Та, як велить одвічна поведінка,&lt;br /&gt;</w:t>
        <w:br/>
        <w:t>Його слідами — з другим мандрувала…</w:t>
      </w:r>
    </w:p>
    <w:p>
      <w:r>
        <w:br/>
        <w:t>Іду від тебе. Там мене чекає&lt;br /&gt;</w:t>
        <w:br/>
        <w:t>Спокійна осінь в золоті і крові,&lt;br /&gt;</w:t>
        <w:br/>
        <w:t>Там мені тиху думу заспіває&lt;br /&gt;</w:t>
        <w:br/>
        <w:t>В ржаву хустину вбраний верх діброви,</w:t>
      </w:r>
    </w:p>
    <w:p>
      <w:r>
        <w:br/>
        <w:t>Там ранки стріну такі, як опалі,&lt;br /&gt;</w:t>
        <w:br/>
        <w:t>І довгих-довгих мряк лілові смуги&lt;br /&gt;</w:t>
        <w:br/>
        <w:t>І рябини усміхнені коралі,&lt;br /&gt;</w:t>
        <w:br/>
        <w:t>Й смерки, залиті випарами туги…</w:t>
      </w:r>
    </w:p>
    <w:p>
      <w:r>
        <w:br/>
        <w:t>Іду. Назустріч добрий вечір лине,&lt;br /&gt;</w:t>
        <w:br/>
        <w:t>Лягають тіні. Світ, мов простір моря,&lt;br /&gt;</w:t>
        <w:br/>
        <w:t>А надо мною небо темно-синє&lt;br /&gt;</w:t>
        <w:br/>
        <w:t>І серед хмар — одна вечірня зоря.</w:t>
      </w:r>
    </w:p>
    <w:p>
      <w:r>
        <w:br/>
        <w:t>Гей, зоре моя, добра, ясна зореї&lt;br /&gt;</w:t>
        <w:br/>
        <w:t>Будь ти одна зі мною серед ночі,&lt;br /&gt;</w:t>
        <w:br/>
        <w:t>Хоч я моряк, що без стерна на море&lt;br /&gt;</w:t>
        <w:br/>
        <w:t>Виплив й несеться вдаль, у світ за очі.</w:t>
      </w:r>
    </w:p>
    <w:p>
      <w:r>
        <w:br/>
        <w:t>Хоч, може, кручі ждуть мене зрадливі,&lt;br /&gt;</w:t>
        <w:br/>
        <w:t>І вир підводний здружиться зі мною,&lt;br /&gt;</w:t>
        <w:br/>
        <w:t>Попливу далі в сонці, в мряці, зливі&lt;br /&gt;</w:t>
        <w:br/>
        <w:t>На світа край,— лиш ти будь надо мною…</w:t>
      </w:r>
    </w:p>
    <w:p>
      <w:r>
        <w:br/>
        <w:t>А згаснеш ти — і тьма заллє простори,&lt;br /&gt;</w:t>
        <w:br/>
        <w:t>Не задрижу й не зіб'юся з дороги;&lt;br /&gt;</w:t>
        <w:br/>
        <w:t>Мені ж байдуже: доли це чи гори,&lt;br /&gt;</w:t>
        <w:br/>
        <w:t>Чи битий шлях, чи дикі перелоги…</w:t>
      </w:r>
    </w:p>
    <w:p>
      <w:r>
        <w:br/>
        <w:t>Йду й посилаю я листа з дороги —&lt;br /&gt;</w:t>
        <w:br/>
        <w:t>Сухий, колючий, як оте будяччя…&lt;br /&gt;</w:t>
        <w:br/>
        <w:t>Тут осінь зжовклий лист мете під ноги&lt;br /&gt;</w:t>
        <w:br/>
        <w:t>Й разом зі мною за тобою плаче…</w:t>
      </w:r>
    </w:p>
    <w:p>
      <w:r>
        <w:br/>
        <w:t>Темніє небо, вкрите бурунами…&lt;br /&gt;</w:t>
        <w:br/>
        <w:t>Гей, хто з нас збагне долю прехимерну?&lt;br /&gt;</w:t>
        <w:br/>
        <w:t>Шелестить зжовкле листя під ногами,&lt;br /&gt;</w:t>
        <w:br/>
        <w:t>Що йду від тебе — й до тебе поверну…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невисланих листів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