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листа Джонатана Яреми Свіфта</w:t>
      </w:r>
    </w:p>
    <w:p>
      <w:r>
        <w:br/>
        <w:t xml:space="preserve"> Я не хочу лежати в цій рабській землі,&lt;br /&gt;</w:t>
        <w:br/>
        <w:t>Радше спатиму в лондонській твані!&lt;br /&gt;</w:t>
        <w:br/>
        <w:t>Чи ж повірю, що тут, в світанковій імлі,&lt;br /&gt;</w:t>
        <w:br/>
        <w:t>Не розтане мій подих останній.</w:t>
      </w:r>
    </w:p>
    <w:p>
      <w:r>
        <w:br/>
        <w:t>Чи ж повірю, що янголи бачать здаля&lt;br /&gt;</w:t>
        <w:br/>
        <w:t>І господь щиросерде кохає&lt;br /&gt;</w:t>
        <w:br/>
        <w:t>На малесенькій кульці, що зветься</w:t>
      </w:r>
    </w:p>
    <w:p>
      <w:r>
        <w:br/>
        <w:t>Земля —</w:t>
      </w:r>
    </w:p>
    <w:p>
      <w:r>
        <w:br/>
        <w:t>Порошину ірландського краю.</w:t>
      </w:r>
    </w:p>
    <w:p>
      <w:r>
        <w:br/>
        <w:t>Захлинається серце: ласкавець, пророк...&lt;br /&gt;</w:t>
        <w:br/>
        <w:t>Захисти свої люди, воскресни!&lt;br /&gt;</w:t>
        <w:br/>
        <w:t>Це облуда, мара, бо мій шлях до зірок,&lt;br /&gt;</w:t>
        <w:br/>
        <w:t>Це вони мої браття і сестри.</w:t>
      </w:r>
    </w:p>
    <w:p>
      <w:r>
        <w:br/>
        <w:t>Я любив і кохав, і в найтяжчій борні&lt;br /&gt;</w:t>
        <w:br/>
        <w:t>Не загасли роки мого шалу.&lt;br /&gt;</w:t>
        <w:br/>
        <w:t>Та все більше скорботи лишалось мені&lt;br /&gt;</w:t>
        <w:br/>
        <w:t>І все менше любові лишалось.</w:t>
      </w:r>
    </w:p>
    <w:p>
      <w:r>
        <w:br/>
        <w:t>Як нестерпно щоранку болить голова —&lt;br /&gt;</w:t>
        <w:br/>
        <w:t>Мабуть, час вже додому, додому.&lt;br /&gt;</w:t>
        <w:br/>
        <w:t>І ніщо вже не важить, я все змарнував,&lt;br /&gt;</w:t>
        <w:br/>
        <w:t>Поховайте хоч в пеклі самому!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листа Джонатана Яреми Свіфта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