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горами на "ви"</w:t>
      </w:r>
    </w:p>
    <w:p>
      <w:r>
        <w:br/>
        <w:t xml:space="preserve"> Поснули гори — їм нічого не болить.&lt;br /&gt;</w:t>
        <w:br/>
        <w:t>Тиса тече, Черемош бурлить.&lt;br /&gt;</w:t>
        <w:br/>
        <w:t>Що зір на небі, що вогнів земних —&lt;br /&gt;</w:t>
        <w:br/>
        <w:t>не розпізнати звідси, з низини,&lt;br /&gt;</w:t>
        <w:br/>
        <w:t>електроедельвейси і зірки;&lt;br /&gt;</w:t>
        <w:br/>
        <w:t>виходь на грунь — і в космос навпрошки…&lt;br /&gt;</w:t>
        <w:br/>
        <w:t>І так усе транзисторне звучить,&lt;br /&gt;</w:t>
        <w:br/>
        <w:t>телевізійне і смерекове блищить,&lt;br /&gt;</w:t>
        <w:br/>
        <w:t>що завмирають гамори лісів,&lt;br /&gt;</w:t>
        <w:br/>
        <w:t>потоки нітяться і Черемош осів,&lt;br /&gt;</w:t>
        <w:br/>
        <w:t>уже й сокирам нічого рубати,&lt;br /&gt;</w:t>
        <w:br/>
        <w:t>дараби архаїзмом відпливли,&lt;br /&gt;</w:t>
        <w:br/>
        <w:t>і лисинами світяться Карпати,&lt;br /&gt;</w:t>
        <w:br/>
        <w:t>і сниться півням, що вони орли.&lt;br /&gt;</w:t>
        <w:br/>
        <w:t>Невже Вам, гори, так нічого й не болить?&lt;br /&gt;</w:t>
        <w:br/>
        <w:t>А руки татові, від шміру не відмиті?&lt;br /&gt;</w:t>
        <w:br/>
        <w:t>А та невідворотна сила миті,&lt;br /&gt;</w:t>
        <w:br/>
        <w:t>що зупинила серце молоде?&lt;br /&gt;</w:t>
        <w:br/>
        <w:t>А ті сади, що їх на глум корчують?&lt;br /&gt;</w:t>
        <w:br/>
        <w:t>А ті сліди, що їх уже не чують&lt;br /&gt;</w:t>
        <w:br/>
        <w:t>щасливі і запухлі у добрі?&lt;br /&gt;</w:t>
        <w:br/>
        <w:t>А ті задумані, зневірені старі?&lt;br /&gt;</w:t>
        <w:br/>
        <w:t>А молоді, стурбовані бензином,&lt;br /&gt;</w:t>
        <w:br/>
        <w:t>що б'ють поклони в двері ощадкас?&lt;br /&gt;</w:t>
        <w:br/>
        <w:t>А та безпечність, що споїла нас,—&lt;br /&gt;</w:t>
        <w:br/>
        <w:t>забрала сльози і струїла сміх?..&lt;br /&gt;</w:t>
        <w:br/>
        <w:t>Неправда, гори,— Вам болить за всіх,&lt;br /&gt;</w:t>
        <w:br/>
        <w:t>за все, за все у рідному краю.&lt;br /&gt;</w:t>
        <w:br/>
        <w:t>Тривогу із потоків Ваших п'ю&lt;br /&gt;</w:t>
        <w:br/>
        <w:t>і чую, як із муки, із краси&lt;br /&gt;</w:t>
        <w:br/>
        <w:t>відроджуються тисові ліси.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горами на "ви"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