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дитячих ігор і забав</w:t>
      </w:r>
    </w:p>
    <w:p>
      <w:r>
        <w:br/>
        <w:t xml:space="preserve"> коли тобі стане аж занадто нудто&lt;br /&gt;</w:t>
        <w:br/>
        <w:t>заведи собі янголятко і дідуся&lt;br /&gt;</w:t>
        <w:br/>
        <w:t>грайся так&lt;br /&gt;</w:t>
        <w:br/>
        <w:t>підстав дідусеві ногу&lt;br /&gt;</w:t>
        <w:br/>
        <w:t>хай гримнеться мордою об асфальт</w:t>
      </w:r>
    </w:p>
    <w:p>
      <w:r>
        <w:br/>
        <w:t>янголятко опусить голівку</w:t>
      </w:r>
    </w:p>
    <w:p>
      <w:r>
        <w:br/>
        <w:t>подаруй дідусеві 5 копійок</w:t>
      </w:r>
    </w:p>
    <w:p>
      <w:r>
        <w:br/>
        <w:t>янголятко підніме голівку</w:t>
      </w:r>
    </w:p>
    <w:p>
      <w:r>
        <w:br/>
        <w:t>розбий дідусеві каменем окуляри</w:t>
      </w:r>
    </w:p>
    <w:p>
      <w:r>
        <w:br/>
        <w:t>янголятко опусить голівку</w:t>
      </w:r>
    </w:p>
    <w:p>
      <w:r>
        <w:br/>
        <w:t>звільни дідусеві місце в трамваї</w:t>
      </w:r>
    </w:p>
    <w:p>
      <w:r>
        <w:br/>
        <w:t>янголятко підніме голівку</w:t>
      </w:r>
    </w:p>
    <w:p>
      <w:r>
        <w:br/>
        <w:t>вилий дідусеві на голову помиї</w:t>
      </w:r>
    </w:p>
    <w:p>
      <w:r>
        <w:br/>
        <w:t>янголятко опустить голівку</w:t>
      </w:r>
    </w:p>
    <w:p>
      <w:r>
        <w:br/>
        <w:t>скажи дідусеві боже помагай</w:t>
      </w:r>
    </w:p>
    <w:p>
      <w:r>
        <w:br/>
        <w:t>янголятко підніме голівку</w:t>
      </w:r>
    </w:p>
    <w:p>
      <w:r>
        <w:br/>
        <w:t>і так далі</w:t>
      </w:r>
    </w:p>
    <w:p>
      <w:r>
        <w:br/>
        <w:t>потому йди спати&lt;br /&gt;</w:t>
        <w:br/>
        <w:t>присниться тобі янголятко або чортеня&lt;br /&gt;</w:t>
        <w:br/>
        <w:t>якщо янголятко ти виграв&lt;br /&gt;</w:t>
        <w:br/>
        <w:t>якщо чортеня програв&lt;br /&gt;</w:t>
        <w:br/>
        <w:t>а як ніщо не присниться&lt;br /&gt;</w:t>
        <w:br/>
        <w:t>н і ч и 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дитячих ігор і забав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