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давнини</w:t>
      </w:r>
    </w:p>
    <w:p>
      <w:r>
        <w:br/>
        <w:t xml:space="preserve"> &lt;p&gt;І</w:t>
      </w:r>
    </w:p>
    <w:p>
      <w:r>
        <w:br/>
        <w:t>Сонце заходило. Косе проміння падало на річку Білу, і не була вона тоді білою, а сяла всіма кольорами у своїх пологих берегах. Обидва береги були однакові, але по однім боці лягло село велике, з двома церквами, а по другім — луки, поля й далі степи, степи безконечні. Луки підходили до самої ріки, наче аж падали в неї.</w:t>
      </w:r>
    </w:p>
    <w:p>
      <w:r>
        <w:br/>
        <w:t>Річка Біла неширока. Он через неї перекинулися кладочки, позв'язувані де вірьовкою, де перевеслом, а де й так — просто жмутом трави. Ними можна було любуватися, як художнім твором, як храмом Растреллі, як поетичною мрією,— так вони були під стать і пейзажеві оцьому, і тихому темпові руху хвиль у річці, й такому ж темпові життя села. По них, по оцих кладочках, перелітає пісня, коли ото у суботу зацвітуть вулиці дівочими голосами й радісними гармоніями; по них котиться протяжливе "Геей" плугатаря, що оре найдальшу свою скибу, а істик у зуби взяв, бо нікуди його встромити. Парубок і дівчина йдуть одно одному назустріч: вона й бачить, що зустрінуться на середині, а ступає босою ногою на сучкувате бервено, і зустрінуться на середині. Гриць так боїться, щоб бідна дівчина не впала, що вона аж пищить у його обіймах і лається. Але ця лайка звучить як ласка, а в тих пручаннях ще ближче горнеться одне молоде тіло до другого.</w:t>
      </w:r>
    </w:p>
    <w:p>
      <w:r>
        <w:br/>
        <w:t>Серед війн, і гнету, й віковічного плачу одвічної Рахілі виривалися колись-не-колись десятиліття, що село українське жило тихим і своїм життям. Співало свою пісню, культивувало свій звичай, творило свій кодекс. Тоді вистарчали такі кладочки в замріяних берегах, тоді вони й клалися. А налітала знову буря — і змітала з дороги не тільки кладочки, а й села цілі.</w:t>
      </w:r>
    </w:p>
    <w:p>
      <w:r>
        <w:br/>
        <w:t>На тім боці Білої косить парубок. Сорочка аж очі вбирає на зеленому тлі лук. На голові широкий жовтий бриль кидає округлу тінь на смагляве, загоріле обличчя. Вус недавно засіявся, очі карі з ясним, може, трохи суворим поглядом — і цей погляд надавав парубкові вигляду якоїсь дорослості. Кожен замах косою показував силу, викохану на оцих житах, ланах ранками росяними, солов'їною піснею. Слухняна трава рівними покосами лягала по стрижених луках,— і скоро вся ділянка вкрилася, мов письменами якимись незрозумілими, зигзагами світло-зелених покосів.</w:t>
      </w:r>
    </w:p>
    <w:p>
      <w:r>
        <w:br/>
        <w:t>Парубок востаннє, мов граючись, махнув косою й поставив її сторч. Зібрав траву у рядно, звалив на плечі й твердою стопою пішов через кладку.</w:t>
      </w:r>
    </w:p>
    <w:p>
      <w:r>
        <w:br/>
        <w:t>Зараз же коло пічки розіклалися бакші. Оце щойно засадилися і ясніють білими плямами пісків; де-не-де поплелося перше огудиння, тільки сояшнички молоденькі стирчать по межі: от-от гавкне, як молоде цуценя.</w:t>
      </w:r>
    </w:p>
    <w:p>
      <w:r>
        <w:br/>
        <w:t>Серед бакші низенький і теж молодий курінь: ще не позасихало як слід і листя хворосту. Коло куреня сидить дід — латає штани.</w:t>
      </w:r>
    </w:p>
    <w:p>
      <w:r>
        <w:br/>
        <w:t>— Добрий вечір, дідусю,— каже парубок, підходячи.</w:t>
      </w:r>
    </w:p>
    <w:p>
      <w:r>
        <w:br/>
        <w:t>— Добрий вечір і тобі, сину. Що це ти з травою?</w:t>
      </w:r>
    </w:p>
    <w:p>
      <w:r>
        <w:br/>
        <w:t>— Та думка оце завтра поїхати до Нищеретової: там базар завтра, так треба купити дещо... На штани...</w:t>
      </w:r>
    </w:p>
    <w:p>
      <w:r>
        <w:br/>
        <w:t>— Та намиста Марусі,— в тон додав дід.</w:t>
      </w:r>
    </w:p>
    <w:p>
      <w:r>
        <w:br/>
        <w:t>Парубок ніби трошки зніяковів, але, видимо, йому приємно було чути просто звуки цього імені.</w:t>
      </w:r>
    </w:p>
    <w:p>
      <w:r>
        <w:br/>
        <w:t>— А на штани пощо тобі купувати? Це мені — он ба які,— і дід розчепірив столітні штани — аж засвітилися дірками проти ясного неба.— От мені так треба штанів, правда. А ти собі задурно візьмеш, які схочеш.</w:t>
      </w:r>
    </w:p>
    <w:p>
      <w:r>
        <w:br/>
        <w:t>— Як це задурно?</w:t>
      </w:r>
    </w:p>
    <w:p>
      <w:r>
        <w:br/>
        <w:t>— Задурно, й квит. Оце ж князь приїде.</w:t>
      </w:r>
    </w:p>
    <w:p>
      <w:r>
        <w:br/>
        <w:t>— А! — протяг парубок і махнув рукою. Він ще не бачив ні одного приїзду князевого, але чути чув багато: і раніше про те згадувалося у селі, а оце тепер.— тільки й розмови було про скорий князів приїзд.</w:t>
      </w:r>
    </w:p>
    <w:p>
      <w:r>
        <w:br/>
        <w:t>— Тут таке буде, сину, що ти ніде й не бачив, та нехай не доведеться нікому хрещеному й бачити. Оце тільки чутка пройшла, що князь скоро приїде, а й то, подивись, скільки наперло сюди й москалів, і лавушників, і всякої іншої наволочі. А як сам приїде та ще всю свою орду привезе — ой-ой-ой! Що тоді робитиметься!..</w:t>
      </w:r>
    </w:p>
    <w:p>
      <w:r>
        <w:br/>
        <w:t>Дід поник головою. Мабуть, не один приїзд князів він бачив за свого життя; і, мабуть, добре ті приїзди засіли в печінках, що й досі їх забути не може.</w:t>
      </w:r>
    </w:p>
    <w:p>
      <w:r>
        <w:br/>
        <w:t>— А чого ж він осюди їде, отой князь?</w:t>
      </w:r>
    </w:p>
    <w:p>
      <w:r>
        <w:br/>
        <w:t>— Чого? Попити-погуляти на вольній волі. Бо там, у Петербурзі, обридне, все одно та одно, а тут — по-інакшому. Оце незабаром почнуть зганяти на стрєчу. Тут уже хоч-не-хоч, а йди. Бо як огинатимешся,— нагаями поженуть. Ще нашого брата, мужиків, ще сяко-тако, а що вже дівчат — так усі щоб були. Бо то смотр їм князь робить.</w:t>
      </w:r>
    </w:p>
    <w:p>
      <w:r>
        <w:br/>
        <w:t>— Навіщо?</w:t>
      </w:r>
    </w:p>
    <w:p>
      <w:r>
        <w:br/>
        <w:t>— А потім вибирає яких кращих до себе в покої.</w:t>
      </w:r>
    </w:p>
    <w:p>
      <w:r>
        <w:br/>
        <w:t>— Навіщо?</w:t>
      </w:r>
    </w:p>
    <w:p>
      <w:r>
        <w:br/>
        <w:t>— Ото дурний — навіщо... Сам знаєш, діло таке...</w:t>
      </w:r>
    </w:p>
    <w:p>
      <w:r>
        <w:br/>
        <w:t>Парубок похмурнів.</w:t>
      </w:r>
    </w:p>
    <w:p>
      <w:r>
        <w:br/>
        <w:t>— Ну, нічого — скоро воля буде.</w:t>
      </w:r>
    </w:p>
    <w:p>
      <w:r>
        <w:br/>
        <w:t>Дід тільки рукою махнув.</w:t>
      </w:r>
    </w:p>
    <w:p>
      <w:r>
        <w:br/>
        <w:t>— Воля? Може, й буде коли, тільки нам її не видать. Може, ти ще й побачиш, а вже мені то не доведеться.</w:t>
      </w:r>
    </w:p>
    <w:p>
      <w:r>
        <w:br/>
        <w:t>— Як-то не доведеться? Та як ми сюди переходили, то сам управляющий нам казав, що трошки поробимо на пана, а тоді воля буде!</w:t>
      </w:r>
    </w:p>
    <w:p>
      <w:r>
        <w:br/>
        <w:t>— І як ми сюди переходили, так тодішній управитель теж казав, що "трошки поробите на пана, а там скоро й воля буде"... То, сину, тільки червачок на гачку. Як ото на рибу червачка на гачок надівають, так оце й нашого брата — волею приманюють. Я ще за покійного князя Бориса Степановича сюди приплентався, а бач — і досі кріпак. І той, покійничок, теж розсилав по усіх усюдах своїх шельмуватих: одних і льготами манили, других волею. Як ото на рибку: на одну хлібець чіпляють, на другу хробачка — отак і тут. І ловляться люди: і з Київської губернії, і з Чернігівської, і з Полтавської, і з Воронізької, і хто й зна звідки. А прийшов сюди — квит. Дадуть грунтець, хату на виплат поставлять, імення перемінять — і годуйсь, птичко божа, та пана годуй.</w:t>
      </w:r>
    </w:p>
    <w:p>
      <w:r>
        <w:br/>
        <w:t>— Як це — ім'я перемінять?</w:t>
      </w:r>
    </w:p>
    <w:p>
      <w:r>
        <w:br/>
        <w:t>— А так. Хіба тобі не міняли?</w:t>
      </w:r>
    </w:p>
    <w:p>
      <w:r>
        <w:br/>
        <w:t>— Ні...</w:t>
      </w:r>
    </w:p>
    <w:p>
      <w:r>
        <w:br/>
        <w:t>— А мені зразу ж змінено було. От я тут Степан Коцеренко, а я і не Коцеренко, й не Степан. Батька мого Гурч прозивали, а мене Олексієм охрещено. Я й на часточку Олексія записую — а піп думає, мо, родича якого...</w:t>
      </w:r>
    </w:p>
    <w:p>
      <w:r>
        <w:br/>
        <w:t>Дід замовк, похиливши голову. Мовчав і парубок, утопивши очі в пожар на заході. Кілька хвилин було тихо. Першим обізвався дід.</w:t>
      </w:r>
    </w:p>
    <w:p>
      <w:r>
        <w:br/>
        <w:t>— А були колись і оці степи вільними степами. Колись і їх тільки козацькі коні топтали та стрепети. А тепер — і степ поневолений, і ми на ньому. Та, мабуть, так і повік зостанемося. І ми князеві, й степи князеві. Тільки от небо — не знаю, чи теж князеве, чи ще ні. Якщо ні, то, мабуть, скоро оді йде.</w:t>
      </w:r>
    </w:p>
    <w:p>
      <w:r>
        <w:br/>
        <w:t>— А як же воно із свобідного та усе зробилося князевим?</w:t>
      </w:r>
    </w:p>
    <w:p>
      <w:r>
        <w:br/>
        <w:t>— Та як?.. Воно легко робиться: раз-два — й готово. А почалося це діло ще за царя Петра. Колись Петро тут усе їздив, воювався. І князь Куракін коло нього. Оцих ніби наших прадід чи прапрадід, я вже не знаю. Знаю тільки, що теж Борисом звали: Борис Іванович. Це у них у роду Бориси.</w:t>
      </w:r>
    </w:p>
    <w:p>
      <w:r>
        <w:br/>
        <w:t>Так от якось одбився цар Петро від своїх драгунів, а драгунами командував оцей самий князь Куракін. А відбився тому, що був дуже нетерплячий. Він із військом був на лівому боці Козинки: моста нема — ну поки там міст наведуть, а йому не терпиться. От він узяв із собою кілька душ та вплав через Козинку, а там на Тавижний яр, на Осикові байраки, а тут і наскочив чи на розбійників, чи ще на яку біду — не знаю, ну тільки плохо прийшлося цареві. Став він одбиваться, а до князя Куракіна послав гінця — так, мовляв, і так,— приперли мене, біжи рятувати.</w:t>
      </w:r>
    </w:p>
    <w:p>
      <w:r>
        <w:br/>
        <w:t>Ну князь, розуміється, вже не дожидав моста, кинувся із своїми драгунами прямо у воду.</w:t>
      </w:r>
    </w:p>
    <w:p>
      <w:r>
        <w:br/>
        <w:t>Добігають до Осикових байраків, дивляться — а цар кинувся із конем ув Айдар: приперли його вже до краю. І хто його знає, що б воно там і вийшло, якби не підскочили драгуни. Словом, виходить діло, що князь Куракін урятував цареві життя, і вже з тої пори цар із ним не розлучався.</w:t>
      </w:r>
    </w:p>
    <w:p>
      <w:r>
        <w:br/>
        <w:t>І виїздили вони тоді всю Україну, бували на всіх шляхах: і на Московському, і на Воронізькому, й на Гатманському; перепливали й Івсуг, і Ковсуг, і Стару Білу, що в Айдар ото пада. І по степах усюди, і там, де ото тепер Військові Землі, і де Нищеретівка,— усюди були.</w:t>
      </w:r>
    </w:p>
    <w:p>
      <w:r>
        <w:br/>
        <w:t>От їхали вони раз низом через Тарабанівський міст повз Василькові ліси на Валуйський шлях. Зупинилися на спочинок саме отут, де оце тепер село наше. А князь Борис Іванович і каже: "Ох,— каже,— гарно тут! Ніколи б, здається, звідси й не пішов..." А цар Петро тоді: "Як ти мені, мо'на скать, життя врятував, так хочу я тебе наградить,— бери собі оцю землю усю, скільки хочеш, бери. Це моєму хрещеникові на зубок". А у князя був синок, і хрестив його цар Петро.</w:t>
      </w:r>
    </w:p>
    <w:p>
      <w:r>
        <w:br/>
        <w:t>Та отак, бачиш, і заволодів князь усією землею. І одбатував собі невеличкий шматочок — аж ото від Тарабанова, де тепер Павлівка, та до Нищеретової довжини, а від Телішових — аж оце по річку ширини,— о!..</w:t>
      </w:r>
    </w:p>
    <w:p>
      <w:r>
        <w:br/>
        <w:t>Ну земля тоді справді дика була, сіл було мало, села малі, без церков; ото тільки у барині у Тарабанші й була церква — де ото тепер стоїть кам'яна капличка — та млин водяний, та— два чи три вітряки. Ото й усього. А то не то, кажу, сіл, а й хуторів не було. Це тепер народу намножилося без числа, хутори як гриби поросли: і Паньківка, і Луб'янка, і Гриценків, і Бунчужний — та хіба мало їх! А тоді як було, може, хат із двадцять біля Макортета, то й гаразд, а то й тих, ма ть, не було. Ото там, біля Макортета, й моя хата колись була. Це я її не дуже давно, мо', років із десяток буде, як переніс осюди, де тепер.</w:t>
      </w:r>
    </w:p>
    <w:p>
      <w:r>
        <w:br/>
        <w:t>Ну так ото, кажу, як відрізав собі князь земельки,— почав хазяйнувати. А тоді яке хазяйнування було? Насамперед заселити. Ну князь Борис Іванович не дуже про те дбав, то воно у нього й ішло, як мокре горить. Оце візьметься наче й з короткими віжками: розсилає своїх людей, щоб ото, значить, закликати на переселення; будує, розпоряджається. А потім перегорить-перегорить у нього оте все, осядеться, стухне. Та й ніколи йому: він більше по загряницях жив по царських ділах. Та й те сказать, що не зовсім тут і безпечно було: он там, за річкою біля Білої гори та в Кимлицькому яру, кочували кимлики. Зробить собі земляночку, покриє чаканом — із рогоузу таке плели вони — та й живе. Та й інші розбійники степові набігали, не дивилися, що "свої", а так облуплять, що тільки держись! Навіть церкву, що ото колись тут стояла, кілька разів обкрадали, не то що! Одно слово, неспокійно було, то мало й охочих знаходилося селитися.</w:t>
      </w:r>
    </w:p>
    <w:p>
      <w:r>
        <w:br/>
        <w:t>Це так за Бориса Йвановича. Ну, а як настав Олександер Борисович, отой царів хрещеник,— пішло діло по-іншому. Той зараз випрохав собі у царя солдатів, очистив землю від кимликів та розбійників, а тоді по всіх губерніях розіслав закликані в, щоб кликали людей: "Кажіть, що у нас тут на вербі груші ростуть, молочні ріки течуть,— що хочете, кажіть". Ну вони й почали брехати. Ну, що брехали, то брехали, а дещо й правда була. А правда була така, що хто б ти не був, що б ти не напрокудив,— сміло йди до князя, князь тебе бере під свою защиту, й ти тоді нікого не бійся. І от такого народу багато й поприходило. Особливо таких, що із своїми поміщиками не поладили. Бувало таке, що і вб'є поміщика — так аби сюди прибіг, а тут уже тебе сховають, і ім'я тобі друге дадуть, і года перепишуть...</w:t>
      </w:r>
    </w:p>
    <w:p>
      <w:r>
        <w:br/>
        <w:t>Василь поглянув на діда: "Чи не ухекав і ти, дідусю, свого поміщика, що тобі ім'я перемінили?.."</w:t>
      </w:r>
    </w:p>
    <w:p>
      <w:r>
        <w:br/>
        <w:t>— Отак, бач, і заселилася ця вкраїна. А князеві Олександрові усе мало, все мало, ще хочеться землі, а де її узяти? Чиї рядом землі? Телішова та Тарабанова: вони володіли своїми землями по якихось документах ще басурменського царства. Ну Тарабанів сам хто його знає де дівся — чи помер, чи так куди зійшов, а тільки в Тарабанівці жила сама його жінка, Тарабанша, здорова така, дебела баба. Села у неї усі були кацапами заселені: "То,— каже,— смирніший народ, ніж оці хахли..."</w:t>
      </w:r>
    </w:p>
    <w:p>
      <w:r>
        <w:br/>
        <w:t>Ну ото й задумав князь поживитися нащот земельки, нащот Тарабаншиної. Почав з того, що завів із нею кумпанство: то управляющого свого німця туди шле, то сам приїде попить-погулять, бо покійниця дуже була охоча до цього діла. А тій, само собою, честь: куди ж пак — князь!</w:t>
      </w:r>
    </w:p>
    <w:p>
      <w:r>
        <w:br/>
        <w:t>Ну от раз вони так гуляли-гуляли, пили-пили, а князь і каже Тарабанші ніби так, шутейно: "Та,— каже,— які оці степові поміщики — знаю я їх. У них ні в кого й документів нема. Вони так собі, з божої ласки володіють земелькою". А Тарабанша: "Не знаю, як у кого, а у мене всі документи єсть". Князь сміється: "Ну які там у вас можуть бути документи? На часточку о здравії раба божого Никихвора (а її чоловіка, Тарабаншиного, Никихвором звали)?" — "Ні,— каже,— не на часточку, а таки справжні документи, настоящі, і на всю землю".— "На всю?" — "Геть на усю чисто! Коли хочете, й покажу".— "Та навіщо воно мені здалося? Я й так вам вірю".— "Ні, я покажу... я не какая-нібудь..."</w:t>
      </w:r>
    </w:p>
    <w:p>
      <w:r>
        <w:br/>
        <w:t>І полізла дурна баба в шахву, витягла звідти усі свої грамоти й документи й показує князеві. Той подививсь, подививсь: "Ваша правда,— каже,— правильні документи" — і віддав назад. П'яна баба, залишивши очі, й не туди, щоб хоч подивитися, що ж він їй дає. А він дав їй жмутяку паперів, просто собі бамаги,— зарані вже в нього було приготовлено.</w:t>
      </w:r>
    </w:p>
    <w:p>
      <w:r>
        <w:br/>
        <w:t>Давай вони ще пить, давай вони ще гулять. У хаті душно. "Поїдьмо ще у ліс. Поїдьмо". Поїхали. Там уже князь так уходокав бабу, що вона впала й спала аж до рання. А князь до свого управляющого: "Знімай у неї перстінь із руки". Зняв. "їдь із тим перснем до Тарабаншиної якономки, нехай вона дасть усі бамаги, які єсть іще..."</w:t>
      </w:r>
    </w:p>
    <w:p>
      <w:r>
        <w:br/>
        <w:t>Німець поїхав, знайшов клюшницю: "Так і так, веліла вам бариня дать усі бамаги". Ну клюшниця — може, їй і не раз уже траплялося слухатися того персня — візьми та й віддай. Ну на тім і кінець. Бо на другий же день князь оповістив по усіх людях Тарабаншиних: "Хто хоче добровільно переходити в моє підданство, нехай викине на воротях віху з сіна або соломи. А хто не викине,— тому хату спалю". Ну, само собою, усі повикидали. Тарабанша прочумалася, а в неї вже нічого нема. Тільки дехто з дворових і зостався при ній, більше старі жінки, приживалки, сказать. Так їх усіх із їх хазяйкою разом узяв князь жужмом та й вивіз на Великий шлях, а будинок спалив. Ще й церква стара при тім і згоріла.</w:t>
      </w:r>
    </w:p>
    <w:p>
      <w:r>
        <w:br/>
        <w:t>Так от яким чином князі Куракіни заволоділи Павлівкою й володіють по цей день. Не знаю вже як, але й земля Телішова,— що ото яр за річкою за Козинкою,— і та теж відійшла до Куракіних.</w:t>
      </w:r>
    </w:p>
    <w:p>
      <w:r>
        <w:br/>
        <w:t>Замовк дід, перебираючи думками минуле. Сонце давно вже зайшло, теплий вечір обгорнув землю. На селі чутно було звуки, що знаменують кінець дня. Де-не-де вже виривалася й пісня — сьогодні ж субота.</w:t>
      </w:r>
    </w:p>
    <w:p>
      <w:r>
        <w:br/>
        <w:t>Василь трухнув головою, мов струхуючи з себе важкі якісь, неприємні думки. Потім устав, підняв на плечі рядно з сіном.</w:t>
      </w:r>
    </w:p>
    <w:p>
      <w:r>
        <w:br/>
        <w:t>— Ну, дідусю, я піду.</w:t>
      </w:r>
    </w:p>
    <w:p>
      <w:r>
        <w:br/>
        <w:t>— А? Підеш?.. Ага... Ну добре...</w:t>
      </w:r>
    </w:p>
    <w:p>
      <w:r>
        <w:br/>
        <w:t>— Прощавайте, дідусю...</w:t>
      </w:r>
    </w:p>
    <w:p>
      <w:r>
        <w:br/>
        <w:t>— Прощавай, сину. Так ти оце завтра до Нищеретової?</w:t>
      </w:r>
    </w:p>
    <w:p>
      <w:r>
        <w:br/>
        <w:t>— Та думка проїхаться.</w:t>
      </w:r>
    </w:p>
    <w:p>
      <w:r>
        <w:br/>
        <w:t>— Знаєш, що я тебе буду просити? Купи ти мені сокиру на базарі. А то мені сокири кожної минути треба, а моя вже така й стара, як я, та така й щербата. Купиш?</w:t>
      </w:r>
    </w:p>
    <w:p>
      <w:r>
        <w:br/>
        <w:t>— А чому ні.</w:t>
      </w:r>
    </w:p>
    <w:p>
      <w:r>
        <w:br/>
        <w:t>— Так підожди, я гроші винесу.</w:t>
      </w:r>
    </w:p>
    <w:p>
      <w:r>
        <w:br/>
        <w:t>Дід поліз у курінь. За хвилину виліз ізвідти з хусточкою в руках. Почав розв'язувати. Але як не старався,— і руками, й зубами,— не міг розв'язати вузлика на кінці.</w:t>
      </w:r>
    </w:p>
    <w:p>
      <w:r>
        <w:br/>
        <w:t>— Дайте, дідусю, я.</w:t>
      </w:r>
    </w:p>
    <w:p>
      <w:r>
        <w:br/>
        <w:t>— Ну на, сину, розв'яжи хоч ти. А то я вже такий старий став, що он, бач, зав'язати зав'язав, а розв'язати вже й руки не туди. Прямо як мій старий Бровко, що вже й не гавка, а тільки гарчить.</w:t>
      </w:r>
    </w:p>
    <w:p>
      <w:r>
        <w:br/>
        <w:t>Василь розв'язав вузлика і, не розгортаючи хустки, подав дідові.</w:t>
      </w:r>
    </w:p>
    <w:p>
      <w:r>
        <w:br/>
        <w:t>— Он, бач, як воно означа,— молодість. Раз-раз — вже й готово. Так оце тобі, сину, на гроші, та тільки торгуйся. А то там на базарі — знаєш?</w:t>
      </w:r>
    </w:p>
    <w:p>
      <w:r>
        <w:br/>
        <w:t>— Та вже буду старатися. Прощавайте!</w:t>
      </w:r>
    </w:p>
    <w:p>
      <w:r>
        <w:br/>
        <w:t>— Ходи здоров!</w:t>
      </w:r>
    </w:p>
    <w:p>
      <w:r>
        <w:br/>
        <w:t>Василь пішов неспішною ходою, оминаючи огудиння та підпираючись кіссям. Якось невесело йому стало від дідових балачок. Чомусь почало пригадуватися минуле. Він сирота... виховувався в сім'ї Щербатів... ріс разом із їх дочкою Марусею. Майже однолітки, на яких два-три роки він старший,— і це одразу поставило його в ролю оборонця. Ще малим він не раз бився з хлопцями за Марусю й не давав її на поталу. Мати не боялася ніколи за Марусю, коли біля неї був Василь: вже знала, що той і додивиться, і оборонить.</w:t>
      </w:r>
    </w:p>
    <w:p>
      <w:r>
        <w:br/>
        <w:t>А раз — уже підпарубочим був — косив за річкою і так наче почув чи то здалося — ніби голос Марусин. Крикнула й замовкла. Прислухався — нічого не чути. Але, не дивлячись на те, він стрімголов кинувся до річки, а там тільки бульбашки схвачуються...</w:t>
      </w:r>
    </w:p>
    <w:p>
      <w:r>
        <w:br/>
        <w:t>Кинувся у воду, витяг дівчину, положив на берег — а вона вже нежива. Як почав її смикати, як почав термосити,— хлипнула вода з рота, зітхнула Маруся, одкрила очі... Як рибонька в'яла, лежала голісінька на руках у хлопця.</w:t>
      </w:r>
    </w:p>
    <w:p>
      <w:r>
        <w:br/>
        <w:t>Кой-як надів на неї сорочку, спідничину. Виніс на вищеньке місце, поклав на землю, сам сів, а голову її положив собі на коліна. Волоссячко розпустилося по оба боки; очі, великі та гарні, то одкриваються, то закриваються; сорочка обтяглася на грудях, і все щупленьке, рівненьке тілечко, вся оця мила істота до того стала нараз дорогою Василеві, що, якби хто сказав умерти,— вмер би за неї.</w:t>
      </w:r>
    </w:p>
    <w:p>
      <w:r>
        <w:br/>
        <w:t>Ці хвилини були рішучими в житті Василя. Не стало хлопця: він одразу виріс у парубка, і цей парубок був навіки закоханий у оцю дівчину Марусю.</w:t>
      </w:r>
    </w:p>
    <w:p>
      <w:r>
        <w:br/>
        <w:t>Довго приходила до себе дівчина, але хлопець й цього не помічав — для нього це були хвилини невимовного щастя. Стара Щербатиха, тривожачися, що довго нема дочки з річки, пішла шукати. Здалека побачила, що дівчина лежить головою на колінах хлопця,— і серце матері скипіло... "Ач, байстря прокляте! Он ба, коли вже... Ну я ж тобі покажу дівок..."</w:t>
      </w:r>
    </w:p>
    <w:p>
      <w:r>
        <w:br/>
        <w:t>І виломила не прута, а цілу коляку, та тільки роззявила рота, щоб з лайкою зразу накинутися, як Василь замотав рукою,— мовляв, ц-с-с...</w:t>
      </w:r>
    </w:p>
    <w:p>
      <w:r>
        <w:br/>
        <w:t>Це одразу спинило стару. Вона, не кидаючи прута, підійшла ближче й побачила великий нелад в убранні дочки. Страшна думка пролинула в голові старої. Вона побіліла як крейда в одну хвилину... Горло здавили спазми... Ледве вимовила:</w:t>
      </w:r>
    </w:p>
    <w:p>
      <w:r>
        <w:br/>
        <w:t>— Що з нею?</w:t>
      </w:r>
    </w:p>
    <w:p>
      <w:r>
        <w:br/>
        <w:t>Але спокійний вираз чесного обличчя хлопця якось відразу їй сказав, що безумна гадка була безпідставна. Хлопець кивнув рукою, щоб стара наблизила вухо. Зашепотів:</w:t>
      </w:r>
    </w:p>
    <w:p>
      <w:r>
        <w:br/>
        <w:t>— ...підіть... коня... а то вона не дійде...</w:t>
      </w:r>
    </w:p>
    <w:p>
      <w:r>
        <w:br/>
        <w:t>— На Бога!.. Що з нею?..</w:t>
      </w:r>
    </w:p>
    <w:p>
      <w:r>
        <w:br/>
        <w:t>— Я її витяг із води.</w:t>
      </w:r>
    </w:p>
    <w:p>
      <w:r>
        <w:br/>
        <w:t>Одразу зрозуміла усе. Гаряча хвиля вдячності залляла серце. Щербатиха схопила Василя за голову й поцілувала. І цей поцілунок старої женщини-матері відчув Василь, відчув як велику нагороду, як миропомазання у вищий стан.</w:t>
      </w:r>
    </w:p>
    <w:p>
      <w:r>
        <w:br/>
        <w:t>З того часу Василь став рідним у сім'ї Щербатів. І коли прийшла пора кохання і стара мати побачила це,— не перечила. Вірила, що не зробить Василь нічого лихого її дочці, що можна бути спокійною, коли Маруся вибігає у садок, а Василь покрутиться-покрутиться по подвір'ї та й собі десь зникає. Вдавала, що не бачить нічого й не розуміє нічого, а в душі тішилася молодим щастям. Усміхалася, коли бачила Марусю, як вона, вернувшись із садка, пурхала по хаті, щебетала, а кожний рух, кожне слово, кожна інтонація були насичені щастям, безмірною радістю існування. А потім і Василь прийде. Ніби мовчить — а все в ньому співає, з очей безмежним безпереривним потоком виливається ласка, а рухи такі лагідні, мов тримає у руках дорогоцінну річ, що як її упустити — розіб'ється.</w:t>
      </w:r>
    </w:p>
    <w:p>
      <w:r>
        <w:br/>
        <w:t>"Голуб'ятка мої милі",— скаже собі в душі стара мати, і гарно їй так, і хочеться молитись.</w:t>
      </w:r>
    </w:p>
    <w:p>
      <w:r>
        <w:br/>
        <w:t>А потім старий Щербат злакомився на масні обіцянки куракінських агентів — і виселилися всі вони сюди. З обіцянок тих не здійснилося нічого, а стало тільки гірше: там, дома, довелося залишити все господарство на повнім ходу, скотинку, хату, садок, сусідів — словом, усе. А тут — самі обіцянки. Зразу заглянула в очі нужда. Старий Щербат із жури скоро зійшов у могилу, зосталася удова з дочкою. Ще погіршало. Василь переривався на роботі, але куракінська панщина виїдала усі соки. І от оце рішив Василь найнятися у робітники з тим, щоб і заробити трохи й усе, що треба по вдовиному господарству, теж справити без огріхів. Це означало роботу від зорі до зорі, але цього не боявся Василь.</w:t>
      </w:r>
    </w:p>
    <w:p>
      <w:r>
        <w:br/>
        <w:t>От чому він тепер не в хаті Щербатихи і от навіть зараз іде мимо. Заглянув у двір, чи немає Марусі. Нема. Постояв хвилинку, чи не вийде. Нема... Викликати?! Ні, треба їхати до Нищеретової та раніше вернутися, щоб тут, Боже, борони, лиха якого не трапилося.</w:t>
      </w:r>
    </w:p>
    <w:p>
      <w:r>
        <w:br/>
        <w:t>II</w:t>
      </w:r>
    </w:p>
    <w:p>
      <w:r>
        <w:br/>
        <w:t>Ціле її "хазяйство" збіглося до неї. Вона голосно сміялася, коли яке-небудь пузанча вутятко перекидалося на спинку й швидко-швидко перебирало лапками, не можучи перевернутися назад; маненькі курчатка часто дзьобали носиками, а задерикуваті півники підскакували мало не до рук дівчини, стараючися вихопити з рук насіння. Голосний сміх далеко було чути у прозорому ранкові,— і, мабуть, тому саме рипнули сінешні двері хати. Вийшла мати Марусина.</w:t>
      </w:r>
    </w:p>
    <w:p>
      <w:r>
        <w:br/>
        <w:t>Це не була ще зовсім стара жінка, але й не молода. Висока, огрядна, з сильним іще й дзвінким голосом. Станок сорочки був миткалевий, підтичка з полотна; дерга чорна, на голові намітка.</w:t>
      </w:r>
    </w:p>
    <w:p>
      <w:r>
        <w:br/>
        <w:t>Прикрила очі долонею від сонця й гукнула:</w:t>
      </w:r>
    </w:p>
    <w:p>
      <w:r>
        <w:br/>
        <w:t>— Марусю! А йди лишень сюди.</w:t>
      </w:r>
    </w:p>
    <w:p>
      <w:r>
        <w:br/>
        <w:t>Маруся кинула усе зерно на землю й підбігла.</w:t>
      </w:r>
    </w:p>
    <w:p>
      <w:r>
        <w:br/>
        <w:t>— Чого ти так спозаранку розреготалася? Іди в хату.</w:t>
      </w:r>
    </w:p>
    <w:p>
      <w:r>
        <w:br/>
        <w:t>— Та чого, мамо? Бач, як надворі гарно.</w:t>
      </w:r>
    </w:p>
    <w:p>
      <w:r>
        <w:br/>
        <w:t>— А ти хіба не чула, що вчора люди розказували? Цей день пересидіти треба в хаті, поки оця вся гульня пройде. А то, борони, Боже, чого... Іди, йди. Та гляди мені, нікуди не виходь,— я сама тут усе пороблю.</w:t>
      </w:r>
    </w:p>
    <w:p>
      <w:r>
        <w:br/>
        <w:t>Маруся пригадала усі безконечні розказні про князя поміж дівчатами. Говорилося таке, що Марусі й зараз соромно. А дівчата нічого. Деякі навіть із захопленням розповідали деталі й чекали того приїзду нетерпляче.</w:t>
      </w:r>
    </w:p>
    <w:p>
      <w:r>
        <w:br/>
        <w:t>Маруся пішла до хати, а стара почала поратися по господарству, догодовувати курей, виганяти гусей та вутят до річки, робити місиво для свині тощо.</w:t>
      </w:r>
    </w:p>
    <w:p>
      <w:r>
        <w:br/>
        <w:t>Тим часом село вже перейшло до повного темпу життя. З дороги чулося торохкотіння возів; дві баби, позлазивши на ослони мазати свої хати, лаялися на всі заставки; пищало коліщатко на колодязі; двоє дівчат бігли серединою вулиці, бо під панським парканом москаль-крамар розкинув свою ятку, а в тій ятці — ой, лишечко! Аж очі розбігаються.</w:t>
      </w:r>
    </w:p>
    <w:p>
      <w:r>
        <w:br/>
        <w:t>При в'їзді в село п'ятеро плотників майстрували, докінчуючи, дерев'яну арку; тут уже стояли готові для прикрашення її корзини цвіті в. Нагорі з квіток і стрічок буде вензель князя. По боках арки — два постаменти, вкриті парчею; там стоятимуть двоє дівчат і триматимуть довгу гірлянду трояндову, щоб у момент проїзду князя кинути ту гірлянду до коляски.</w:t>
      </w:r>
    </w:p>
    <w:p>
      <w:r>
        <w:br/>
        <w:t>А панський двір блищав як лялечка. Він увесь був заквітчаний: княжі покої, ворота, паркан, навіть по землі від того місця, де має станути коляска, і до дверей було посипано квітами. Біля будинку по обох боках ганку росли дві тополі; тепер вони з верху до низу були прикрашені піонами, отже, здавалося, що це дві червоних колони вкопав хтось, по-своєму розуміючи красу.</w:t>
      </w:r>
    </w:p>
    <w:p>
      <w:r>
        <w:br/>
        <w:t>Сам управляющий, з незмінною папіросою в зубах, бігав незгірш останнього "халуя", суєтився, кричав, лаявся, та ще й погано (дарма що німець, а вивчився московської). То біг до оранжереї дивитися на квітки до столу; то гнав до плотників, аби вилаяти їх, що гаються та копаються; то спускався у погреби, щоб приготовити вина до княжого столу, а бочки горілки для "хамів", бо все одно велить князь викочувати. У поварні підганяв поварів готувати обід, а знов для тих же самих "хамів" на повітрі готовилися саженні пироги, котли каші, борщу, цілі запечені барани, величезні шмати м'ясива. Ловив десь на бігу головного отамана Заїку й питав:</w:t>
      </w:r>
    </w:p>
    <w:p>
      <w:r>
        <w:br/>
        <w:t>— Накупив ганчірок?</w:t>
      </w:r>
    </w:p>
    <w:p>
      <w:r>
        <w:br/>
        <w:t>— Накупив.</w:t>
      </w:r>
    </w:p>
    <w:p>
      <w:r>
        <w:br/>
        <w:t>— Стане?</w:t>
      </w:r>
    </w:p>
    <w:p>
      <w:r>
        <w:br/>
        <w:t>— І нам іще зостанеться,— підморгнув Заїка. Німєць відводив його у куток.</w:t>
      </w:r>
    </w:p>
    <w:p>
      <w:r>
        <w:br/>
        <w:t>— Ну, а та дівчина буде?</w:t>
      </w:r>
    </w:p>
    <w:p>
      <w:r>
        <w:br/>
        <w:t>— Та вже не сховається. А як попробує, то нагаєм прижену.</w:t>
      </w:r>
    </w:p>
    <w:p>
      <w:r>
        <w:br/>
        <w:t>— Так дивись же, щоб була. Князь нею недовго потішиться, а потім я візьму її собі.</w:t>
      </w:r>
    </w:p>
    <w:p>
      <w:r>
        <w:br/>
        <w:t>Заїка підморгнув — це була у нього звичка — і запевняв, що все буде як треба.</w:t>
      </w:r>
    </w:p>
    <w:p>
      <w:r>
        <w:br/>
        <w:t>Село теж кипіло. Вже по два рази пробігали по всіх хатах дворові, приказуючи, щоб усі, старе й мале, виходили зустрічати князя. Хто був ще не цілком по-празниковому вбраний, тому давали нагая.</w:t>
      </w:r>
    </w:p>
    <w:p>
      <w:r>
        <w:br/>
        <w:t>— Князь вас усіх, сукиних синів, на світі держить, а ви раз у стільки літ не хочете й стрінути його? — та нагаєм, нагаєм.</w:t>
      </w:r>
    </w:p>
    <w:p>
      <w:r>
        <w:br/>
        <w:t>В результаті тих припрошень у всіх хатах і дворах аж варилося. Там підправлявся тин, там підмазувався причілок, підкрашувалися ворота, квітчалася остріха зеленим гіллям. Десь спішно дзвеніла сокира; десь наступили на дошку, й вона тріщала як скажена, не хотячи ламатися.</w:t>
      </w:r>
    </w:p>
    <w:p>
      <w:r>
        <w:br/>
        <w:t>В одній хаті метушилася дівчина, надіваючи нову спідницю, чіпляючи добре намисто; в другій прибирався парубок, надівав нові штани, каламайковий пояс і чоботи на трьох підковах.</w:t>
      </w:r>
    </w:p>
    <w:p>
      <w:r>
        <w:br/>
        <w:t>Маруся сиділа в хаті. До них, правда, ніхто не забігав, але це ще більше непокоїло стару Щербатиху, бо цим їх хата, видимо, виділялася з решти, а тепер власне найкраще було б ніяк не виділятися. А до того помічала стара якусь особливу увагу до свого двора: все на вулиці стирчить хтось із панських слуг. Правда, він і не дивиться на двір Щербатихи, але їй здається, що він стоїть, власне для того, щоб дивитися. А коли пішла на город і там побачила у кінці, під вербами, ще одну фігуру, то вернула до хати зовсім збентеженою.</w:t>
      </w:r>
    </w:p>
    <w:p>
      <w:r>
        <w:br/>
        <w:t>— Стережуть... видима річ, стережуть... Ой, що ж воно оце буде?..</w:t>
      </w:r>
    </w:p>
    <w:p>
      <w:r>
        <w:br/>
        <w:t>Саме сіли обідати, прийшов Василь. Стара аж кинулася до нього.</w:t>
      </w:r>
    </w:p>
    <w:p>
      <w:r>
        <w:br/>
        <w:t>— Ой Василечку!.. А нас...— але схаменулася, щоб не лякати дівчини.— Сідай, Василю, обідати з нами.</w:t>
      </w:r>
    </w:p>
    <w:p>
      <w:r>
        <w:br/>
        <w:t>— Спасибі, паніматко... Я вже їв...</w:t>
      </w:r>
    </w:p>
    <w:p>
      <w:r>
        <w:br/>
        <w:t>— Ну що, був у Нищеретовій?</w:t>
      </w:r>
    </w:p>
    <w:p>
      <w:r>
        <w:br/>
        <w:t>Стара намагалася говорити спокійним тоном про звичайні речі, але голос її тремтів і балакати хотілося зовсім, не про те.</w:t>
      </w:r>
    </w:p>
    <w:p>
      <w:r>
        <w:br/>
        <w:t>— Та ні, пані матусю. Я учора й трави накосив за Білою, але тільки що прийшов до хати, як десятник: "Щоб завтра ніхто не смів виїздити з села, а прибирався й готувався на стрєчу, бо князь приїде". Ну, я й не поїхав. І тобі, Марусе, намиста не привіз,— додав трохи згодом.</w:t>
      </w:r>
    </w:p>
    <w:p>
      <w:r>
        <w:br/>
        <w:t>— Мені не треба,— прошепотіла дівчина й почервоніла, як маків цвіт. Материна тривога передалася й їй, але з приходом Василя серце перестало неспокійно битися. Цей оборонить!</w:t>
      </w:r>
    </w:p>
    <w:p>
      <w:r>
        <w:br/>
        <w:t>— Балуєш.</w:t>
      </w:r>
    </w:p>
    <w:p>
      <w:r>
        <w:br/>
        <w:t>— Що ка&amp;lsquo;те, паніматко?</w:t>
      </w:r>
    </w:p>
    <w:p>
      <w:r>
        <w:br/>
        <w:t>— Кажу — балуєш її дуже. Купив же кісників, дукача — ну й буде.</w:t>
      </w:r>
    </w:p>
    <w:p>
      <w:r>
        <w:br/>
        <w:t>Василь на це нічого не сказав і тільки крутив у руках свого бриля, стоячи коло порога.</w:t>
      </w:r>
    </w:p>
    <w:p>
      <w:r>
        <w:br/>
        <w:t>Маруся наче прокинулась. Зіскочила з лави й мерщій почала помагати матері прибирати зі столу, струшувати крихти, застеляти чистим стільником. Василь з глибокою любов'ю дивився, як перелітала й миготіла перед очима ця безконечно дорога постать.</w:t>
      </w:r>
    </w:p>
    <w:p>
      <w:r>
        <w:br/>
        <w:t>— Ну, як же тобі там, Василю, живеться у своїх хазяйнів?</w:t>
      </w:r>
    </w:p>
    <w:p>
      <w:r>
        <w:br/>
        <w:t>— Та нічого поки що. Старий тільки все бурчить, але то так тільки.</w:t>
      </w:r>
    </w:p>
    <w:p>
      <w:r>
        <w:br/>
        <w:t>— Так-то так, але, мабуть, не буде вже в тебе таких хазяїнів, яких мав ти там, у Берелівцях (це стара натякала на себе). Ех, старий, старий... Ще й казала тобі: "Не слухай панських посіпак — збрешуть. Не буде ніякої волі". Не послухав — от і маєш. І сам пішов землю гризти, й достатків позбувся, й ми от...</w:t>
      </w:r>
    </w:p>
    <w:p>
      <w:r>
        <w:br/>
        <w:t>Та й не договорила. Маруся поглядала то на матір, то на Василя, і в тім погляді було трохи здивовання — і чого б ото так турбуватися?</w:t>
      </w:r>
    </w:p>
    <w:p>
      <w:r>
        <w:br/>
        <w:t>Мовчанку перебив Василь:</w:t>
      </w:r>
    </w:p>
    <w:p>
      <w:r>
        <w:br/>
        <w:t>— А я оце, мамо, прийшов за нею. Хай іде зі мною, бо все одно... Он уже, як я йшов сюди, почали посіпаки обходити хати та зганяти нарід зустрічати князя.</w:t>
      </w:r>
    </w:p>
    <w:p>
      <w:r>
        <w:br/>
        <w:t>Стара якось захвилювалася.</w:t>
      </w:r>
    </w:p>
    <w:p>
      <w:r>
        <w:br/>
        <w:t>— О-ой... Та як же я з тобою її відпустю?.. Ну, а як же ж, Боже, борони, що трапиться?..</w:t>
      </w:r>
    </w:p>
    <w:p>
      <w:r>
        <w:br/>
        <w:t>— Зі мною, матусю, їй нічого не трапиться,— спокійно сказав Василь, переступивціи з ноги на ногу. Але в тім видимім спокою був глибоко захований неспокій, і Маруся те відчула. В її серденько теж почала закрадатися тривога...</w:t>
      </w:r>
    </w:p>
    <w:p>
      <w:r>
        <w:br/>
        <w:t>— Я не піду...</w:t>
      </w:r>
    </w:p>
    <w:p>
      <w:r>
        <w:br/>
        <w:t>— Ну, що ж ти вдієш, Василю? Там же того харцизяцтва...</w:t>
      </w:r>
    </w:p>
    <w:p>
      <w:r>
        <w:br/>
        <w:t>— І що-бо ви, матусю, вибачте, говорите? — перебив Василь, показуючи очима на Марусю. Та й справді сиділа вже перелякана. Личко зблідло, й дух їй захоплювало від передчуття чогось страшного.— І що-бо там особливе може скоїтися? Розбійників тут немає, щоб кого різали; орди та кимликів теж не чути, щоб могли Марусю вкрасти. Хіба янголи з неба прилетять та візьмуть її на крилята — оце може статися.</w:t>
      </w:r>
    </w:p>
    <w:p>
      <w:r>
        <w:br/>
        <w:t>Але жарт Василів пройшов непоміченим, як самітний промінь у густій мряці. Явдоха й розуміла, що вона лякає доньку, але не могла себе повстримати. Жах був сильніший її міркувань.</w:t>
      </w:r>
    </w:p>
    <w:p>
      <w:r>
        <w:br/>
        <w:t>— Так воно... ну все ж. Так ти ж, Василю, іди з нею, а я оце тут позамикаю та й собі за вами.</w:t>
      </w:r>
    </w:p>
    <w:p>
      <w:r>
        <w:br/>
        <w:t>Маруся, наче жертва якась обреченна, накинула хусточку й стала, дивлячись на Василя.</w:t>
      </w:r>
    </w:p>
    <w:p>
      <w:r>
        <w:br/>
        <w:t>— Ну, чого стала? Іди — я хочу дещо Василеві сказати. Давай я кісники поправлю... Іди — він зараз вийде.</w:t>
      </w:r>
    </w:p>
    <w:p>
      <w:r>
        <w:br/>
        <w:t>Маруся тихо вийшла з хати. Явдоха так і кинулась до Василя.</w:t>
      </w:r>
    </w:p>
    <w:p>
      <w:r>
        <w:br/>
        <w:t>— Ох, Василечку... ох, голубчику... Та дивись же ж, дивись! Не пускай її наперед, щоб не вихвачувалась... У гурточку лучче, у гурточку лучче... Ох, болить моя душа... Василечку, дивись же!.. Ти ж знаєш, що це ж дружинонька твоя буде...</w:t>
      </w:r>
    </w:p>
    <w:p>
      <w:r>
        <w:br/>
        <w:t>І хапала парубка за руки, мало не цілувала. Василь був похмурий. Він надіявся, дуже надіявся і на свою силу, й на свою обережність, а втім...</w:t>
      </w:r>
    </w:p>
    <w:p>
      <w:r>
        <w:br/>
        <w:t>— Мамо... Як що й трапиться, то тільки після того, як мене не буде на світі.</w:t>
      </w:r>
    </w:p>
    <w:p>
      <w:r>
        <w:br/>
        <w:t>І вийшов.</w:t>
      </w:r>
    </w:p>
    <w:p>
      <w:r>
        <w:br/>
        <w:t>Вулиця була повна народу. Молодь у святочних убраннях поспішала на край села, де арка. Чоловіки й жінки стояли шпалерами вздовж вулиці, а коло самих хат стояли старі діди, обіпершися на палиці, балакали — про що? Мабуть, про ту волю, що, обіцяна цілою серією князів Куракіних, вивабила оцих дідів із домівок та й досі літає десь невидимою пташкою. Вже й волосся посивіло, й зуби пощербилися, а волі як не було, так і нема.</w:t>
      </w:r>
    </w:p>
    <w:p>
      <w:r>
        <w:br/>
        <w:t>Маруся, опинившися на вулиці, одразу заспокоїлася. Так багато людей, сонце...</w:t>
      </w:r>
    </w:p>
    <w:p>
      <w:r>
        <w:br/>
        <w:t>— Василю! Ходім і ми до тої штуки. Мені кортить подивитися, як ото князь буде в'їздити, а Одарка з Ганною стовбичитимуть на отих високих стільцях. Ой матінко!.. Зроду-віку б не полізла! І що воно то за князь там такий страшний, що про нього стільки говорять?.. Чи у нього чотири голови?..</w:t>
      </w:r>
    </w:p>
    <w:p>
      <w:r>
        <w:br/>
        <w:t>Василь думав стати з Марусею десь у товпі; може, його навіть не зупинила б і просьба Марусі, хоч він і звик у всім їй потурати, але поки він роздумував, до них підійшло двоє дворових.</w:t>
      </w:r>
    </w:p>
    <w:p>
      <w:r>
        <w:br/>
        <w:t>— А ви чого тут стовбичите? Не знаєте приказу, щоб уся молодь була при в'їзді? Ану марш!</w:t>
      </w:r>
    </w:p>
    <w:p>
      <w:r>
        <w:br/>
        <w:t>— Ідіть, ідіть! — додав другий і підхіхікнув.</w:t>
      </w:r>
    </w:p>
    <w:p>
      <w:r>
        <w:br/>
        <w:t>Василь глянув на них, але нічого не сказав. Відчув, що</w:t>
      </w:r>
    </w:p>
    <w:p>
      <w:r>
        <w:br/>
        <w:t>вони не так собі просто підійшли, а що це спеціальний нагляд. І щось глибоко тоскливе заповзло в душу молодому парубкові та там і зосталось.</w:t>
      </w:r>
    </w:p>
    <w:p>
      <w:r>
        <w:br/>
        <w:t>— Ходім, Марусю...</w:t>
      </w:r>
    </w:p>
    <w:p>
      <w:r>
        <w:br/>
        <w:t>Вони пішли, а вслід їм:</w:t>
      </w:r>
    </w:p>
    <w:p>
      <w:r>
        <w:br/>
        <w:t>— Стережи, стережи! Чи встережеш тільки.</w:t>
      </w:r>
    </w:p>
    <w:p>
      <w:r>
        <w:br/>
        <w:t>Василь поглянув на Марусю — чи не чує вона, але дівчина, захоплена новиною вражі нь, справді не чула й рвалася вперед.</w:t>
      </w:r>
    </w:p>
    <w:p>
      <w:r>
        <w:br/>
        <w:t>— Марусю,— припинив її трохи за лікоть парубок.— Марусю... Ти не виривайся вперед...</w:t>
      </w:r>
    </w:p>
    <w:p>
      <w:r>
        <w:br/>
        <w:t>— О! І ти вже, як мама! От мені лихо з тими опікунами!.. Скільки дівчат на вулиці, ні одна не боїться, сміються, ніхто їх не стереже, а ви обоє із самого ранку...</w:t>
      </w:r>
    </w:p>
    <w:p>
      <w:r>
        <w:br/>
        <w:t>— Марусю! Як князь проїде й нарід сунеться за коляскою, ми з тобою підемо у степ і там десь пересидимо у балці.</w:t>
      </w:r>
    </w:p>
    <w:p>
      <w:r>
        <w:br/>
        <w:t>Маруся аж стала.</w:t>
      </w:r>
    </w:p>
    <w:p>
      <w:r>
        <w:br/>
        <w:t>— Чи ти здурів, Василю? Усі люди веселяться, музика, кажуть, буде... Та що це на вас напало сьогодні?..</w:t>
      </w:r>
    </w:p>
    <w:p>
      <w:r>
        <w:br/>
        <w:t>— Марусю. Зробиш так, як я тобі кажу.</w:t>
      </w:r>
    </w:p>
    <w:p>
      <w:r>
        <w:br/>
        <w:t>Це був уже тон чоловіка. Маруся спалахнула. "Ого!.. Ще не загнуздав, а вже повертає!" — майнуло у неї в голові, й уся гордість її збунтувалася. Ущипливо дивлячись у вічі парубкові, вона майже проспівала:</w:t>
      </w:r>
    </w:p>
    <w:p>
      <w:r>
        <w:br/>
        <w:t>— Ні, хлопче, я зроблю, як сама схочу.</w:t>
      </w:r>
    </w:p>
    <w:p>
      <w:r>
        <w:br/>
        <w:t>Василя мов батогом ув обличчя хто стьобонув. Це хазяйська дочка зневажала наймита... Він нічого не сказав Марусі, тільки глянув на неї з докором. Дівчині стало соромно, але якась глупа гордість не давала їй сказати голосно: "Василечку, прости мене". Вона тисячу разів повторила це про себе, а йшла з нахмуреними бровами й суворим лицем.</w:t>
      </w:r>
    </w:p>
    <w:p>
      <w:r>
        <w:br/>
        <w:t>А Василь теж якось посірів одразу. Він теж, не дивлячись на всю свою статечність, був молодим лише хлопцем, і всі слова, всі вчинки людей здавалися йому вічними, і ця перша крапля першого непорозуміння здавалася йому вже світовою катастрофою, неначе все щастя погасло, зосталася сама гіркість.</w:t>
      </w:r>
    </w:p>
    <w:p>
      <w:r>
        <w:br/>
        <w:t>"Так он ти яка?.. А я й не знав, Марусю..." — "Василечку, ріднесенький, наймиліший з усього світу... Не дивись так... прости свою дурну Марусю..."</w:t>
      </w:r>
    </w:p>
    <w:p>
      <w:r>
        <w:br/>
        <w:t>Але нічого з тих слів не вимовлялося назверх, і йшли молодята чужі одне одному, Маруся трохи впереді, Василь наче позаду.</w:t>
      </w:r>
    </w:p>
    <w:p>
      <w:r>
        <w:br/>
        <w:t>От і арка. Маруся залюбувалася: вона зроду не бачила нічого подібного. Та й не вона одна.</w:t>
      </w:r>
    </w:p>
    <w:p>
      <w:r>
        <w:br/>
        <w:t>— Ой Господи, як же ж і гарно! А пощо воно?</w:t>
      </w:r>
    </w:p>
    <w:p>
      <w:r>
        <w:br/>
        <w:t>Василь здвигнув плечима.</w:t>
      </w:r>
    </w:p>
    <w:p>
      <w:r>
        <w:br/>
        <w:t>— А от щоб князь проїхав.</w:t>
      </w:r>
    </w:p>
    <w:p>
      <w:r>
        <w:br/>
        <w:t>— А потім?</w:t>
      </w:r>
    </w:p>
    <w:p>
      <w:r>
        <w:br/>
        <w:t>— А потім квітки позасихають, стрічки пообдирають.</w:t>
      </w:r>
    </w:p>
    <w:p>
      <w:r>
        <w:br/>
        <w:t>— А потім?</w:t>
      </w:r>
    </w:p>
    <w:p>
      <w:r>
        <w:br/>
        <w:t>— А потім розберуть.</w:t>
      </w:r>
    </w:p>
    <w:p>
      <w:r>
        <w:br/>
        <w:t>— Як розберуть?</w:t>
      </w:r>
    </w:p>
    <w:p>
      <w:r>
        <w:br/>
        <w:t>— Та так — розберуть, та й вже.</w:t>
      </w:r>
    </w:p>
    <w:p>
      <w:r>
        <w:br/>
        <w:t>— Розвалять? Ото тільки раз проїде?</w:t>
      </w:r>
    </w:p>
    <w:p>
      <w:r>
        <w:br/>
        <w:t>Василь кивнув головою.</w:t>
      </w:r>
    </w:p>
    <w:p>
      <w:r>
        <w:br/>
        <w:t>Маруся не могла вийти з дива. Вона звикла, що якщо будується, то для якоїсь потреби, надовго. Повітка, ворота, тин, хлів, навіть курінь, ліса коло стогу — все це має завершити цикл якоїсь своєї роботи, й тоді тільки його розберуть. А тут... одну хвилину хтось проїде — і вже. І треба розбирати. Скільки матеріалу пропаде, гвіздків. І все це для того, щоби князь проїхав. Князь... князь...</w:t>
      </w:r>
    </w:p>
    <w:p>
      <w:r>
        <w:br/>
        <w:t>Це слово починало її гіпнотизувати. Що ж воно там таке за князь? І земля уся його, і люди його, сад, будинок — і отаке для нього виготовлюють. Кажуть, дівчат любить... яку наглядить гарну,— бере собі до покоїв... Ох страшно, мабуть!.. Але цікаво. Князь... Наші парубки он ба які, а то князь... Руки, мабуть, білі-білі... І пахне від нього так солодко, а не гноєм смердить... Дивись, дівчата як повинаряджувалися! Мабуть, кожна думає: от якби мене князь вибрав! І попорозкошувала б! Що там буде то буде, а хоч пожила б у панських покоях, повалялась би на панській постелі хоч і до схід сонця. Вже не погнали б корову пасти. І писклята на ногах ізійшли б...</w:t>
      </w:r>
    </w:p>
    <w:p>
      <w:r>
        <w:br/>
        <w:t>Маруся тривожно глянула на Василя — чи не чує? Але Василь похмуро стояв, не дивився навіть на оте чудо уквітчане.</w:t>
      </w:r>
    </w:p>
    <w:p>
      <w:r>
        <w:br/>
        <w:t>По боках арки на постаментах стояли дві дівчини. їм було ніяково, що виперли їх сюди, як на посміховище, і вони стояли, глупо посміхаючися. Тримали оту гірлянду.</w:t>
      </w:r>
    </w:p>
    <w:p>
      <w:r>
        <w:br/>
        <w:t>Товпа була настроєна святочно — це ж переважно була молодь. Сміх, перегуки, жарти. Тільки пісень не чути.</w:t>
      </w:r>
    </w:p>
    <w:p>
      <w:r>
        <w:br/>
        <w:t>— Одарко! Галино! Що це ви видряпалися на таке високе ?</w:t>
      </w:r>
    </w:p>
    <w:p>
      <w:r>
        <w:br/>
        <w:t>— Якби підійшов ближче, то й заглядати можна.</w:t>
      </w:r>
    </w:p>
    <w:p>
      <w:r>
        <w:br/>
        <w:t>— Диви! Як богородиці у польському костелі, стовбичать.</w:t>
      </w:r>
    </w:p>
    <w:p>
      <w:r>
        <w:br/>
        <w:t>— А ти взяв би та й покадив.</w:t>
      </w:r>
    </w:p>
    <w:p>
      <w:r>
        <w:br/>
        <w:t>— Підожди, князь їм покадить. Аж набубнявіють!</w:t>
      </w:r>
    </w:p>
    <w:p>
      <w:r>
        <w:br/>
        <w:t>Дівчата паленіють від сорому, але що ж — неволя. Ще, спасибі, дозволили ув одежі стояти. А то, чутка була, звелять голими стояти, тільки на голову, казали, щось надінуть. Це вже було б таке, що одразу йди топитися. І так хто й зна — чи візьме хто заміж тепер. "Ти,— скаже,— дуже високо стояла, може, тобі вітер під спідницю надмухав..." Ой, утекти б!.. А як його втечеш, коли тут двірні княжої повно. І піших, і верхи, й усяких.</w:t>
      </w:r>
    </w:p>
    <w:p>
      <w:r>
        <w:br/>
        <w:t>Нараз почувся гомін, гвалт, крики, вистріли з рушниць.</w:t>
      </w:r>
    </w:p>
    <w:p>
      <w:r>
        <w:br/>
        <w:t>Маруся перелякалася і вхопилася за Василя.</w:t>
      </w:r>
    </w:p>
    <w:p>
      <w:r>
        <w:br/>
        <w:t>— Що то?..</w:t>
      </w:r>
    </w:p>
    <w:p>
      <w:r>
        <w:br/>
        <w:t>— Князь їде.</w:t>
      </w:r>
    </w:p>
    <w:p>
      <w:r>
        <w:br/>
        <w:t>І справді, їхав князь. Серед криків і хвилювання товпи, серед сальв рушничних, звуків якоїсь музики показалася княжа коляска! Маруся п'ялася навшпиньки скільки було сили, але нічого не могла побачити: в повітрі миготіли шапки, підлітаючи вгору, руки... А коло княжої коляски зчинилося правдиве пекло. Там варилося. Перемішалися дівчата й парубки, руки, ноги, тулуби... когось настоптали, комусь розбили губу, оддавили палець...</w:t>
      </w:r>
    </w:p>
    <w:p>
      <w:r>
        <w:br/>
        <w:t>Князь стояв у колясці. Перед ним лежала купа різної одежі, шапок, поясів, і він брав по одній речі й кидав у товпу то в той, то в той бік. За кожною річчю з галасом і вереском гналась ціла товпа, валили одно одного, настопчували, хапали, виривали. Кому що досталося, той тікає, за ним женуться, валять, одіймають. От хлопець піймав пояс, але заворонився,— і здоровенна якась рука висмикнула знахідку. Хлопець у плач.</w:t>
      </w:r>
    </w:p>
    <w:p>
      <w:r>
        <w:br/>
        <w:t>А от двоє парубків шепочуться:</w:t>
      </w:r>
    </w:p>
    <w:p>
      <w:r>
        <w:br/>
        <w:t>— Тимохо! Ти бачив, Онисько схопив шапку сиву?</w:t>
      </w:r>
    </w:p>
    <w:p>
      <w:r>
        <w:br/>
        <w:t>— Гарна?</w:t>
      </w:r>
    </w:p>
    <w:p>
      <w:r>
        <w:br/>
        <w:t>— У-у!.. Давай віднімемо?</w:t>
      </w:r>
    </w:p>
    <w:p>
      <w:r>
        <w:br/>
        <w:t>— Давай...</w:t>
      </w:r>
    </w:p>
    <w:p>
      <w:r>
        <w:br/>
        <w:t>З криком "мала куча" валяться на Ониська, знаходиться ще десяток охочих, повстає купа з самих рук та ніг, чути тільки регіт верхніх і розпучливі крики тих, хто попав підспід. А князь регочеться.</w:t>
      </w:r>
    </w:p>
    <w:p>
      <w:r>
        <w:br/>
        <w:t>За коляскою йшли музики й різали "від вуха", як то кажуть. За музиками трохи розступилися — й четверо чи п'ятеро парубків, підплигуючи скільки духу вверх, оддирали гопака, пожертвувавши ради танцю і можливістю схопити шапку або чоботи, й нагодою націлуватись. Бо он один з парубків вискочить із товпи, поцілує яку дівку й знова поринає. А дівчина оглядається та лається, а очі сміються.</w:t>
      </w:r>
    </w:p>
    <w:p>
      <w:r>
        <w:br/>
        <w:t>От товпа ще гірше застогнала, заревла: то князь почав кидати гроші у народ. Тут уже все заворушилося, і не встиг Василь і оком моргнуть, як Марусю одірвало від нього й понесло, мов хвилею, убік. Він бачив, як її голова наче пливла побіля других, рвонувся, пробиваючи собі дорогу кулаччям, але в цю мить здоровенна куча людей повалилася біля нього, перекочувалися чиїсь спини, чобіт боляче врізався в праве плече, от гупнула якась туша усією вагою на голову; в рот, очі, ніс набилося землі, і як він не напружував усі свої дужі мускули,— не міг здвигнути з місця живої каші, що кипіла на ньому.</w:t>
      </w:r>
    </w:p>
    <w:p>
      <w:r>
        <w:br/>
        <w:t>А коли, нарешті, піднявся, протер очі, виплював землю з рота і глянув доокола,— Марусі не було видко. Тоді він почав пробивати собі дорогу до панського двору.</w:t>
      </w:r>
    </w:p>
    <w:p>
      <w:r>
        <w:br/>
        <w:t>Князь тим часом в'їхав у двір. Тут його стрінув управляющий-німець, звуки власної оркестри, челядь з низькими поклонами й криками "ура". Видніші з дворових підходили й цілували руку, декого князь називав по імені, й тоді той чув себе щасливим.</w:t>
      </w:r>
    </w:p>
    <w:p>
      <w:r>
        <w:br/>
        <w:t>Під руки ввели князя до покоїв, але він не захотів відпочивати, а вийшов зараз же на балкон. Там уже лежала ціла купа різної величини пакунків, перев'язаних лентами із якимись білетиками на них. Це була любима забава князя.</w:t>
      </w:r>
    </w:p>
    <w:p>
      <w:r>
        <w:br/>
        <w:t>Він брав пакунок, голосно прочитував напис на ньому і кидав з балкона. Написи були усякі. Були й більш-менш невинні, як от "співай", "смійся", "танцюй", "плавай", "поцілуй дівчину", "поцілуй парубка"; були й менш невинні, як "сядь верхи на сусіда", "лізь рачки попід столами"; були й дикі, як "плюнь у пику сусідові", "удар Грицька палкою"; були й зовсім неприличні, як "повали дівку й ляж на неї", "покажи дівчатам...", "задери спідницю...".</w:t>
      </w:r>
    </w:p>
    <w:p>
      <w:r>
        <w:br/>
        <w:t>І от князь кидав пакунок, внизу його ловила юрба, а посіпаки стежили, щоб накази виконували без опозиції. От одному парубкові дістався пакунок з очіпком, і на білетику — "поринай". Парубок одяг очіпок на голову і з реготом, мов у воду, кидався людям під ноги. Одній дівчині дісталися штани з написом "танцюй". Вона — це була якась нетутешня — одягла їх тут же й пустилася навприсюди. Другій випало на білетику "стань догори ногами". Вона хотіла було тікати, але десять рук схопили її, поволокли до балкону й виповнили наказа. Князь весело реготався.</w:t>
      </w:r>
    </w:p>
    <w:p>
      <w:r>
        <w:br/>
        <w:t>От він помітив дівчину, що стояла осторонь, не кидаючися за пакунками. Казав дати собі бінокль і почав розглядати ту дівочу постать.</w:t>
      </w:r>
    </w:p>
    <w:p>
      <w:r>
        <w:br/>
        <w:t>— О!.. Charmant! — і, не обертаючи голови, промовив неголосно: — Заїко!</w:t>
      </w:r>
    </w:p>
    <w:p>
      <w:r>
        <w:br/>
        <w:t>За хвилину Заїка вже стояв на балконі й почтиво схилив спину за кріслом князя.</w:t>
      </w:r>
    </w:p>
    <w:p>
      <w:r>
        <w:br/>
        <w:t>— Альоша! Бачиш ту дівчину, що стоїть ондечки?</w:t>
      </w:r>
    </w:p>
    <w:p>
      <w:r>
        <w:br/>
        <w:t>Заїка підморгнув управляющому.</w:t>
      </w:r>
    </w:p>
    <w:p>
      <w:r>
        <w:br/>
        <w:t>— Бачу, ваше сіятельство. Записать у балет?</w:t>
      </w:r>
    </w:p>
    <w:p>
      <w:r>
        <w:br/>
        <w:t>— А скільки їх там у нас?</w:t>
      </w:r>
    </w:p>
    <w:p>
      <w:r>
        <w:br/>
        <w:t>— Сімнадцять. Ця, як зуміє, буде вісімнадцята.</w:t>
      </w:r>
    </w:p>
    <w:p>
      <w:r>
        <w:br/>
        <w:t>— Ну цю запиши, хоч і не зуміє. І приведи сьогодні.</w:t>
      </w:r>
    </w:p>
    <w:p>
      <w:r>
        <w:br/>
        <w:t>— Слухаю.</w:t>
      </w:r>
    </w:p>
    <w:p>
      <w:r>
        <w:br/>
        <w:t>В той самий момент, коли одірвали Марусю від Василя, вона почула, що у неї вирвали серце й усе життя. Почула, яка то була міцна, непохитна опора; почула, яке то гаряче любляче серце, який він рідний, свій, безконечно дорогий; що прийшов із віковічної минувшини до неї і піде далі у безвість віків з нею.</w:t>
      </w:r>
    </w:p>
    <w:p>
      <w:r>
        <w:br/>
        <w:t>— Василечку! — безсило крикнула вона, б'ючися рученятами у стіну якихось спин, але хвиля людська несла її все далі й далі. Десь у тому океані втопився її Василь — і от коли вона почула, що зосталася сама і що з нею можна зробити, як кому забажається. А вона ще ж і не знала, що товпа коло неї й Василя напівштучна, що це їх умисне розірвано, її умисне волочуть вперед, а Василя умисне топчуть там десь, у малій кучі.</w:t>
      </w:r>
    </w:p>
    <w:p>
      <w:r>
        <w:br/>
        <w:t>Тільки як укотилася товпа у двір, удалося Марусі сяктак вилабудатися, і вона стала ото осторонь. Бачила все, що діялося доокола,— і стид, і жах поперемінно стискали їй серце. Огидь її брала дивитися, як танцюють парубки в спідницях, а дівчата в штанях, і дивувалася вона непомалу. Де подівся сором? Вона не знала, що можна зверху дозволити "не соромитись",— і сором у більшості людей щезає.</w:t>
      </w:r>
    </w:p>
    <w:p>
      <w:r>
        <w:br/>
        <w:t>А коли побачила, що сталося з дівчиною, якій дістався білетик "стань догори ногами",— безмежний страх охопив її. "Що, як і мене отак поволочуть? Василечку, голубчику, рятуй!"</w:t>
      </w:r>
    </w:p>
    <w:p>
      <w:r>
        <w:br/>
        <w:t>Вона хотіла тікати з двору, не знаючи, що її звідси не випустять, але тільки зрухнулася, як підійшов до неї Заїка й грубо схопив за руку.</w:t>
      </w:r>
    </w:p>
    <w:p>
      <w:r>
        <w:br/>
        <w:t>— Ходім! Князь велів записати тебе у балет.</w:t>
      </w:r>
    </w:p>
    <w:p>
      <w:r>
        <w:br/>
        <w:t>— Куди?.. Я не хочу... я не піду нікуди...</w:t>
      </w:r>
    </w:p>
    <w:p>
      <w:r>
        <w:br/>
        <w:t>Заїка аж здивувався. Чудно!..</w:t>
      </w:r>
    </w:p>
    <w:p>
      <w:r>
        <w:br/>
        <w:t>— Як-то не підеш? Так тебе просити ще треба?</w:t>
      </w:r>
    </w:p>
    <w:p>
      <w:r>
        <w:br/>
        <w:t>Схопив її за обидві руки й потяг. Маруся крикнула розпачливо:</w:t>
      </w:r>
    </w:p>
    <w:p>
      <w:r>
        <w:br/>
        <w:t>— Василечку-у!..</w:t>
      </w:r>
    </w:p>
    <w:p>
      <w:r>
        <w:br/>
        <w:t>Рвонулася що було сили, аж упала разом із Заїкою. Той, падаючи, випустив її руки. Маруся схопилася й кинулася бігти, Заїка, ще лежачи, ухопив її за спідницю й сіпонув. Сам схопився на ноги й ударив дівчину в лице.</w:t>
      </w:r>
    </w:p>
    <w:p>
      <w:r>
        <w:br/>
        <w:t>— Ах ти ж, сволоч проклята!..</w:t>
      </w:r>
    </w:p>
    <w:p>
      <w:r>
        <w:br/>
        <w:t>Але ще не договорив, як щось блиснуло, і Заїка покотився, разів п'ять перевернувшися, по землі. Василь схопив Марусю за руку й кинувся бігти, але даремна річ. Повен двір був челяді взагалі, а потім ще зрання управляющий відділив кілька душ для спеціального надзирання. З криком "наших б'ють" кілька душ накинулося на Василя, збили з ніг, але він розкидав їх із себе, як ранений тигр. Страшно було дивитися на парубка, коли він піднявся й кидався на своїх ворогів.</w:t>
      </w:r>
    </w:p>
    <w:p>
      <w:r>
        <w:br/>
        <w:t>— Дайте мені коляки! Да-айте мені коляки! — кричав, але де тої коляки взяти, та й хто б насмілився йому її подати. Бив тільки кулаками. Погано приходилося тому, хто попадав під той кулак, але що він міг зробити?.. Навалилися гурмою, звалили з ніг, били на землі, зв'язали руки й потягли, не перестаючи бити.</w:t>
      </w:r>
    </w:p>
    <w:p>
      <w:r>
        <w:br/>
        <w:t>Маруся тільки початок побачила тої бійки і впала непритомною. Заїка передав її двом з челяді, а сам пішов добивати Василя.</w:t>
      </w:r>
    </w:p>
    <w:p>
      <w:r>
        <w:br/>
        <w:t>Весь нарід притих. Усім стало страшно. Деякі дівчата почали плакати, деякі попробували бігти, але на воротях стояли посіпаки й нікого не пускали з двору.</w:t>
      </w:r>
    </w:p>
    <w:p>
      <w:r>
        <w:br/>
        <w:t>Князь, що спокійно дивився з балкону на всю цю сцену, звелів розпочинати угощення. Музика різнула до танцю, хоч ніхто спочатку не танцював. Столи бистро заставилися мисками, пирогами, м'ясом, кашею. Замість одної бочки, викочено було дві,— і сунула братія одна до столів, друга до бочки. Скоро все затяглося горілчаним духом, зблідло й забулося. А там уже вихватився хтось танцювати, та так і пішло.</w:t>
      </w:r>
    </w:p>
    <w:p>
      <w:r>
        <w:br/>
        <w:t>III</w:t>
      </w:r>
    </w:p>
    <w:p>
      <w:r>
        <w:br/>
        <w:t>Василя кинуто в льох, де горілчані бочки стояли. І, мабуть, добре кинуто, бо він і пам'яті збувся.</w:t>
      </w:r>
    </w:p>
    <w:p>
      <w:r>
        <w:br/>
        <w:t>Коли прийшов до себе, довго не міг зрозуміти, де він і що з ним, але біль у зв'язаних руках вернув йому пам'ять. Він згадав усе, що сталося, і коли подумав, що зараз робиться з його Марусею,— почав якось не то ревти, не то стогнати й битися в своїх путах до несамовитості. Але це був даремний труд: вірьовки в'їдалися в тіло, він страшенно втомився — от і весь результат.</w:t>
      </w:r>
    </w:p>
    <w:p>
      <w:r>
        <w:br/>
        <w:t>Довший час лежав і відпочивав, а серце мало не розривалося від болю. Пригадувалося все, що він чув про життя князя. Згадалися десятки дівчат, яких він обезчестив; той порядок, в якім це йшло. Дівчину записували "в балет" і вчили танцювати; кожна з таких танцюристок мусила приходити й обслуговувати князя на ніч. Коли траплялася вагітність, дівчину виписували з реєстру й відсилали на хутір; там у неї й знаходилася дитинка. Коли це була дівчинка, її зоставляли при матері; коли хлопчик — віддавали спеціальним жінкам-годувальницям, але з тих дітей мало виходжувалося, більшість ішла "у землянську станицю". їх ховали у ярку, що так і звався Діточий яр.</w:t>
      </w:r>
    </w:p>
    <w:p>
      <w:r>
        <w:br/>
        <w:t>Цей увесь порядок чекав і Марусю. Згадка про те рвонула Василя, й він знов безтямно, безумно почав битися, шарпатися ногами, звиватися, мов уж, усім своїм сплутаним тілом. І — диво! — нараз почув, що його пута послабшали. Видимо, він був зв'язаний однією вірьовкою, а не кількома мотузками. Як тільки він це відчув,— перестав битися.</w:t>
      </w:r>
    </w:p>
    <w:p>
      <w:r>
        <w:br/>
        <w:t>Полежав ще, відпочив і одним дужим поворотом тіла сів. Почав розглядатися.</w:t>
      </w:r>
    </w:p>
    <w:p>
      <w:r>
        <w:br/>
        <w:t>Світла було мало. Тільки зверху через продухвину падало його трохи, але дуже трохи; мабуть, уже день близився до кінця. Василь побачив ряд бочок і в кутку якусь безладно накидану купу.</w:t>
      </w:r>
    </w:p>
    <w:p>
      <w:r>
        <w:br/>
        <w:t>"Там, мабуть, старі бочки... обручі старі... Знайду обруч, шматок обруча... перетру вірьовку"...</w:t>
      </w:r>
    </w:p>
    <w:p>
      <w:r>
        <w:br/>
        <w:t>І Василь почав роботу. Він звивався змією й пересувався по землі, випростовувався, ще пересувався і потім знов скручувався, знов випростовувався. Це була шалена робота; через п'ятнадцять-двадцять поворотів Василь вимучився так, що мусив довгий час відпочивати. А до того й побите тіло давало себе знати, лице, мабуть, запухло, бо Василь не міг широко одкрити очей.</w:t>
      </w:r>
    </w:p>
    <w:p>
      <w:r>
        <w:br/>
        <w:t>Чи довго так повз,— не міг би сказати, але, мабуть, довго, бо світло поволі зникало й повз він уже у півтьмі, не знаючи — чи далеко ще ті бочки, чи, може, він їх уже поминув.</w:t>
      </w:r>
    </w:p>
    <w:p>
      <w:r>
        <w:br/>
        <w:t>От стукнувся головою об стіну. Видимо, збочив і попав не в куток, а просто у стіну. Нехай буде й так. Почав підкочуватися до стіни ближче, ближче, почав обпиратися спиною й підійматися, щоб стати.</w:t>
      </w:r>
    </w:p>
    <w:p>
      <w:r>
        <w:br/>
        <w:t>Нараз зачепився за щось. Зсунувся трохи вниз і вп'ять почав випростовуватися. Знов зачепився! Почав мацати зв'язаною рукою — гвіздок!..</w:t>
      </w:r>
    </w:p>
    <w:p>
      <w:r>
        <w:br/>
        <w:t>Зрадів. Це вже півділа готово. Зі страшенними, нелюдськими зусиллями став на ноги. Ледве міг стояти, бо ноги тремтіли. Тільки трохи згодом оді йшли наче.</w:t>
      </w:r>
    </w:p>
    <w:p>
      <w:r>
        <w:br/>
        <w:t>Укріпившися на ногах, зачепився вірьовкою за гвіздок і почав. Присяде — випростується, присяде — випростується... присяде — випростується... Десять, двадцять, сто разів. Ноги підгинаються, не стає мочі, а він усе присідає і все випростовується і не знає, де кінець, не може проконтролювати. А може, то він і не вірьовку тре? Може, вона ще не нарушена? Може, все розпочинати наново? О-о-о!..</w:t>
      </w:r>
    </w:p>
    <w:p>
      <w:r>
        <w:br/>
        <w:t>Зачепив вірьовку за гвіздок, рвонувся всім тілом і — почув руки свобідними.</w:t>
      </w:r>
    </w:p>
    <w:p>
      <w:r>
        <w:br/>
        <w:t>Глибока радість, а разом і глибока втома заволоділи ним. Він опустився тут же на землю й сів. Витягав поволі замлілі руки й водив ними у повітрі. Поволі почав розмотувати самого себе і скоро був вільний.</w:t>
      </w:r>
    </w:p>
    <w:p>
      <w:r>
        <w:br/>
        <w:t>Сидів, відпочивав. Але згадав, що це ще не кінець, а може, і не початок навіть. Пройти в двері — немислима річ; проламати муровані стіни — ще більше неможлива річ. Зостається тільки продухвина. Насамперед — де вона? В абсолютній тьмі годі було це вгадати. Де куток? Що в тім кутку? Чи справді там порожні бочки? Чи цілі? Як їх прикотити? Де ставити, щоб попасти саме під продухвину?</w:t>
      </w:r>
    </w:p>
    <w:p>
      <w:r>
        <w:br/>
        <w:t>Але треба щось робити. Куток, мабуть, далі. Ото як котився до нього, то, видимо, не докотився. Пішов, простягти руки вперед. На щось спіткнувся. Потім намацав бочки, їх було багато, а що найцікавіше — всякої величини.</w:t>
      </w:r>
    </w:p>
    <w:p>
      <w:r>
        <w:br/>
        <w:t>Намацав найбільшу, почав котити. Доки? Вдивлявся-вдивлявся вгору — нічого не міг помітити. Як же його ставити навмання? Поставиш, а вгорі стеля. А це ж не одну треба бочку, а... скільки? Навіть приблизно не міг опреділити — чи три, чи чотири, а може, й більше...</w:t>
      </w:r>
    </w:p>
    <w:p>
      <w:r>
        <w:br/>
        <w:t>Поглянув ще вгору — і чи йому здалося, чи справді помітив зірку. Почав придивлятися, переступив трохи вбік — і справді, прямо над головою побачив зірку. Тепер знав! Якась віра вступила в нього. Якась вдячність комусь, що так йому допомагає.</w:t>
      </w:r>
    </w:p>
    <w:p>
      <w:r>
        <w:br/>
        <w:t>Поставив бочку прямо під зіркою. Пішов по другу. Поставив її зверху. Пішов по третю — зміг і цю поставити. Зліз на неї, простяг руку вгору — нема стелі. Треба ще ставити. Але це вже таке, що сам не поставиш, а подати нікому.</w:t>
      </w:r>
    </w:p>
    <w:p>
      <w:r>
        <w:br/>
        <w:t>Зліз. Намацав вірьовку, що нею був зв'язаний. Обмотав четверту бочку, поліз наверх, вмостився — потяг. Ледве сам себе не повалив, але витяг. Почав ставити — ніяк. Сам стоїть на верхній бочці — і на неї ж ставить. Не виходить.</w:t>
      </w:r>
    </w:p>
    <w:p>
      <w:r>
        <w:br/>
        <w:t>Став на нижню бочку, поставив четверту, тоді виліз на неї. Хитається, бісова робота! Як гупнеш зверху — і кісток не збереш.</w:t>
      </w:r>
    </w:p>
    <w:p>
      <w:r>
        <w:br/>
        <w:t>Обережно-обережно став — і намацав продухвину. Слава тобі, Господи!..</w:t>
      </w:r>
    </w:p>
    <w:p>
      <w:r>
        <w:br/>
        <w:t>Але на ній стоїть, бовдур дерев'яний. Попробував його хитнути — де там! Що ж його робити? Якби кирпичина, може, збив би. А голими руками нічого не вдієш.</w:t>
      </w:r>
    </w:p>
    <w:p>
      <w:r>
        <w:br/>
        <w:t>Не хочеться злазити. Це ж усю машину можна завалити. Але нічого не поробиш — треба.</w:t>
      </w:r>
    </w:p>
    <w:p>
      <w:r>
        <w:br/>
        <w:t>Поліз, намацав цеглину в стіні — слабо трималася. Положив у пазуху, поліз наверх. Доліз благополучно, тільки втомився дуже. Сів трохи спочити, цеглину вийняв із пазухи, бо муляла. Поклав на коліна.</w:t>
      </w:r>
    </w:p>
    <w:p>
      <w:r>
        <w:br/>
        <w:t>Спочивав. Але нараз прийшла йому в голову думка, що оце зараз ніч і, може, князь оце знущається з Марусі. Люто заскрипів зубами і вдарив по бочці кулаком. Цеглина впала з колін і, торохкаючи об краї бочок, розбилася на дріб'язок.</w:t>
      </w:r>
    </w:p>
    <w:p>
      <w:r>
        <w:br/>
        <w:t>Треба лізти по другу, а час іде!.. Ще кілька хвилин — і, може, вже буде пізно. Почав спішити — і мало не завалив усієї будови. Ні, тут спіхом нічого не зробиш.</w:t>
      </w:r>
    </w:p>
    <w:p>
      <w:r>
        <w:br/>
        <w:t>Добув ще цеглину, виліз, просунув руку в продухвину й почав збивати бовдур. Розмахнутися було ніяк, отже діло йшло пиняво. Та й гуку не хотів великого робити, бо, може, сторожі недалеко або так хто почує.</w:t>
      </w:r>
    </w:p>
    <w:p>
      <w:r>
        <w:br/>
        <w:t>Нарешті бовдур повалився. Поширивши трохи дірку, Василь просунув у продухвину руки й піднявся на мускулах. Вилізла голова, лікті... ще одне зусилля — і він на волі.</w:t>
      </w:r>
    </w:p>
    <w:p>
      <w:r>
        <w:br/>
        <w:t>Оглядівся. Побачив, що сидить на невеликому горбику, насипаному над погребом. Ніч була темна, й мало було видно; звідкілясь доходив регіт, п'яні покрики, спів.</w:t>
      </w:r>
    </w:p>
    <w:p>
      <w:r>
        <w:br/>
        <w:t>"Догулюють",— подумав Василь, і йому досадно стало на людей, які можуть дивитися на те, що от сталося,— і все ж пити, веселитися.</w:t>
      </w:r>
    </w:p>
    <w:p>
      <w:r>
        <w:br/>
        <w:t>Обережно зліз він із того горбика. Коло дверей погреба спало двоє його вартових: добре, мабуть, хльобнули, бо хропли на всі заставки. Василь пішов двором. Щохвилини натикався то на перекинутий ослін, то на якогось без тями п'яного.</w:t>
      </w:r>
    </w:p>
    <w:p>
      <w:r>
        <w:br/>
        <w:t>Решітка, що нею відділюється сад від двору. Помацки знайшов хвіртку, увійшов до саду. Повіяло приємною вогкістю й запахом квітів. З річки чути було квакання жаб, співали солов'ї, а далеко в селі закукурікав півень, за ним другий, третій...</w:t>
      </w:r>
    </w:p>
    <w:p>
      <w:r>
        <w:br/>
        <w:t>В панському будинку світилося три вікна. Властиво, два вікна, а між ними шкляні двері, що виходили на веранду. Василь тихо вийшов на ту веранду й заглянув до кімнати.</w:t>
      </w:r>
    </w:p>
    <w:p>
      <w:r>
        <w:br/>
        <w:t>Маруся сиділа посередині кімнати, уткнувши обличчя в долоні; князь сидів віддалік у кріслі-качалці й колихався, курячи сигарету. Потім, не виймаючи сигарети з рота, підійшов до Марусі, обняв її однією рукою, а другою лагідно, але сильно почав одривати руки від обличчя. Маруся пручалася...</w:t>
      </w:r>
    </w:p>
    <w:p>
      <w:r>
        <w:br/>
        <w:t>Далі не міг дивитися. Скочив прямо з веранди, наробивши шелесту. Внизу були розбиті клумби, штучні холмики. Василь намацав добру каменюку й тільки хотів бігти на веранду, як одчинилися двері і на веранду вийшов князь.</w:t>
      </w:r>
    </w:p>
    <w:p>
      <w:r>
        <w:br/>
        <w:t>— Ето ти, Альоша?</w:t>
      </w:r>
    </w:p>
    <w:p>
      <w:r>
        <w:br/>
        <w:t>Він навіть не договорив. Зручною озлобленою рукою пущений камінь вдарив прямо у висок, князь повалився без стогону.</w:t>
      </w:r>
    </w:p>
    <w:p>
      <w:r>
        <w:br/>
        <w:t>В одну мить Василь був у кімнаті.</w:t>
      </w:r>
    </w:p>
    <w:p>
      <w:r>
        <w:br/>
        <w:t>— Марусю... тікаймо.— При звуках дорогого голосу Маруся мало не крикнула. Василь схопив її за руку й здавив: — Ц-с-с!..</w:t>
      </w:r>
    </w:p>
    <w:p>
      <w:r>
        <w:br/>
        <w:t>Погасив свічки, вивів Марусю на веранду, зачинив двері й гайда через сад. Коли перелізли через огорожу, став і твердим якимось, як сталь, голосом сказав:</w:t>
      </w:r>
    </w:p>
    <w:p>
      <w:r>
        <w:br/>
        <w:t>— Марусю! Я вбив князя. Мені тут місця нема. Я мушу тікати, й то зараз... далеко... я сам не знаю куди. У тебе мати. До неї дорога он туди. А моя дорога — он туди. Скажи ж тепер — якою дорогою підеш?</w:t>
      </w:r>
    </w:p>
    <w:p>
      <w:r>
        <w:br/>
        <w:t>І, притулившися, ледве чутно прошепотіла Маруся:</w:t>
      </w:r>
    </w:p>
    <w:p>
      <w:r>
        <w:br/>
        <w:t>— З тобою.</w:t>
      </w:r>
    </w:p>
    <w:p>
      <w:r>
        <w:br/>
        <w:t>Міцно, дуже міцно пригорнув до грудей, узяв за руки,— і дві постаті щезли у тьмі.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давнини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