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Їхній сад</w:t>
      </w:r>
    </w:p>
    <w:p>
      <w:r>
        <w:br/>
        <w:t xml:space="preserve"> &lt;p&gt;Навесні діти садили дерева. Дружним гуртом прийшли на сільський пустир і взялися до роботи.</w:t>
      </w:r>
    </w:p>
    <w:p>
      <w:r>
        <w:br/>
        <w:t>Гукали й Гриця:</w:t>
      </w:r>
    </w:p>
    <w:p>
      <w:r>
        <w:br/>
        <w:t>— Ходімо з нами!</w:t>
      </w:r>
    </w:p>
    <w:p>
      <w:r>
        <w:br/>
        <w:t>А Гриць одмовився.</w:t>
      </w:r>
    </w:p>
    <w:p>
      <w:r>
        <w:br/>
        <w:t>— Не хочу,— сказав їм.— Краще я в футбол гратиму.</w:t>
      </w:r>
    </w:p>
    <w:p>
      <w:r>
        <w:br/>
        <w:t>— Висадимо дерева для нашого саду, тоді всі разом гратимемо,— пропонували йому.</w:t>
      </w:r>
    </w:p>
    <w:p>
      <w:r>
        <w:br/>
        <w:t>— Ні, грати краще, ніж дерева садити. Садіть без мене.</w:t>
      </w:r>
    </w:p>
    <w:p>
      <w:r>
        <w:br/>
        <w:t>І пішов, посвистуючи, з м'ячем на майданчик.</w:t>
      </w:r>
    </w:p>
    <w:p>
      <w:r>
        <w:br/>
        <w:t>Але там нікого. Всі — на пустирі.</w:t>
      </w:r>
    </w:p>
    <w:p>
      <w:r>
        <w:br/>
        <w:t>"Обійдуся і без вас",— сказав собі Гриць. І спробував сам грати в футбол.</w:t>
      </w:r>
    </w:p>
    <w:p>
      <w:r>
        <w:br/>
        <w:t>Але хто ж грає у футбол сам із собою?</w:t>
      </w:r>
    </w:p>
    <w:p>
      <w:r>
        <w:br/>
        <w:t>Сів Гриць на м'яч і задумався. Мабуть, треба було йому піти з хлопцями. Швидше б закінчили роботу, а потім бігали б за м'ячем. От якби це зараз хтось із них погукав його на допомогу, то він з радістю пішов би.</w:t>
      </w:r>
    </w:p>
    <w:p>
      <w:r>
        <w:br/>
        <w:t>Та діти, певно, й забули про нього. Їм весело, бо вони всі разом.</w:t>
      </w:r>
    </w:p>
    <w:p>
      <w:r>
        <w:br/>
        <w:t>А він — сам. І не знає, що йому робити.</w:t>
      </w:r>
    </w:p>
    <w:p>
      <w:r>
        <w:br/>
        <w:t>Понурив Гриць голову і поплентався додому.</w:t>
      </w:r>
    </w:p>
    <w:p>
      <w:r>
        <w:br/>
        <w:t>— Чому ж ти не грався? — запитала мама.— Так просився на майданчик — і зразу ж додому прибіг. Може, тебе хтось образив?</w:t>
      </w:r>
    </w:p>
    <w:p>
      <w:r>
        <w:br/>
        <w:t>— Ніхто мене не образив.</w:t>
      </w:r>
    </w:p>
    <w:p>
      <w:r>
        <w:br/>
        <w:t>— Твої товариші там граються?</w:t>
      </w:r>
    </w:p>
    <w:p>
      <w:r>
        <w:br/>
        <w:t>— Ні, усі садять дерева.</w:t>
      </w:r>
    </w:p>
    <w:p>
      <w:r>
        <w:br/>
        <w:t>— От молодці! Правда, сину?</w:t>
      </w:r>
    </w:p>
    <w:p>
      <w:r>
        <w:br/>
        <w:t>Гриць потупив очі:</w:t>
      </w:r>
    </w:p>
    <w:p>
      <w:r>
        <w:br/>
        <w:t>— Не знаю.</w:t>
      </w:r>
    </w:p>
    <w:p>
      <w:r>
        <w:br/>
        <w:t>— А ти ж чому не з ними?</w:t>
      </w:r>
    </w:p>
    <w:p>
      <w:r>
        <w:br/>
        <w:t>— Мені не хочеться садити дерева.</w:t>
      </w:r>
    </w:p>
    <w:p>
      <w:r>
        <w:br/>
        <w:t>Мама сумно зітхнула і нічого йому на те не сказала.</w:t>
      </w:r>
    </w:p>
    <w:p>
      <w:r>
        <w:br/>
        <w:t>Гриць трохи погрався з котом, позаглядав до кролів, побігав за півнем, подивився, як мати готує обід...</w:t>
      </w:r>
    </w:p>
    <w:p>
      <w:r>
        <w:br/>
        <w:t>І засумував.</w:t>
      </w:r>
    </w:p>
    <w:p>
      <w:r>
        <w:br/>
        <w:t>От якби пішов з усіма на пустир — не було б йому зараз нудно. Але хлопці теж винні — не могли гарненько його попрохати, щоб ішов з ними.</w:t>
      </w:r>
    </w:p>
    <w:p>
      <w:r>
        <w:br/>
        <w:t>Сидів-сидів удома Гриць, отак журився-журився, а потім скочив і побіг до дітей.</w:t>
      </w:r>
    </w:p>
    <w:p>
      <w:r>
        <w:br/>
        <w:t>Став збоку і дивився, як вони садять дерева. В нього аж руки свербіли теж узятися до роботи. Тільки чекав, що його попросять. Але ніхто не сказав йому й слова. Ніби Гриця тут і геть не було.</w:t>
      </w:r>
    </w:p>
    <w:p>
      <w:r>
        <w:br/>
        <w:t>Постояв-постояв він і пішов, украй ображений, додому.</w:t>
      </w:r>
    </w:p>
    <w:p>
      <w:r>
        <w:br/>
        <w:t>А вдома мама раптом сказала:</w:t>
      </w:r>
    </w:p>
    <w:p>
      <w:r>
        <w:br/>
        <w:t>— Я так люблю садити дерева, піду попрацюю з дітьми. Гриць розгублено подивився на неї.</w:t>
      </w:r>
    </w:p>
    <w:p>
      <w:r>
        <w:br/>
        <w:t>— Ти, мабуть, теж хочеш зі мною?</w:t>
      </w:r>
    </w:p>
    <w:p>
      <w:r>
        <w:br/>
        <w:t>— Хочу.</w:t>
      </w:r>
    </w:p>
    <w:p>
      <w:r>
        <w:br/>
        <w:t>— То ходімо разом. Бери лопату.</w:t>
      </w:r>
    </w:p>
    <w:p>
      <w:r>
        <w:br/>
        <w:t>Прийшли на пустир, де вже стояло кілька рівненьких рядів саджанців.</w:t>
      </w:r>
    </w:p>
    <w:p>
      <w:r>
        <w:br/>
        <w:t>— Вам помічники потрібні? — весело запитала мама дітей.— Якщо потрібні — приймайте.</w:t>
      </w:r>
    </w:p>
    <w:p>
      <w:r>
        <w:br/>
        <w:t>— Приймаємо! — загукали вони дружно.</w:t>
      </w:r>
    </w:p>
    <w:p>
      <w:r>
        <w:br/>
        <w:t>Ще багато дерев посадили гуртом. А коли скінчили роботу, Грицева мама сказала:</w:t>
      </w:r>
    </w:p>
    <w:p>
      <w:r>
        <w:br/>
        <w:t>— Уявляєте, колись отут виросте прекрасний сад... Ваш сад... І кожен, хто його вперше побачить, подумає: які ж ото молодці посадили дерева?</w:t>
      </w:r>
    </w:p>
    <w:p>
      <w:r>
        <w:br/>
        <w:t>Дітям було приємно чути ті слова.</w:t>
      </w:r>
    </w:p>
    <w:p>
      <w:r>
        <w:br/>
        <w:t>І Грицеві теж приємно.</w:t>
      </w:r>
    </w:p>
    <w:p>
      <w:r>
        <w:br/>
        <w:t>Кожному приємно, коли почує добре слово про свою працю. Вийшло на небо сонце і здивовано дивилося на старий пустир. Ніби запитувало: а коли ж це тут з'явився молодесенький сад? Їхній сад...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Їхній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