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Їду я містом</w:t>
      </w:r>
    </w:p>
    <w:p>
      <w:r>
        <w:br/>
        <w:t xml:space="preserve"> Їду я містом у тьмі непроглядній,&lt;br /&gt;</w:t>
        <w:br/>
        <w:t>Слухаю вітру квиління сумне,-&lt;br /&gt;</w:t>
        <w:br/>
        <w:t>Друже бездомний, слабий, безпорадний,&lt;br /&gt;</w:t>
        <w:br/>
        <w:t>Тінь твоя раптом в очах промайне!&lt;br /&gt;</w:t>
        <w:br/>
        <w:t>Стиснеться серце від муки й тривоги.&lt;br /&gt;</w:t>
        <w:br/>
        <w:t>Змалку зазнала ти сліз і проклять:&lt;br /&gt;</w:t>
        <w:br/>
        <w:t>Хмурий і злий був твій батько убогий,&lt;br /&gt;</w:t>
        <w:br/>
        <w:t>Мусила з нелюбом шлюб ти узять.&lt;br /&gt;</w:t>
        <w:br/>
        <w:t>Муж тобі випав недобрий на долю,&lt;br /&gt;</w:t>
        <w:br/>
        <w:t>Мучена й бита не раз ти була;&lt;br /&gt;</w:t>
        <w:br/>
        <w:t>Не покорилась — пішла ти на волю,&lt;br /&gt;</w:t>
        <w:br/>
        <w:t>Але й мене не на радість найшла...&lt;br /&gt;</w:t>
        <w:br/>
        <w:t>Ти пам'ятаєш,— недужий, голодний,&lt;br /&gt;</w:t>
        <w:br/>
        <w:t>Сили я тратив, з одчаю німів?&lt;br /&gt;</w:t>
        <w:br/>
        <w:t>В нашій кімнаті, пустій і холодній,&lt;br /&gt;</w:t>
        <w:br/>
        <w:t>Пару із уст наших вітер носив.&lt;br /&gt;</w:t>
        <w:br/>
        <w:t>Згадуєш в ринвах, у комині звуки,&lt;br /&gt;</w:t>
        <w:br/>
        <w:t>Бризки дощу, напівсвітло, півтьму?&lt;br /&gt;</w:t>
        <w:br/>
        <w:t>Плакав твій син, і холодні ті руки&lt;br /&gt;</w:t>
        <w:br/>
        <w:t>Відігрівала диханням йому.&lt;br /&gt;</w:t>
        <w:br/>
        <w:t>Він не змовкав — і нестерпного болю&lt;br /&gt;</w:t>
        <w:br/>
        <w:t>Повен був крик той... Ставало темніш;&lt;br /&gt;</w:t>
        <w:br/>
        <w:t>Вмерло маля, накричавшися вволю...&lt;br /&gt;</w:t>
        <w:br/>
        <w:t>Бідна! Свій плач нерозумний облиш!&lt;br /&gt;</w:t>
        <w:br/>
        <w:t>З горя та з голоду поруч з тобою&lt;br /&gt;</w:t>
        <w:br/>
        <w:t>Завтра так само навік я засну.&lt;br /&gt;</w:t>
        <w:br/>
        <w:t>Купить хазяїн наш, повен злобою,&lt;br /&gt;</w:t>
        <w:br/>
        <w:t>Нам дві великі й маленьку труну.&lt;br /&gt;</w:t>
        <w:br/>
        <w:t>В різних кутках ми сиділи й мовчали.&lt;br /&gt;</w:t>
        <w:br/>
        <w:t>Смертно бліда ти була і слаба,&lt;br /&gt;</w:t>
        <w:br/>
        <w:t>Думи в тобі потайні вистигали,&lt;br /&gt;</w:t>
        <w:br/>
        <w:t>В серці твоєму ішла боротьба.&lt;br /&gt;</w:t>
        <w:br/>
        <w:t>Я задрімав. Ти пішла мовчазливо,&lt;br /&gt;</w:t>
        <w:br/>
        <w:t>Причепурившись, немов до вінця,&lt;br /&gt;</w:t>
        <w:br/>
        <w:t>І принесла за годину квапливо&lt;br /&gt;</w:t>
        <w:br/>
        <w:t>Сину труну і їду для отця.&lt;br /&gt;</w:t>
        <w:br/>
        <w:t>Голод нестерпний тоді вдовольнивши,&lt;br /&gt;</w:t>
        <w:br/>
        <w:t>Ми засвітили — і в стінах німих&lt;br /&gt;</w:t>
        <w:br/>
        <w:t>Сина поклали в труну, нарядивши...&lt;br /&gt;</w:t>
        <w:br/>
        <w:t>Зглянулась доля? Чи бог нам поміг?&lt;br /&gt;</w:t>
        <w:br/>
        <w:t>Ти не спішила з печальним визнанням.&lt;br /&gt;</w:t>
        <w:br/>
        <w:t>Я ні про що не спитав,&lt;br /&gt;</w:t>
        <w:br/>
        <w:t>Тільки дивились обоє з риданням,&lt;br /&gt;</w:t>
        <w:br/>
        <w:t>Тільки одчай мені горло стискав...&lt;br /&gt;</w:t>
        <w:br/>
        <w:t>Де ти тепер? Довелося сконати&lt;br /&gt;</w:t>
        <w:br/>
        <w:t>З лихом-бідою в нерівній борні?&lt;br /&gt;</w:t>
        <w:br/>
        <w:t>Чи на дорогу звичайну пішла ти&lt;br /&gt;</w:t>
        <w:br/>
        <w:t>У невідклично роковані дні?&lt;br /&gt;</w:t>
        <w:br/>
        <w:t>Хто ж захистить тебе? Сестри і браття&lt;br /&gt;</w:t>
        <w:br/>
        <w:t>Словом жахливим тебе назовуть,&lt;br /&gt;</w:t>
        <w:br/>
        <w:t>Тільки в мені ворухнуться прокляття —&lt;br /&gt;</w:t>
        <w:br/>
        <w:t>І безнадійно замруть!..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Їду я містом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