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світає, а ти ще не спав...</w:t>
      </w:r>
    </w:p>
    <w:p>
      <w:r>
        <w:br/>
        <w:t xml:space="preserve"> Вже світає, а ти ще не спав,&lt;br /&gt;</w:t>
        <w:br/>
        <w:t>Не заплющив безсонням роз'ятрені очі,&lt;br /&gt;</w:t>
        <w:br/>
        <w:t>Прислухаєшся: горлиця в лузі туркоче,&lt;br /&gt;</w:t>
        <w:br/>
        <w:t>Й кряче зграя прожерливих ґав.&lt;br /&gt;</w:t>
        <w:br/>
        <w:t>За вікном неба синій квадрат —&lt;br /&gt;</w:t>
        <w:br/>
        <w:t>На погожу, як видно, займається днину,&lt;br /&gt;</w:t>
        <w:br/>
        <w:t>час вставати і теплу лишати перину&lt;br /&gt;</w:t>
        <w:br/>
        <w:t>і не слухать про спокій порад.&lt;br /&gt;</w:t>
        <w:br/>
        <w:t>Час гаряче лице остудить,&lt;br /&gt;</w:t>
        <w:br/>
        <w:t>проковтнути якийсь дієтичний сніданок&lt;br /&gt;</w:t>
        <w:br/>
        <w:t>і, не кваплячись, вийти на зрошений ґанок,&lt;br /&gt;</w:t>
        <w:br/>
        <w:t>і податись подвір'ям туди,&lt;br /&gt;</w:t>
        <w:br/>
        <w:t>де ялиця струнка на межі&lt;br /&gt;</w:t>
        <w:br/>
        <w:t>простягає до променів лапи чатинні&lt;br /&gt;</w:t>
        <w:br/>
        <w:t>й ще не вигрітий ґрунт прорізають весінні&lt;br /&gt;</w:t>
        <w:br/>
        <w:t>ніжних ірисів гострі ножі.&lt;br /&gt;</w:t>
        <w:br/>
        <w:t>Я ж чекаю тебе наче гроз&lt;br /&gt;</w:t>
        <w:br/>
        <w:t>березневих чекають зимові дерева.&lt;br /&gt;</w:t>
        <w:br/>
        <w:t>Прийдеш ти — і в листя вбереться черемха травнева,&lt;br /&gt;</w:t>
        <w:br/>
        <w:t>Розів'ються калина і боз.&lt;br /&gt;</w:t>
        <w:br/>
        <w:t>А поки що без тебе отут&lt;br /&gt;</w:t>
        <w:br/>
        <w:t>у полоні короткої, люба, розлуки&lt;br /&gt;</w:t>
        <w:br/>
        <w:t>я вбиратиму барви усі і всі звуки,&lt;br /&gt;</w:t>
        <w:br/>
        <w:t>і від ліні — цієї отрути з отрут —&lt;br /&gt;</w:t>
        <w:br/>
        <w:t>рятуватиме знову любов,&lt;br /&gt;</w:t>
        <w:br/>
        <w:t>що мене не лиша на поталу ніколи…&lt;br /&gt;</w:t>
        <w:br/>
        <w:t>Чистий аркуш, перо…&lt;br /&gt;</w:t>
        <w:br/>
        <w:t>Тільки струджене й кволе&lt;br /&gt;</w:t>
        <w:br/>
        <w:t>Серце ніби щось здавлює знов…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світає, а ти ще не спав...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