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Вусатий-смугатий</w:t>
      </w:r>
    </w:p>
    <w:p>
      <w:r>
        <w:br/>
        <w:t xml:space="preserve"> Самуїл Маршак&lt;br /&gt;</w:t>
        <w:br/>
        <w:t>Вусатий-смугатий&lt;br /&gt;</w:t>
        <w:br/>
        <w:t>Переклад українською – Н. Забіла</w:t>
      </w:r>
    </w:p>
    <w:p>
      <w:r>
        <w:br/>
        <w:t>Жила-була дівчинка. Як її звати?&lt;br /&gt;</w:t>
        <w:br/>
        <w:t>Хто звав, той і знав. А ви не знаєте.&lt;br /&gt;</w:t>
        <w:br/>
        <w:t>Скільки ж бо їй було літ?&lt;br /&gt;</w:t>
        <w:br/>
        <w:t>Стільки літ,&lt;br /&gt;</w:t>
        <w:br/>
        <w:t>Скільки й зим, –&lt;br /&gt;</w:t>
        <w:br/>
        <w:t>Це відомо усім!&lt;br /&gt;</w:t>
        <w:br/>
        <w:t>А всього чотири роки.</w:t>
      </w:r>
    </w:p>
    <w:p>
      <w:r>
        <w:br/>
        <w:t>І був у неї... Хто ж у неї був?&lt;br /&gt;</w:t>
        <w:br/>
        <w:t>Сірий,&lt;br /&gt;</w:t>
        <w:br/>
        <w:t>Вусатий,&lt;br /&gt;</w:t>
        <w:br/>
        <w:t>Зовсім смугатий.&lt;br /&gt;</w:t>
        <w:br/>
        <w:t>А хто ж це такий? Котик.</w:t>
      </w:r>
    </w:p>
    <w:p>
      <w:r>
        <w:br/>
        <w:t>Стала дівчинка котика спати вкладати.&lt;br /&gt;</w:t>
        <w:br/>
        <w:t>– На тобі під спинку&lt;br /&gt;</w:t>
        <w:br/>
        <w:t>Ляльчину перинку.&lt;br /&gt;</w:t>
        <w:br/>
        <w:t>Зверху на перинку&lt;br /&gt;</w:t>
        <w:br/>
        <w:t>На тобі хустинку.&lt;br /&gt;</w:t>
        <w:br/>
        <w:t>Ось тобі під вушка&lt;br /&gt;</w:t>
        <w:br/>
        <w:t>Білі дві подушки.&lt;br /&gt;</w:t>
        <w:br/>
        <w:t>Одіяльце пухове&lt;br /&gt;</w:t>
        <w:br/>
        <w:t>Й покривало ще нове.&lt;br /&gt;</w:t>
        <w:br/>
        <w:t>Поклала котика спати, а сама пішла вечеряти.&lt;br /&gt;</w:t>
        <w:br/>
        <w:t>Приходить назад, – що таке?&lt;br /&gt;</w:t>
        <w:br/>
        <w:t>На подушці – хвостик,&lt;br /&gt;</w:t>
        <w:br/>
        <w:t>На перинці – носик.</w:t>
      </w:r>
    </w:p>
    <w:p>
      <w:r>
        <w:br/>
        <w:t>Хіба ж так сплять?&lt;br /&gt;</w:t>
        <w:br/>
        <w:t>Перевернула котика, поклала як треба:&lt;br /&gt;</w:t>
        <w:br/>
        <w:t>Під спинку – перинку,&lt;br /&gt;</w:t>
        <w:br/>
        <w:t>На перинку – хустинку,&lt;br /&gt;</w:t>
        <w:br/>
        <w:t>Під вушка – подушки.&lt;br /&gt;</w:t>
        <w:br/>
        <w:t>А сама пішла вечеряти. Приходить знову, – що таке?&lt;br /&gt;</w:t>
        <w:br/>
        <w:t>Ні перинки, ні хустинки...&lt;br /&gt;</w:t>
        <w:br/>
        <w:t>Все розкидане лежить!&lt;br /&gt;</w:t>
        <w:br/>
        <w:t>А вусатий та смугатий&lt;br /&gt;</w:t>
        <w:br/>
        <w:t>Вже в кутку під ліжком спить.&lt;br /&gt;</w:t>
        <w:br/>
        <w:t>От який дурненький котик!</w:t>
      </w:r>
    </w:p>
    <w:p>
      <w:r>
        <w:br/>
        <w:t>Захотіла дівчинка котика скупати.&lt;br /&gt;</w:t>
        <w:br/>
        <w:t>Десь знайшла шматочок мила&lt;br /&gt;</w:t>
        <w:br/>
        <w:t>І мочалку розкрутила,&lt;br /&gt;</w:t>
        <w:br/>
        <w:t>Ще й принесла з казана&lt;br /&gt;</w:t>
        <w:br/>
        <w:t>Воду чашкою вона.&lt;br /&gt;</w:t>
        <w:br/>
        <w:t>Не схотів наш котик миться –&lt;br /&gt;</w:t>
        <w:br/>
        <w:t>Перекинув він коритце&lt;br /&gt;</w:t>
        <w:br/>
        <w:t>І в куточку під вікном&lt;br /&gt;</w:t>
        <w:br/>
        <w:t>Вимив спинку язиком.&lt;br /&gt;</w:t>
        <w:br/>
        <w:t>От який дурненький котик!&lt;br /&gt;</w:t>
        <w:br/>
        <w:t>Стала дівчинка вчити котика говорити:&lt;br /&gt;</w:t>
        <w:br/>
        <w:t>– Котику, скажи: ба-бу-ня. –&lt;br /&gt;</w:t>
        <w:br/>
        <w:t>А він каже: Няв!&lt;br /&gt;</w:t>
        <w:br/>
        <w:t>Скажи: ко-ник. –&lt;br /&gt;</w:t>
        <w:br/>
        <w:t>А він каже: Няв!&lt;br /&gt;</w:t>
        <w:br/>
        <w:t>Скажи: е-лек-три-ка. –&lt;br /&gt;</w:t>
        <w:br/>
        <w:t>А він каже: Няв! Няв!&lt;br /&gt;</w:t>
        <w:br/>
        <w:t>Все "Няв" та "Няв"!&lt;br /&gt;</w:t>
        <w:br/>
        <w:t>От який дурненький котик!</w:t>
      </w:r>
    </w:p>
    <w:p>
      <w:r>
        <w:br/>
        <w:t>Стала дівчинка котика годувати.&lt;br /&gt;</w:t>
        <w:br/>
        <w:t>Подала вівсяну-кашку –&lt;br /&gt;</w:t>
        <w:br/>
        <w:t>І не глянув він на чашку.&lt;br /&gt;</w:t>
        <w:br/>
        <w:t>Ще дала йому редиски –&lt;br /&gt;</w:t>
        <w:br/>
        <w:t>Одвернувся він од миски.</w:t>
      </w:r>
    </w:p>
    <w:p>
      <w:r>
        <w:br/>
        <w:t>А дала шматочок сала –&lt;br /&gt;</w:t>
        <w:br/>
        <w:t>Закричав наш котик: – Мало!&lt;br /&gt;</w:t>
        <w:br/>
        <w:t>От який дурненький котик!</w:t>
      </w:r>
    </w:p>
    <w:p>
      <w:r>
        <w:br/>
        <w:t>Не було в домі мишенят-шкрябунців, а було багато олівців. Лежали вони на столі в татка і потрапили в лапи до кошенятка. Як стрибнув наш котик нишком, олівець піймав як мишку.&lt;br /&gt;</w:t>
        <w:br/>
        <w:t>І давай його катати&lt;br /&gt;</w:t>
        <w:br/>
        <w:t>Вздовж великої кімнати:&lt;br /&gt;</w:t>
        <w:br/>
        <w:t>Від стола до табурета,&lt;br /&gt;</w:t>
        <w:br/>
        <w:t>Від комода до буфета.&lt;br /&gt;</w:t>
        <w:br/>
        <w:t>Від комода під стілець&lt;br /&gt;</w:t>
        <w:br/>
        <w:t>Котить, котить олівець...&lt;br /&gt;</w:t>
        <w:br/>
        <w:t>Закотив під шафу швидко&lt;br /&gt;</w:t>
        <w:br/>
        <w:t>І шукає без кінця...&lt;br /&gt;</w:t>
        <w:br/>
        <w:t>Олівця ніде не видко –&lt;br /&gt;</w:t>
        <w:br/>
        <w:t>Не дістати олівця.&lt;br /&gt;</w:t>
        <w:br/>
        <w:t>От який дурненький котик!</w:t>
      </w:r>
    </w:p>
    <w:p>
      <w:r>
        <w:br/>
        <w:t>Закутала дівчинка котика в хустку і пішла з ним у сад.&lt;br /&gt;</w:t>
        <w:br/>
        <w:t>Люди питають: – Хто це у вас?&lt;br /&gt;</w:t>
        <w:br/>
        <w:t>А дівчинка каже: – Це моя донька.&lt;br /&gt;</w:t>
        <w:br/>
        <w:t>Люди питають: – Чому у вашої доньки сірі долоньки?&lt;br /&gt;</w:t>
        <w:br/>
        <w:t>А дівчинка каже: – Вона давно не милась.&lt;br /&gt;</w:t>
        <w:br/>
        <w:t>Люди питають: – Чому у неї шия кошлата й вуса, наче у тата?&lt;br /&gt;</w:t>
        <w:br/>
        <w:t>А дівчинка каже: – Вона давно не голилась.&lt;br /&gt;</w:t>
        <w:br/>
        <w:t>А котик як вискочить, як побіжить, – усі й побачили, що це котик – вусатий, смугатий.&lt;br /&gt;</w:t>
        <w:br/>
        <w:t>От який дурненький котик!</w:t>
      </w:r>
    </w:p>
    <w:p>
      <w:r>
        <w:br/>
        <w:t>Та минуло кілька літ, –&lt;br /&gt;</w:t>
        <w:br/>
        <w:t>З нього став розумний кіт.</w:t>
      </w:r>
    </w:p>
    <w:p>
      <w:r>
        <w:br/>
        <w:t>А дівчинка теж виросла, стала ще розумнішою і вчиться в першім класі сто першої школи.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Вусатий-смугатий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