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Вуса № 3</w:t>
      </w:r>
    </w:p>
    <w:p>
      <w:r>
        <w:br/>
        <w:t xml:space="preserve"> &lt;p&gt;Все почалося з реклами.</w:t>
      </w:r>
    </w:p>
    <w:p>
      <w:r>
        <w:br/>
        <w:t>Читаю якось у газеті: "...якщо ви захоплюєтесь театральним мистецтвом, пробуєте свої сили на самодіяльній сцені, то вам часто бувають потрібні накладні вуса, бороди, брови чи бакенбарди".</w:t>
      </w:r>
    </w:p>
    <w:p>
      <w:r>
        <w:br/>
        <w:t>"Ти диви-и,— думаю,— реклама все знає.: чим я захоплююсь, і чого мені треба, і чого в мене немає..."</w:t>
      </w:r>
    </w:p>
    <w:p>
      <w:r>
        <w:br/>
        <w:t>Щоправда, брови мені не потрібні, свої маю. Бакенбарди — теж, а от вуса... Через два тижні я виступаю на нашій заводській сцені в ролі старого робітника. Вуса ось так потрібні. Пробували самі робити — не те... А тут така реклама!</w:t>
      </w:r>
    </w:p>
    <w:p>
      <w:r>
        <w:br/>
        <w:t>Мчу в Будинок побуту.</w:t>
      </w:r>
    </w:p>
    <w:p>
      <w:r>
        <w:br/>
        <w:t>— Так і так,— кажу,— потрібні вуса. Найсправжнісінькі!</w:t>
      </w:r>
    </w:p>
    <w:p>
      <w:r>
        <w:br/>
        <w:t>— Будуть вам вуса і найсправжнісінькі,— мило посміхнулася гарненька дівчина і зареєструвала моє замовлення.— Зайдіть, будь ласка, в п'яту кімнату.</w:t>
      </w:r>
    </w:p>
    <w:p>
      <w:r>
        <w:br/>
        <w:t>Заходжу. Майстер в білому халаті без зайвих слів посадив мене в крісло і заходився вертіти мою голову то в один бік, то в другий... Відходив на крок, розглядав моє обличчя, нарешті підійшовши впритул, помацав у мене під носом (я навіть чхнув) і сказав:</w:t>
      </w:r>
    </w:p>
    <w:p>
      <w:r>
        <w:br/>
        <w:t>— Ясно. Вам ідуть вуса номер три.</w:t>
      </w:r>
    </w:p>
    <w:p>
      <w:r>
        <w:br/>
        <w:t>— Гаразд,— кажу,— вам видніше. Хай будуть і номер три. Тільки мені щоб через два тижні... У мене — прем'єра...</w:t>
      </w:r>
    </w:p>
    <w:p>
      <w:r>
        <w:br/>
        <w:t>— Через два тижні не будуть,— розвів майстер руками.— В нас немає зараз матеріалу. А тому виготовляємо вуса лише із матеріалу замовника.</w:t>
      </w:r>
    </w:p>
    <w:p>
      <w:r>
        <w:br/>
        <w:t>— Як це — із матеріалу замовника? — не второпав я.— У мене немає нічого підходящого. Хіба що із старого батькового кожуха вовни настригти...</w:t>
      </w:r>
    </w:p>
    <w:p>
      <w:r>
        <w:br/>
        <w:t>— Навіщо кожух стригти? — майстер знову помацав у мене під носом, і я вдруге чхнув.— Будьте здорові... Ось де у вас матеріал. Два-три тижні не поголіться, і буде вам натуральний матеріал. Тоді й приходьте па примірку.</w:t>
      </w:r>
    </w:p>
    <w:p>
      <w:r>
        <w:br/>
        <w:t>Так я і зробив.</w:t>
      </w:r>
    </w:p>
    <w:p>
      <w:r>
        <w:br/>
        <w:t>Приходжу через два тижні "з власним матеріалом".</w:t>
      </w:r>
    </w:p>
    <w:p>
      <w:r>
        <w:br/>
        <w:t>Під носом, звичайно.</w:t>
      </w:r>
    </w:p>
    <w:p>
      <w:r>
        <w:br/>
        <w:t>Посадив мене майстер у крісло, оглянув мої вуса, для чогось посмикав їх і, зрештою, вигукнув:</w:t>
      </w:r>
    </w:p>
    <w:p>
      <w:r>
        <w:br/>
        <w:t>— Чудово! Це якраз те, що й треба. Можете сміливо виступати на сцені. Ніхто й не подумає, що бутафорські. За справжні сприймуть.</w:t>
      </w:r>
    </w:p>
    <w:p>
      <w:r>
        <w:br/>
        <w:t>— Так це і є справжні вуса.</w:t>
      </w:r>
    </w:p>
    <w:p>
      <w:r>
        <w:br/>
        <w:t>— Тоді чого ж ви хвилюєтесь? — майстер виписав квитанцію.— Ідіть у касу і платіть згідно з таксою.</w:t>
      </w:r>
    </w:p>
    <w:p>
      <w:r>
        <w:br/>
        <w:t>— За що? — був я збитий з пантелику.</w:t>
      </w:r>
    </w:p>
    <w:p>
      <w:r>
        <w:br/>
        <w:t>— За вуса! — бадьоро вигукнув майстер.— Та ви не хвилюйтеся, з власного матеріалу вуса будуть дешевше коштувати.</w:t>
      </w:r>
    </w:p>
    <w:p>
      <w:r>
        <w:br/>
        <w:t>Заплатив я в касу за "вуса помер три із матеріалу замовника", а мила дівчина, котра колись приймала у мене замовлення, тільки руками сплеснула:</w:t>
      </w:r>
    </w:p>
    <w:p>
      <w:r>
        <w:br/>
        <w:t>— Як вам ідуть вуса!</w:t>
      </w:r>
    </w:p>
    <w:p>
      <w:r>
        <w:br/>
        <w:t>— Дякую...</w:t>
      </w:r>
    </w:p>
    <w:p>
      <w:r>
        <w:br/>
        <w:t>— Наче справжні!</w:t>
      </w:r>
    </w:p>
    <w:p>
      <w:r>
        <w:br/>
        <w:t>— Так вони і є справжні,— кажу їй.</w:t>
      </w:r>
    </w:p>
    <w:p>
      <w:r>
        <w:br/>
        <w:t>— От бачите, як ми добре обслуговуємо клієнті",— заторохтіла дівчина.— Ось вам Книга скарг і пропозицій. Напишіть, будь ласка, подяку. За вуса.</w:t>
      </w:r>
    </w:p>
    <w:p>
      <w:r>
        <w:br/>
        <w:t>І вона подарувала мені таку чарівну посмішку, що відмовити я просто не міг. Не вистачило сили. Зітхнувши, я написав таке:</w:t>
      </w:r>
    </w:p>
    <w:p>
      <w:r>
        <w:br/>
        <w:t>"Дякую чуйним працівникам Будинку побуту за те, що допомогли мені виростити під моїм носом вуса № З".</w:t>
      </w:r>
    </w:p>
    <w:p>
      <w:r>
        <w:br/>
        <w:t>— Спасибі,— мила дівчина провела мене аж до порога.— Коли що треба... Бороду там, чи що... Одне слово, не соромтеся, заходьте. Ми завжди охоче вам допоможемо.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Вуса № 3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