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 кентаврів</w:t>
      </w:r>
    </w:p>
    <w:p>
      <w:r>
        <w:br/>
        <w:t xml:space="preserve"> Жозе-Марі Ередіа&lt;br /&gt;</w:t>
        <w:br/>
        <w:t>Втеча кентаврів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Щодуху мчать, п'янi від злочину й розбою,&lt;br /&gt;</w:t>
        <w:br/>
        <w:t>Вони до захистку, що в хащах горових.&lt;br /&gt;</w:t>
        <w:br/>
        <w:t>Побитих жахом, смерть наздоганяє їх,&lt;br /&gt;</w:t>
        <w:br/>
        <w:t>Вчувають дух вони левиний за собою.</w:t>
      </w:r>
    </w:p>
    <w:p>
      <w:r>
        <w:br/>
        <w:t>Крізь нетрі линучи нестямною юрбою,&lt;br /&gt;</w:t>
        <w:br/>
        <w:t>Розчавлюють і гідр, і плазунів прудких.&lt;br /&gt;</w:t>
        <w:br/>
        <w:t>Вже зводиться Олімп у висях зоревих,&lt;br /&gt;</w:t>
        <w:br/>
        <w:t>Вже Осса й Пеліон встають страховиною.</w:t>
      </w:r>
    </w:p>
    <w:p>
      <w:r>
        <w:br/>
        <w:t>Зненацька хтось із них застигне мимохіть,&lt;br /&gt;</w:t>
        <w:br/>
        <w:t>І дибки здійметься, і гляне, й знов біжить,&lt;br /&gt;</w:t>
        <w:br/>
        <w:t>Наздоганяючи безумне табунище.</w:t>
      </w:r>
    </w:p>
    <w:p>
      <w:r>
        <w:br/>
        <w:t>Під повним місяцем сліпучим бачив він,&lt;br /&gt;</w:t>
        <w:br/>
        <w:t>Як тінь Гераклова лягає ближче й ближче —&lt;br /&gt;</w:t>
        <w:br/>
        <w:t>Страхіттям навісним — за ними навздогін.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 кентаврів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