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Всюди однаково</w:t>
      </w:r>
    </w:p>
    <w:p>
      <w:r>
        <w:br/>
        <w:t xml:space="preserve"> &lt;p&gt;Кажуть мені, що ти повернувся із заграниці. Як птах, що вертається під весну у рідні сторони. Та птаха тягне під рідну стріху туга, а тебе вона вигнала у далекі світи.</w:t>
      </w:r>
    </w:p>
    <w:p>
      <w:r>
        <w:br/>
        <w:t>Я не маю відваги запитати, що тебе завернуло у рідні сторони: у всьому багатстві нашої мови не знаходжу слова, яким могла б запитати тебе про це. Не знаходжу слова, яке тебе заболіло б, а мене не стривожило б до глибини душі.</w:t>
      </w:r>
    </w:p>
    <w:p>
      <w:r>
        <w:br/>
        <w:t>Деякі слова, як мелодії, дзвенять у душі, а передати їх не можна. Вночі буджусь із сну й думаю: хто й який ти тепер? Що залишив із себе, а що нового придбав у великім місті? Хто тужить там по тобі й за ким твоя думка не дає тобі тут спокою?</w:t>
      </w:r>
    </w:p>
    <w:p>
      <w:r>
        <w:br/>
        <w:t>У всьому багатстві нашої мови не знаходжу відповіді на ці питання.</w:t>
      </w:r>
    </w:p>
    <w:p>
      <w:r>
        <w:br/>
        <w:t>Пригадую собі: ти вже тут мав славу — сам міг диктувати ціну за себе й свою музу. Твоя мати (вибач мені, але я ніколи не полюблю її) називала це "успіхом" в житті... могти за добру ціну продати себе.</w:t>
      </w:r>
    </w:p>
    <w:p>
      <w:r>
        <w:br/>
        <w:t>Я була раз свідком, як ти обсипав публіку, що була купила собі тебе на той вечір, усмішками. Тоді подумала я: варто посидіти у в'язниці за підроблювання грошей, щоб тільки могти купити собі таку твою одну усмішку.</w:t>
      </w:r>
    </w:p>
    <w:p>
      <w:r>
        <w:br/>
        <w:t>Того вечора, відпроваджуючи мене додому (ще ніколи не були такі короткі дороги у нашому місті, як того вечора), сказав ти мені: "Завтра виїжджаю до Відня",— так, як кажемо: "Завтра вибираюсь до театру".</w:t>
      </w:r>
    </w:p>
    <w:p>
      <w:r>
        <w:br/>
        <w:t>"Бережись,— хотіла я шепнути тобі,— бережись перед світом, бо кажуть, що він, такий здалека широкий і незбагненний, зблизька видається химерною дитячою забавкою".</w:t>
      </w:r>
    </w:p>
    <w:p>
      <w:r>
        <w:br/>
        <w:t>Ти зняв мою руку із дзвінка, коли я хотіла подзвонити сторожеві і спитав:</w:t>
      </w:r>
    </w:p>
    <w:p>
      <w:r>
        <w:br/>
        <w:t>— Нічого не скажеш мені на дорогу?</w:t>
      </w:r>
    </w:p>
    <w:p>
      <w:r>
        <w:br/>
        <w:t>Щоб не зрадити своєї думки, хотіла я сказати те, що звичайно в таких випадках кажуть — "Багато щастя", але заломилася на останньому слові: що значить, серце моє, "багато" щастя? Може бути "багато" й "мало" щастя? Може так бути, думко моя?</w:t>
      </w:r>
    </w:p>
    <w:p>
      <w:r>
        <w:br/>
        <w:t>Що значить це слово "щастя"? Значить це — могти продавати себе тільки за високу ціну? Чи значить це — могти за гроші купити півсвіту? Навіть те, що непродажне? Чи, може, значить це — могти нехтувати грішми й жінками? Чи значить це — вбити в собі тугу за невідомим? Що значить це слово, серце моє?</w:t>
      </w:r>
    </w:p>
    <w:p>
      <w:r>
        <w:br/>
        <w:t>Тієї ночі туга моя не давала мені до білого ранку спокою. їй здавалось, що вона тієї ночі відгадала те закляте слово: "щастя". Значило це — бути всюди там, де ти.</w:t>
      </w:r>
    </w:p>
    <w:p>
      <w:r>
        <w:br/>
        <w:t>— Цить, цить,— казала я їй,— далекі світи не для таких, як ми з тобою. Цить, бо кажуть, що тут і там, близько й далеко, всюди однаково...</w:t>
      </w:r>
    </w:p>
    <w:p>
      <w:r>
        <w:br/>
        <w:t>Але ми обидві не вірили в те, що всюди однаково.</w:t>
      </w:r>
    </w:p>
    <w:p>
      <w:r>
        <w:br/>
        <w:t>Мала трагедія малої людини, що не має змоги шмат світу побачити.</w:t>
      </w:r>
    </w:p>
    <w:p>
      <w:r>
        <w:br/>
        <w:t>Вчора бачила я твої очі: вони не повеселішали від того, що половину світу оглянули. Мені здається, що вони такі втомлені, начеб не хотіли більш нічого вже бачити.</w:t>
      </w:r>
    </w:p>
    <w:p>
      <w:r>
        <w:br/>
        <w:t>Я подумала собі: "Трагедія великої людини, що забагато знає й бачила".</w:t>
      </w:r>
    </w:p>
    <w:p>
      <w:r>
        <w:br/>
        <w:t>— Всюди однаково... всюди однаково,— говорять твої втомлені очі,— а світ, такий здалека великий і незбагненний... зблизька видається химерною дитячою забавкою...</w:t>
      </w:r>
    </w:p>
    <w:p>
      <w:r>
        <w:br/>
        <w:t>Чуєш, туго моя?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Всюди однаково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