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Вриваюся у безвість і лечу...</w:t>
      </w:r>
    </w:p>
    <w:p>
      <w:r>
        <w:br/>
        <w:t xml:space="preserve"> Вриваюся у безвість і лечу&lt;br /&gt;</w:t>
        <w:br/>
        <w:t>Назустріч ночі і навстрічу болю,&lt;br /&gt;</w:t>
        <w:br/>
        <w:t>Де німота свої сітки неволі&lt;br /&gt;</w:t>
        <w:br/>
        <w:t>Розкинула, мов сріберну парчу.</w:t>
      </w:r>
    </w:p>
    <w:p>
      <w:r>
        <w:br/>
        <w:t>Маркотно так. Але я не кричу.&lt;br /&gt;</w:t>
        <w:br/>
        <w:t>Навіщо ж бо? Така вже примха долі.&lt;br /&gt;</w:t>
        <w:br/>
        <w:t>Тут зайвий крик, як у чужій стодолі —&lt;br /&gt;</w:t>
        <w:br/>
        <w:t>За скоєні провини я плачу.</w:t>
      </w:r>
    </w:p>
    <w:p>
      <w:r>
        <w:br/>
        <w:t>Але чому, всемилостивий Боже,&lt;br /&gt;</w:t>
        <w:br/>
        <w:t>Ти не поставиш Правду на сторожі&lt;br /&gt;</w:t>
        <w:br/>
        <w:t>Між помислами й діями людей?</w:t>
      </w:r>
    </w:p>
    <w:p>
      <w:r>
        <w:br/>
        <w:t>Тоді були б ми, може, і спасенні,&lt;br /&gt;</w:t>
        <w:br/>
        <w:t>Були би, може, вільні і пісенні,&lt;br /&gt;</w:t>
        <w:br/>
        <w:t>І кожен був би голосом ідей.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Вриваюся у безвість і лечу...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