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Впіймав облизня</w:t>
      </w:r>
    </w:p>
    <w:p>
      <w:r>
        <w:br/>
        <w:t xml:space="preserve"> &lt;p&gt;Валерка завів будильника рівно на шосту годину ранку. Проте, не дочекавшись дзвінка, встав на кілька хвилин раніше. Прилаштував до велосипеда вудки, причепив на руль відро та сумку з харчами і виїхав на дорогу.</w:t>
      </w:r>
    </w:p>
    <w:p>
      <w:r>
        <w:br/>
        <w:t>Ранок видався теплим і тихим. Сонно стояли-дерева,— жодний листочок на них не шелесне,— і лише ранні птахи невпевнено пробували свої захриплі голоси. Ставок був неподалік від села, і Валерка за п'ятнадцять хвилин уже був на місці. Вмостившись зручніше, закинув вудки. Червоні поплавки спочатку заглибилися у воду, потім стрімко виринули й, хитнувшись, завмерли.</w:t>
      </w:r>
    </w:p>
    <w:p>
      <w:r>
        <w:br/>
        <w:t>Вода була спокійна. Здавалося, що велетенська рука пройшла по поверхні ставка могутньою праскою і не залишила на ньому жодної складки. Кльову теж не було. Валерка кинув у воду жменю макухи, яку захопив для приманки, і, переконавшись, що риба дрімає, і собі заплющив очі. Почав пригадувати всілякі рибальські бувальщини. Розповідали, що дідусь Микита, який ловить на човні, одного разу впіймав таку щуку, що та його півдня таскала по річці і лише десь ополудні вибилася із сил. Коли нарешті рибалки гуртом витягли її на берег, то виявилось, що в її шлунку було півдесятка карасів. "Пощастило" і Павленкові: зловив дірявого чобота.</w:t>
      </w:r>
    </w:p>
    <w:p>
      <w:r>
        <w:br/>
        <w:t>Валерка вже почав втрачати терпець, а воно все не клювало. Ну хоча б муха на поплавок сіла. Торба макухи пропала ні за цапову душу.</w:t>
      </w:r>
    </w:p>
    <w:p>
      <w:r>
        <w:br/>
        <w:t>Раптом він здригнувся. Поплавок, який стояв, ніби ручка в чорнильниці, затремтів, як осиковий лист, і застиг.</w:t>
      </w:r>
    </w:p>
    <w:p>
      <w:r>
        <w:br/>
        <w:t>Потім повільно поплив убік, ніби його повела невидима рука, і різко пішов углибину.</w:t>
      </w:r>
    </w:p>
    <w:p>
      <w:r>
        <w:br/>
        <w:t>Валерка від несподіванки так шарпонув вудку на себе, що бідолашний карась, блиснувши на сонці, описав у повітрі дугу і ляпнувся позаду в бур'яни. "Тепер не доведеться пробиратися додому городами,— повеселів Валерка. Сусіди не сміятимуться. Хоч один карась, але путній. І на сковорідці не поміститься".</w:t>
      </w:r>
    </w:p>
    <w:p>
      <w:r>
        <w:br/>
        <w:t>Валерка схопив його в руки і хотів було вкинути у відро, як раптом карась заговорив людським голосом:</w:t>
      </w:r>
    </w:p>
    <w:p>
      <w:r>
        <w:br/>
        <w:t>— Пожалій мене, хлопче добрий. Я карась не простий, а золотий. Відпусти на волю. Я стану тобі у добрій пригоді.</w:t>
      </w:r>
    </w:p>
    <w:p>
      <w:r>
        <w:br/>
        <w:t>Валерка від несподіванки випустив рибу у ставок.</w:t>
      </w:r>
    </w:p>
    <w:p>
      <w:r>
        <w:br/>
        <w:t>— Що за напасть? — ущипнув себе за вухо.— Чи, можливо, вчора на сонці перегрівся? Тепер всілякі дурниці верзуться.</w:t>
      </w:r>
    </w:p>
    <w:p>
      <w:r>
        <w:br/>
        <w:t>Валерка протер очі.</w:t>
      </w:r>
    </w:p>
    <w:p>
      <w:r>
        <w:br/>
        <w:t>Ні. Це не марення. І золотий карась он біля корча голову висунув.</w:t>
      </w:r>
    </w:p>
    <w:p>
      <w:r>
        <w:br/>
        <w:t>— Дякую тобі, юначе. А тепер що хочеш, те й проси. Виконаю всі твої бажання.</w:t>
      </w:r>
    </w:p>
    <w:p>
      <w:r>
        <w:br/>
        <w:t>Оце так нагода!</w:t>
      </w:r>
    </w:p>
    <w:p>
      <w:r>
        <w:br/>
        <w:t>— Хочу новенького велосипеда,— видихнув одними губами.</w:t>
      </w:r>
    </w:p>
    <w:p>
      <w:r>
        <w:br/>
        <w:t>Завмер. Не встигли його слова затихнути, як поруч з'явилася новенька веломашина.</w:t>
      </w:r>
    </w:p>
    <w:p>
      <w:r>
        <w:br/>
        <w:t>Валерка скочив на сідло і зробив чималий круг. Котився м'яко, легко.</w:t>
      </w:r>
    </w:p>
    <w:p>
      <w:r>
        <w:br/>
        <w:t>Карась не поспішав втікати на глибину.</w:t>
      </w:r>
    </w:p>
    <w:p>
      <w:r>
        <w:br/>
        <w:t>Задоволений? — цікавиться карась.</w:t>
      </w:r>
    </w:p>
    <w:p>
      <w:r>
        <w:br/>
        <w:t>— Іще й як! — вихопилося радісно.</w:t>
      </w:r>
    </w:p>
    <w:p>
      <w:r>
        <w:br/>
        <w:t>— Які є іще прохання?</w:t>
      </w:r>
    </w:p>
    <w:p>
      <w:r>
        <w:br/>
        <w:t>Валерка замислився. Найпершою і найбільшою його мрією було якнайшвидше стати дорослим. Тоді не доведеться щодня ходити до школи, звітувати про свої невдачі мамі.</w:t>
      </w:r>
    </w:p>
    <w:p>
      <w:r>
        <w:br/>
        <w:t>Він так і сказав.</w:t>
      </w:r>
    </w:p>
    <w:p>
      <w:r>
        <w:br/>
        <w:t>Карась ляснув хвостом по воді.</w:t>
      </w:r>
    </w:p>
    <w:p>
      <w:r>
        <w:br/>
        <w:t>За якусь мить Валерка відчув, що виріс удвічі. І руки стали довшими і міцнішими.</w:t>
      </w:r>
    </w:p>
    <w:p>
      <w:r>
        <w:br/>
        <w:t>Та Валерка був не з тих, хто міг заспокоїтися на досягнутому. Отож він вирішив:</w:t>
      </w:r>
    </w:p>
    <w:p>
      <w:r>
        <w:br/>
        <w:t>— Якщо я дорослий, то мені, карасю, велосипеда замало. Не дитина. Хочу автомобіля "Жигули".</w:t>
      </w:r>
    </w:p>
    <w:p>
      <w:r>
        <w:br/>
        <w:t>Тепер Валерка вже не дивувався — чекав. І, коли біля нього з'явилася сніжно біла автомашина, навіть не ойкнув. Тихо працював двигун. Із приймача лилась пісня у виконанні Алли Пугачової.</w:t>
      </w:r>
    </w:p>
    <w:p>
      <w:r>
        <w:br/>
        <w:t>Та Валерці й цього було замало.</w:t>
      </w:r>
    </w:p>
    <w:p>
      <w:r>
        <w:br/>
        <w:t>— На уроках дрімаю. Ну тільки сяду за парту — і готовий. Навіть сни сняться. Інколи кольорові. Учитель просить відповісти на запитання, а я його й не чую. А жартівники підкажуть так, що я потім верзу дурницю, а всі від сміху рачки лазять. І сновидіння ці мене замордували вкінець.</w:t>
      </w:r>
    </w:p>
    <w:p>
      <w:r>
        <w:br/>
        <w:t>Подумавши, попрохав:</w:t>
      </w:r>
    </w:p>
    <w:p>
      <w:r>
        <w:br/>
        <w:t>— Зроби так, щоб не спалося.</w:t>
      </w:r>
    </w:p>
    <w:p>
      <w:r>
        <w:br/>
        <w:t>Лише проказав Валерка ці слова, як нараз опинився на старому місці з вудочкою в руках. Сонце вже було височенько і пригрівало в потилицю, грало золотим промінням по воді. Поплавок стояв на місці, не згойднувшись, а біля кошика з харчами лежав сусідський пес Бровко і, злодійкувато оглядаючись, доїдав бутерброд із ковбасою.</w:t>
      </w:r>
    </w:p>
    <w:p>
      <w:r>
        <w:br/>
        <w:t>Валерка сердито махнув на нього палицею і, глянувши на корч, де йому привиділось чудо, спересердя піддав ногою порожнє відро.</w:t>
      </w:r>
    </w:p>
    <w:p>
      <w:r>
        <w:br/>
        <w:t>І треба ж було прокинутись...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Впіймав облизня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