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</w:t>
      </w:r>
    </w:p>
    <w:p>
      <w:r>
        <w:br/>
        <w:t xml:space="preserve"> &lt;p&gt;Мисливцеві, що йому вперше в житті доводиться їхати чи йти полювати вовка, раз і назавжди слід обов'язково запам'ятати стару нашу народну приповідку :</w:t>
      </w:r>
    </w:p>
    <w:p>
      <w:r>
        <w:br/>
        <w:t>"Не бійсь вовка, — сідай у хаті".</w:t>
      </w:r>
    </w:p>
    <w:p>
      <w:r>
        <w:br/>
        <w:t>Вовк — хижак і хижак лютий, кровожадливий, — проте боятися його нема чого.</w:t>
      </w:r>
    </w:p>
    <w:p>
      <w:r>
        <w:br/>
        <w:t>Кіндрат Калістратович Моргниоко, давній і досвідчений убийвовк, — так він усім розповідав і всіх учив, що вовк — звір надто полохливий і боязкий.</w:t>
      </w:r>
    </w:p>
    <w:p>
      <w:r>
        <w:br/>
        <w:t>— Ось послухайте, — казав усім Кіндрат Калістратович. — Живу, як знаєте, я на хуторі і якраз на узліссі. Кошара моя стріхою аж на ліщину ніби налягає. От вовк і нанюхав моїх овечок. Продер глупої ночі під стріхою в кошару дірку та й уплигнув серед овечки. Ну, в кошарі, звісно, ґвалт, — вівці: "Ме-е-е!", та й у хліві, — а хлів поруч, — корова в рев! Я почув, вискочив з хати та прожогом у кошару. А воно щось сіре повз мене під стріху — шелесть! Крізь дірку проскочити не встигло, як я його за хвіст, а воно, видите, вовк. Ну, лякливий же, я вам скажу, звір! Така вже, звиніть, неприятність! Хоч що ви мені тут кажіть, а вовк — звір кріпко полохливий!</w:t>
      </w:r>
    </w:p>
    <w:p>
      <w:r>
        <w:br/>
        <w:t>А на нашу думку, це ще не такий сильний аргумент за вовчу полохливість, бо хто знає, яка б "неприятність" вийшла, коли б вовк зненацька вхопив Кіндрата Калістратовича, ну, не за хвіст, а взагалі ззаду... А Кіндрата Калістратовича ми всі знали за хоробру і сильну духом людину.</w:t>
      </w:r>
    </w:p>
    <w:p>
      <w:r>
        <w:br/>
        <w:t>Та хоч вовк, може, й не такий уже сильно полохливий, проте ще раз кажемо:</w:t>
      </w:r>
    </w:p>
    <w:p>
      <w:r>
        <w:br/>
        <w:t>"Не бійсь вовка!"</w:t>
      </w:r>
    </w:p>
    <w:p>
      <w:r>
        <w:br/>
        <w:t>Полювати вовка — це для мисливця і честь, і обов'язок, бо хто ж таки не почервоніє й очей долу не спустить, коли йому скажуть:</w:t>
      </w:r>
    </w:p>
    <w:p>
      <w:r>
        <w:br/>
        <w:t>— Сидите ви тут, сидите, охотникамії прозиваєтесь, а у Вербовому хуторі вчора вовки трьох овець зарізали та телиці лівий задок од'їли.</w:t>
      </w:r>
    </w:p>
    <w:p>
      <w:r>
        <w:br/>
        <w:t>— А де це Вербовий хутір?</w:t>
      </w:r>
    </w:p>
    <w:p>
      <w:r>
        <w:br/>
        <w:t>— Од Зачепилівки кілометрів не більш як з п'ять буде. Як доїдете до могили, так дорога вліво піде, тією дорогою й їдьте. Ярок переїдете, беріть праворуч, та понад ярком, понад ярком, нікуди не звертаючи, якраз у Вербовий хутір і в'їдете...</w:t>
      </w:r>
    </w:p>
    <w:p>
      <w:r>
        <w:br/>
        <w:t>— А вовки хіба в самому хуторі?</w:t>
      </w:r>
    </w:p>
    <w:p>
      <w:r>
        <w:br/>
        <w:t>— Ні, на хуторі спитаєте кривого Степана, — він знає, де вовки. Той усе на світі знає. Давній охотник, тільки правов не вибрав.</w:t>
      </w:r>
    </w:p>
    <w:p>
      <w:r>
        <w:br/>
        <w:t>— Чи не в Перещепиному це лісі? — кидає Кіндрат Калістратович.</w:t>
      </w:r>
    </w:p>
    <w:p>
      <w:r>
        <w:br/>
        <w:t>— Та, мабуть, що в Перещепиному. Де ж їм більше бути, як не в Перещепиному... І лісу чимало, і самі ж вам ярки та балки. Тільки в Перещспиному. Вовка там як хмари! Закурить нема?</w:t>
      </w:r>
    </w:p>
    <w:p>
      <w:r>
        <w:br/>
        <w:t>— Закурюйте!</w:t>
      </w:r>
    </w:p>
    <w:p>
      <w:r>
        <w:br/>
        <w:t>— Так почекайте, — устряв знову Кіндрат Калістратович. — Як у Перещепиному, так чого ж нам тоді до Вербового хутора їхати? ІІерещепине, — воно ж біля Розлогого хутора, а Вербовий — так він же біля Кучерявої балки... То, може ж, то вовки з Кучерявої балки?</w:t>
      </w:r>
    </w:p>
    <w:p>
      <w:r>
        <w:br/>
        <w:t>— Мо' й так! Воно, конешно, вовк, конешно, звір! Правильно! Тільки в Кучерявій! Густа балка і чималенька балка. Ох, і вовка там! Як завиють, — волосся дротом!</w:t>
      </w:r>
    </w:p>
    <w:p>
      <w:r>
        <w:br/>
        <w:t>— Так тоді давайте до Вербового вдаримося! Це — в Кучерявій!</w:t>
      </w:r>
    </w:p>
    <w:p>
      <w:r>
        <w:br/>
        <w:t>— Так-таки до Вербового й прямуйте. Та там спитаєте кривого Степана, — його всі там знають. Той вам і розкаже, й покаже. Він усе знає, бо охотиик давній, от тільки що оце тепер правов не вибрав.</w:t>
      </w:r>
    </w:p>
    <w:p>
      <w:r>
        <w:br/>
        <w:t>— Ну поїхали! Прощавайте! Спасибі, що сказали!</w:t>
      </w:r>
    </w:p>
    <w:p>
      <w:r>
        <w:br/>
        <w:t>— Щасливої! Підсипте ще махорочки! Запашна махорочка!</w:t>
      </w:r>
    </w:p>
    <w:p>
      <w:r>
        <w:br/>
        <w:t>— Закурюйте!</w:t>
      </w:r>
    </w:p>
    <w:p>
      <w:r>
        <w:br/>
        <w:t>— Спасибі. Так як ярок переїдете, беріть зразу понад ярком і аж до самого Вербового. Три ж овечки й телиця, — господарству ж збитки які. Ніззя, треба винищити. Бувайте здорові!</w:t>
      </w:r>
    </w:p>
    <w:p>
      <w:r>
        <w:br/>
        <w:t>II</w:t>
      </w:r>
    </w:p>
    <w:p>
      <w:r>
        <w:br/>
        <w:t>Ну, значить, переїхали ярок, взяли праворуч, та понад ярком, понад ярком, нікуди не звертаючи, прямісінько у Вербовий хутір.</w:t>
      </w:r>
    </w:p>
    <w:p>
      <w:r>
        <w:br/>
        <w:t>— Тр-р-р! Драстуйте, бабусю!</w:t>
      </w:r>
    </w:p>
    <w:p>
      <w:r>
        <w:br/>
        <w:t>— Драстуйте!</w:t>
      </w:r>
    </w:p>
    <w:p>
      <w:r>
        <w:br/>
        <w:t>— Де тут, скажіть, будь ласка, кривий Степан живе?</w:t>
      </w:r>
    </w:p>
    <w:p>
      <w:r>
        <w:br/>
        <w:t>— Кривий Степан?</w:t>
      </w:r>
    </w:p>
    <w:p>
      <w:r>
        <w:br/>
        <w:t>— Еге! Охотник!</w:t>
      </w:r>
    </w:p>
    <w:p>
      <w:r>
        <w:br/>
        <w:t>— Так він же ж тепер не охотник: він без правові А живе він... Одна... Друга... Третя... Четверта... П'ята... Шоста... Сьома... за четвертою хатою повернете в уличку. Тією вуличкою у самісінький двір так і в'їдете.</w:t>
      </w:r>
    </w:p>
    <w:p>
      <w:r>
        <w:br/>
        <w:t>— Спасибі, бабусю!</w:t>
      </w:r>
    </w:p>
    <w:p>
      <w:r>
        <w:br/>
        <w:t>— Тільки сьогодні неділя, мабуть, його вдома пс-ма, на охоту пішов.</w:t>
      </w:r>
    </w:p>
    <w:p>
      <w:r>
        <w:br/>
        <w:t>— Та то вже як там буде!</w:t>
      </w:r>
    </w:p>
    <w:p>
      <w:r>
        <w:br/>
        <w:t>За четвертою хатою вулички нема. Стали.</w:t>
      </w:r>
    </w:p>
    <w:p>
      <w:r>
        <w:br/>
        <w:t>Бабуся кричить:</w:t>
      </w:r>
    </w:p>
    <w:p>
      <w:r>
        <w:br/>
        <w:t>— Та куди ж ви? Вже проїхали!</w:t>
      </w:r>
    </w:p>
    <w:p>
      <w:r>
        <w:br/>
        <w:t>— Та то ж, бабусю, третя хата, а не четверта!</w:t>
      </w:r>
    </w:p>
    <w:p>
      <w:r>
        <w:br/>
        <w:t>— Дивись, а я думала — четверта. Недобачаю вже я. Не тільки вулиці, а вже й нитки в голку не вштрикну.</w:t>
      </w:r>
    </w:p>
    <w:p>
      <w:r>
        <w:br/>
        <w:t>Завернули у вуличку і прямісінько в двір.</w:t>
      </w:r>
    </w:p>
    <w:p>
      <w:r>
        <w:br/>
        <w:t>— Драстуйте, Степане! як вас?..</w:t>
      </w:r>
    </w:p>
    <w:p>
      <w:r>
        <w:br/>
        <w:t>— Іванович...</w:t>
      </w:r>
    </w:p>
    <w:p>
      <w:r>
        <w:br/>
        <w:t>— Степане Івановичу! Це ви охотник?</w:t>
      </w:r>
    </w:p>
    <w:p>
      <w:r>
        <w:br/>
        <w:t>— Охотник-то я, конешно, охотник, так тільки не встиг правов виправить. Без правов. Не охочусь гелер...</w:t>
      </w:r>
    </w:p>
    <w:p>
      <w:r>
        <w:br/>
        <w:t>— Вовки, кажуть, одолівають тут вас?</w:t>
      </w:r>
    </w:p>
    <w:p>
      <w:r>
        <w:br/>
        <w:t>— Ні, такого щось не чувать! Тихо з вовками, хвалити бога, тихо поки що... Зайчики, ті, конешно, попадаються. І густенько... Лисичку іноді торохнеш... Буває...</w:t>
      </w:r>
    </w:p>
    <w:p>
      <w:r>
        <w:br/>
        <w:t>— А троє овець хто зарізав?</w:t>
      </w:r>
    </w:p>
    <w:p>
      <w:r>
        <w:br/>
        <w:t>— Троє? Не слихав... Позавчора Секлета, одноосібііиця, заколола, так не вівцю, а кабанчика...</w:t>
      </w:r>
    </w:p>
    <w:p>
      <w:r>
        <w:br/>
        <w:t>— А телиці зад хто од'їв?</w:t>
      </w:r>
    </w:p>
    <w:p>
      <w:r>
        <w:br/>
        <w:t>— Що ви, товариші?! Це — брехня, вірте совісті, брехня. Десятий рік я старшим корівником. Коли хто навіть ударить, строго взиськую, а не то що цілі зади од'їдать... Хто ж це вже підкопується?!</w:t>
      </w:r>
    </w:p>
    <w:p>
      <w:r>
        <w:br/>
        <w:t>— Та ні, ми, Степане Івановичу, про вовків!</w:t>
      </w:r>
    </w:p>
    <w:p>
      <w:r>
        <w:br/>
        <w:t>— Які такі вовки, коли в мене по дві тисячі літрів на фуражну корову, а вони— "зади од'їдають"? Хай знімають, коли не вірять!</w:t>
      </w:r>
    </w:p>
    <w:p>
      <w:r>
        <w:br/>
        <w:t>Розтлумачуєте, кінець кінцем, у чім річ, і Степан Іванович заспокоюється.</w:t>
      </w:r>
    </w:p>
    <w:p>
      <w:r>
        <w:br/>
        <w:t>— Так у вас про вовків, значить, не чуть? А так поблизу де-небудь?</w:t>
      </w:r>
    </w:p>
    <w:p>
      <w:r>
        <w:br/>
        <w:t>— Говорили, що кілометрів за п'ятнадцять звідси, у Попівському, ніби виють. І що справді ніби комусь зад од'їли... Не знаю тільки кому — чи телиці, чи комусь іншому...</w:t>
      </w:r>
    </w:p>
    <w:p>
      <w:r>
        <w:br/>
        <w:t>III</w:t>
      </w:r>
    </w:p>
    <w:p>
      <w:r>
        <w:br/>
        <w:t>— Поїдьмо, товариші, на Попівське! Може, там справді щось організуємо, — каже Кіндрат Калістра-тович. — Там таки справді бували облави на вовків і там таки є справжній мисливець, що має і прапорці, і зможе зібрати гучків-загонщиків, і знає, де поставити на номера. А я, як фахівець у цій справі, навчу вас, як полювати вовків облавою.</w:t>
      </w:r>
    </w:p>
    <w:p>
      <w:r>
        <w:br/>
        <w:t>— Поїдьмо! Забились, так уже поїдемо. Сьогодні, може, вже не встигнемо, ну що ж, лишимося, завтра й пополюємо!</w:t>
      </w:r>
    </w:p>
    <w:p>
      <w:r>
        <w:br/>
        <w:t>Поїхали!</w:t>
      </w:r>
    </w:p>
    <w:p>
      <w:r>
        <w:br/>
        <w:t>Кіндрат Калістратович, давній убийвокк, розповідає про вовчу облаву.</w:t>
      </w:r>
    </w:p>
    <w:p>
      <w:r>
        <w:br/>
        <w:t>— Ой цікава ця штука, товариші, облава на вовка. Вовк залягає на день у густій хащі і там лежить до ночі і тільки вночі виходить од "їдати телицям зади, різати овечки та лошата. Досвідчений охотніщ зарані вже знає, де вони є, бо прислухається до їхнього виття, а то й сам, виючи по-вовчому, викликає їх на відповідь, щоб уже напевне знати, де саме вони лежать. Коли це все вже вивчено, тоді починачається облава. З'їздяться мисливці, зарані сповіщаються загонщики, з двох боків те місце обтягується шнурком, з прив'язаними на ньому прапорцями. З одного боку, де прапорців нема, розставляються на номерах охотники, а навпроти, здалека, заходять загонщики, запускаються, коли єсть, собаки... Звір піде на охотників, убік він не побіжить, бо боїться прапорців... От, значить, обложили, стали. Загонщики чекають знака, коли починати... У лісі тихо-тихо... Іноді тільки трісне гілочка, упаде з ялинки, стук-стукне дятел... Ви стоїте й "прочісуєте" зором свою територію: де стежка, де галявина, — щоб зарані вже знати, як бити вовка, коли він піде, — чи просто на вас, чи, може, трохи праворуч, чи ліворуч. Ви ж знаєте, що й праворуч, і ліворуч на номерах ваші товариші-мисливці. Отже, щоб не допустити його на їхню територію, а щоб вовк був ваш! І тільки ваш! От почалися гони. Крик, шум, гам. Тріщить десь ліщина, гавкають собаки, стріляє старшина загонщиків... Не ліс там у загонщиків, а пекло. Га-ла-ла! Тю! Го-го! Ух! Ох! Та-ра-ра-ра! — Пекло це прямує на вас. Отут уже держіться. Тут уже кожний тріск гілки — то тріск усіх ваших нервів. Падіння шишки з ялинки — атомна бомба. Стрибок зайця — мінімум стрибок жирафи. Лисиця — тигр. А ви ж зайців і лисиць не стріляєте. Боже борони! Найтяжчий злочин — стріляти на вовчій охоті в щось інше, крім вовка. І от, нарешті, іде він. Я його, товариші, не тільки на око впізнаю, я його ходу за сто метрів знаю, я чую його єством своїм усім. І от — між кущами мельк! — сіре. Раз на мене — вважайте, що вовка нема. З першого пострілу. А там іще — постріл, там постріл. А якась роззява то й не помітить. А дехто, помітивши вовка, — на грушу. Буває й таке. А дехто й собаку, замість вовка, стукне. Буває й таке. Наближаються гонщики:</w:t>
      </w:r>
    </w:p>
    <w:p>
      <w:r>
        <w:br/>
        <w:t>— Скільки взяли?</w:t>
      </w:r>
    </w:p>
    <w:p>
      <w:r>
        <w:br/>
        <w:t>— Трьох!</w:t>
      </w:r>
    </w:p>
    <w:p>
      <w:r>
        <w:br/>
        <w:t>— Скільки пройшло?</w:t>
      </w:r>
    </w:p>
    <w:p>
      <w:r>
        <w:br/>
        <w:t>— Два!</w:t>
      </w:r>
    </w:p>
    <w:p>
      <w:r>
        <w:br/>
        <w:t>— Ех ви! Як же це ви зівнули?! І от тоді на узліссі оповідання про колишні облави...</w:t>
      </w:r>
    </w:p>
    <w:p>
      <w:r>
        <w:br/>
        <w:t>— А тоді, пам'ятаю...</w:t>
      </w:r>
    </w:p>
    <w:p>
      <w:r>
        <w:br/>
        <w:t>— А отоді...</w:t>
      </w:r>
    </w:p>
    <w:p>
      <w:r>
        <w:br/>
        <w:t>— А раз...</w:t>
      </w:r>
    </w:p>
    <w:p>
      <w:r>
        <w:br/>
        <w:t>Та що там говорити...</w:t>
      </w:r>
    </w:p>
    <w:p>
      <w:r>
        <w:br/>
        <w:t>Кіндрат Калістратович аж упрів, оповідаючії про вовчу облаву. Очі йому блищать. Почервонів увесь. Слухачі зачаровані.</w:t>
      </w:r>
    </w:p>
    <w:p>
      <w:r>
        <w:br/>
        <w:t>IV</w:t>
      </w:r>
    </w:p>
    <w:p>
      <w:r>
        <w:br/>
        <w:t>Їдете, значить, ви на Попівське.</w:t>
      </w:r>
    </w:p>
    <w:p>
      <w:r>
        <w:br/>
        <w:t>Обабіч дороги, аж ген-ген — куди око дістає, закучерявилися зелені вруна колгоспної озимої пшениці.</w:t>
      </w:r>
    </w:p>
    <w:p>
      <w:r>
        <w:br/>
        <w:t>А за зеленями, на пагорках, чорніє, ніби воронове крило, колгоспна зяб...</w:t>
      </w:r>
    </w:p>
    <w:p>
      <w:r>
        <w:br/>
        <w:t>Аж ось мчить з гори віз. Кобильчина летить галопом. На возі стоїть громадянин, кашкет йому набакир, в лівій руці віжки, а в правій — батіг, що загрозливо навис над кобильчиною.</w:t>
      </w:r>
    </w:p>
    <w:p>
      <w:r>
        <w:br/>
        <w:t>— Н-н-н-но! Н-н-н-но!</w:t>
      </w:r>
    </w:p>
    <w:p>
      <w:r>
        <w:br/>
        <w:t>— Куди летиш, дядьку?</w:t>
      </w:r>
    </w:p>
    <w:p>
      <w:r>
        <w:br/>
        <w:t>— Вовк!</w:t>
      </w:r>
    </w:p>
    <w:p>
      <w:r>
        <w:br/>
        <w:t>— Де?</w:t>
      </w:r>
    </w:p>
    <w:p>
      <w:r>
        <w:br/>
        <w:t>— Отам, на горі, на пшениці! Мишкує! Н-н-но! Кіндрат Калістратович, як старий і досвідчений убийвовк, резюмує:</w:t>
      </w:r>
    </w:p>
    <w:p>
      <w:r>
        <w:br/>
        <w:t>— Нічого вдивительного нема! Може бути! Старі вовки, розлючені, що нічого не бояться, іноді виходять і вдень помишкувать на поле. Буває. Сіпни, Петре, коні, може, справді побачимо...</w:t>
      </w:r>
    </w:p>
    <w:p>
      <w:r>
        <w:br/>
        <w:t>Підтюпцем вибираєтесь на гору. Праворуч од дороги пшениця пішла схилом до річечки. За річкою весь у вербах невеличкий хутірець.</w:t>
      </w:r>
    </w:p>
    <w:p>
      <w:r>
        <w:br/>
        <w:t>— Он! — аж скрикнув Кіндрат Калістратович. Справді, серед великого лану озимої пшениці стоїть сірий звір. Він нахилив голову і щось ніби винюхує. Потім починає гребти лапою землю.</w:t>
      </w:r>
    </w:p>
    <w:p>
      <w:r>
        <w:br/>
        <w:t>— Хлопці! — шепотить Кіндрат Калістратович. — Один стрибай тут і, пригнувшись, до річки. Другий ізстрибуй трохи далі. Петре Івановичу, ви станете отам, за пагорком, а я спущусь до он тієї вербички. Поволеньки сходьтесь і наганяйте його на мене. Я не промажу. А ти, Петре, їдь собі потсхеньку дорогою та співай, щоб він на тебе поглядав. Пішли.</w:t>
      </w:r>
    </w:p>
    <w:p>
      <w:r>
        <w:br/>
        <w:t>Всі, попригинавшись, розбігаються, як наказав старий і досвідчений убийвовк Кіндрат Калістратович, і починають оточувати звіра. Звір, видать, не дуже полохливий, бувалий звір, бо не видно, щоб дуже нервувався. Побачивши, що до нього наближаються люди, він потихеньку почав одходити, і тоді тільки, як гарячий Петро Іванович, не витримавши, побіг за ним, — легеньким скоком подався на хутірець, прямісінько на Кіндрата Калістратовича.</w:t>
      </w:r>
    </w:p>
    <w:p>
      <w:r>
        <w:br/>
        <w:t>Підпустивши звіра метрів на п'ятдесят, Кіндрат Калістратович вистрілив.</w:t>
      </w:r>
    </w:p>
    <w:p>
      <w:r>
        <w:br/>
        <w:t>Звір дико зааяякав, підстрибнув і вдаривсь об землю.</w:t>
      </w:r>
    </w:p>
    <w:p>
      <w:r>
        <w:br/>
        <w:t>Кіндрат Калістратович його вдруге...</w:t>
      </w:r>
    </w:p>
    <w:p>
      <w:r>
        <w:br/>
        <w:t>Раптом із садка біля крайньої хати одчайдушний крик:</w:t>
      </w:r>
    </w:p>
    <w:p>
      <w:r>
        <w:br/>
        <w:t>— Тату! Нашу сучку вбили!</w:t>
      </w:r>
    </w:p>
    <w:p>
      <w:r>
        <w:br/>
        <w:t>І на постріли, і на крик вибігають чоловіка з п'ять хуторян...</w:t>
      </w:r>
    </w:p>
    <w:p>
      <w:r>
        <w:br/>
        <w:t>Тут дозвольте хвилин на п'ять прервати оповідання...</w:t>
      </w:r>
    </w:p>
    <w:p>
      <w:r>
        <w:br/>
        <w:t>А через хвилин п'ять ясно вже було все:</w:t>
      </w:r>
    </w:p>
    <w:p>
      <w:r>
        <w:br/>
        <w:t>— П'ятдесят — і не менше! Зійшлися на тридцяти.</w:t>
      </w:r>
    </w:p>
    <w:p>
      <w:r>
        <w:br/>
        <w:t>— Та заберіть семеро цуценят, бо чим я їх готуватиму!</w:t>
      </w:r>
    </w:p>
    <w:p>
      <w:r>
        <w:br/>
        <w:t>Їдучи далі, Кіндрат Калістратович говорив:</w:t>
      </w:r>
    </w:p>
    <w:p>
      <w:r>
        <w:br/>
        <w:t>— Нічого вдивительного нема, що зовк виходить і вдень мишкувати на поле... — А подумавши трохи, ніби сам уже до себе, додав: — Тільки ж топ був без цуценят.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