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лелека</w:t>
      </w:r>
    </w:p>
    <w:p>
      <w:r>
        <w:br/>
        <w:t xml:space="preserve"> &lt;p&gt;Голодний вовк знайшов кусень м'яса і накинувся на нього, як скажений. Шматував, глитав поспіхом, давився і ніяк не міг наїстися.</w:t>
      </w:r>
    </w:p>
    <w:p>
      <w:r>
        <w:br/>
        <w:t>А в тому м'ясі була кістка. Вовчисько її не помітив, і кістка застрягла в горлі. Спробував вовк ковтнути, але так йому заболіло, аж у очах потемніло.</w:t>
      </w:r>
    </w:p>
    <w:p>
      <w:r>
        <w:br/>
        <w:t>— Як же її проштовхнути? — думає вовк.</w:t>
      </w:r>
    </w:p>
    <w:p>
      <w:r>
        <w:br/>
        <w:t>Кинувся до води, п'є, п'є — стоїть кістка, як стояла. Наскуб вовк зубами трави, ковтає — знов марно. Не зрушила кістка. Заходився тоді вовк ковтати все, що на очі трапляло: корінці, гілочки, навіть камінчики. Та ба! Стоїть кістка поперек горла — і край!</w:t>
      </w:r>
    </w:p>
    <w:p>
      <w:r>
        <w:br/>
        <w:t>— Ось тобі маєш! Вона ж проб'є мені карк. Що тоді буде? Лишенько мені! Краще б уже не їв того м'яса — хай би ходив голодний! — бідкався вовк.</w:t>
      </w:r>
    </w:p>
    <w:p>
      <w:r>
        <w:br/>
        <w:t>Аж раптом почув він над собою лопотіння крил. Звів очі догори й побачив лелеку, що саме сів на дерево.</w:t>
      </w:r>
    </w:p>
    <w:p>
      <w:r>
        <w:br/>
        <w:t>— День добрий, вовче! — привітався лелека.— Як ся маєш?</w:t>
      </w:r>
    </w:p>
    <w:p>
      <w:r>
        <w:br/>
        <w:t>— Ой, не питай! — понуро пробурчав вовк.</w:t>
      </w:r>
    </w:p>
    <w:p>
      <w:r>
        <w:br/>
        <w:t>Та раптом очі йому заблищали надією. Згадав, що в лелеки довга шия і тонкий дзьоб.</w:t>
      </w:r>
    </w:p>
    <w:p>
      <w:r>
        <w:br/>
        <w:t>"Еге,— подумав вовк,— таж він би міг витягти кістку. Але чи схоче?"</w:t>
      </w:r>
    </w:p>
    <w:p>
      <w:r>
        <w:br/>
        <w:t>— Слухай, лелеко,— каже вовк,— оце застрягла мені в горлі кістка. Стала й стоїть, ні туди ні сюди. Ти б її не витяг?</w:t>
      </w:r>
    </w:p>
    <w:p>
      <w:r>
        <w:br/>
        <w:t>— Я? — здивувався лелека.— Ти що, за лікаря мене маєш?</w:t>
      </w:r>
    </w:p>
    <w:p>
      <w:r>
        <w:br/>
        <w:t>— За лікаря чи не за лікаря, а в тебе довга шия, і ти зможеш ухопити кістку дзьобом. А я віддячу тобі мішком риби.</w:t>
      </w:r>
    </w:p>
    <w:p>
      <w:r>
        <w:br/>
        <w:t>— Справді даси? Цілий мішок? — зрадів лелека.</w:t>
      </w:r>
    </w:p>
    <w:p>
      <w:r>
        <w:br/>
        <w:t>— Чого б я тебе дурив? Піди до мене, подивися, скільки я маю. То як, витягнеш?</w:t>
      </w:r>
    </w:p>
    <w:p>
      <w:r>
        <w:br/>
        <w:t>— Ну, коли так, згоден. Розтуляй рота.</w:t>
      </w:r>
    </w:p>
    <w:p>
      <w:r>
        <w:br/>
        <w:t>Вовк роззявив пащу, лелека всунув туди голову, намацав кістку, вхопив і витяг. Як побачив її вовк — аж підстрибнув з радощів. Ковтнув разів два-три вільно, а тоді заходився роздивлятися кістку.</w:t>
      </w:r>
    </w:p>
    <w:p>
      <w:r>
        <w:br/>
        <w:t>— Ти диви, яка здорова! А гостра ж! Того мені так і боліло. Красно дякую тобі, лелеко, ти мене врятував.</w:t>
      </w:r>
    </w:p>
    <w:p>
      <w:r>
        <w:br/>
        <w:t>— Та що там! — відказує лелека.— Тільки ж ходімо, даси мені мішок риби.</w:t>
      </w:r>
    </w:p>
    <w:p>
      <w:r>
        <w:br/>
        <w:t>Як не розрегочеться вовк!</w:t>
      </w:r>
    </w:p>
    <w:p>
      <w:r>
        <w:br/>
        <w:t>— Мішок риби? Тобі?</w:t>
      </w:r>
    </w:p>
    <w:p>
      <w:r>
        <w:br/>
        <w:t>— Авжеж! Хіба ти не обіцяв мені віддячити?</w:t>
      </w:r>
    </w:p>
    <w:p>
      <w:r>
        <w:br/>
        <w:t>Зміряв вовк оком лелеку та й похитав головою.</w:t>
      </w:r>
    </w:p>
    <w:p>
      <w:r>
        <w:br/>
        <w:t>— Е, любий мій лелеко,— каже,— ти зовсім не маєш розуму в голові! Невже прагнеш дяки більшої за ту, що вже маєш?</w:t>
      </w:r>
    </w:p>
    <w:p>
      <w:r>
        <w:br/>
        <w:t>— Я маю дяку? — здивувався лелека.— Чи ти при своїх? Що ж ти мені таке зробив?</w:t>
      </w:r>
    </w:p>
    <w:p>
      <w:r>
        <w:br/>
        <w:t>— Я дав тобі вийняти голову з мого рота! З вовчого рота! Чи бувало коли-небудь таке в світі?</w:t>
      </w:r>
    </w:p>
    <w:p>
      <w:r>
        <w:br/>
        <w:t>Вовчисько розреготався й вистрибом побіг до свого лігва.</w:t>
      </w:r>
    </w:p>
    <w:p>
      <w:r>
        <w:br/>
        <w:t>Отак негідники вважають, ніби вони роблять добро бодай тим, що не завжди шкодять.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