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Ягня</w:t>
      </w:r>
    </w:p>
    <w:p>
      <w:r>
        <w:br/>
        <w:t xml:space="preserve"> &lt;p&gt;Вовк побачив, що Ягня п'є воду з річки, і хотів знайти якийсь слушний привід, щоб його з'їсти. Отже, хоч він стояв і вище по течії, але почав обвинувачувати Ягня, що воно каламутить йому воду й не дає пити. Ягня відповідало, що воно п'є, торкаючись води тільки краєчком губ, і що, зрештою, воно, стоячи внизу, не може йому каламутити воду. Тоді Вовк зауважив:</w:t>
      </w:r>
    </w:p>
    <w:p>
      <w:r>
        <w:br/>
        <w:t>— Минулого року ти зневажило мого батька.</w:t>
      </w:r>
    </w:p>
    <w:p>
      <w:r>
        <w:br/>
        <w:t>— Мене тоді й на світі не було, — відповіло Ягня.</w:t>
      </w:r>
    </w:p>
    <w:p>
      <w:r>
        <w:br/>
        <w:t>Але Вовк сказав йому:</w:t>
      </w:r>
    </w:p>
    <w:p>
      <w:r>
        <w:br/>
        <w:t>— Хоч би як ти виправдовувалось, я все одно тебе з'їм.</w:t>
      </w:r>
    </w:p>
    <w:p>
      <w:r>
        <w:br/>
        <w:t>Так навіть справедливий захист не має сили для тих, хто заповзявся чинити кривду.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Ягня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