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Вовчі байраки</w:t>
      </w:r>
    </w:p>
    <w:p>
      <w:r>
        <w:br/>
        <w:t xml:space="preserve"> &lt;p&gt;ВОВЧІ БАЙРАКИ</w:t>
      </w:r>
    </w:p>
    <w:p>
      <w:r>
        <w:br/>
        <w:t>Чи далеко-недавно, чи близько-давно ходив вітер?</w:t>
      </w:r>
    </w:p>
    <w:p>
      <w:r>
        <w:br/>
        <w:t>Проходив він за містом, у проваллях, підіймав на синіх крилах сміття, що розкидалося по полі, за Вовчими Байраками.</w:t>
      </w:r>
    </w:p>
    <w:p>
      <w:r>
        <w:br/>
        <w:t>Вночі, в свята, і тут і далі десь лазили промені прожектору, сковзалися, розбивалися туманними кружальцями.</w:t>
      </w:r>
    </w:p>
    <w:p>
      <w:r>
        <w:br/>
        <w:t>... Довго, довго шуміли дерева з північних лісів; довго, довго сміялися кам'яні мури, та все луна йшла по проваллях привидом.</w:t>
      </w:r>
    </w:p>
    <w:p>
      <w:r>
        <w:br/>
        <w:t>Сиротливо бився вітер, в тривозі бився, граючись на згуках трамваїв, залазив спати в кручі і тихо дрімав.</w:t>
      </w:r>
    </w:p>
    <w:p>
      <w:r>
        <w:br/>
        <w:t>Виходили люди в день на смітники, рилися брудними руками, знаходили смердючі ганчірки, раділи; а потім розходилися по місту; потім розходилися по норах.</w:t>
      </w:r>
    </w:p>
    <w:p>
      <w:r>
        <w:br/>
        <w:t>Був-жив Сизон, по норі Середній, ходив у місто, кожного ранку простягав він руку, дивився в очі вітру... Другої руки не було в нього — потяг одрізав.</w:t>
      </w:r>
    </w:p>
    <w:p>
      <w:r>
        <w:br/>
        <w:t>І стояв він на розі та все повторював:</w:t>
      </w:r>
    </w:p>
    <w:p>
      <w:r>
        <w:br/>
        <w:t>— Дайте, Христа ради...</w:t>
      </w:r>
    </w:p>
    <w:p>
      <w:r>
        <w:br/>
        <w:t>Пани проходили, дивились у синій, закутаний фабричним димом, простір, потім повертали свої очі юсторонь... І все щось балакали тихо, як у бурю потайні собаки.</w:t>
      </w:r>
    </w:p>
    <w:p>
      <w:r>
        <w:br/>
        <w:t>Сизон не хотів іти в богадільню, бо він любив хвору жінку — Веклу; а синів Веклиних — своїх не любив, бо вони одбивали хліб у нього й дратували...</w:t>
      </w:r>
    </w:p>
    <w:p>
      <w:r>
        <w:br/>
        <w:t>І часто-часто він, старий ганявся за ними по полі, по дикому, що за Вовчими Байраками, а ще за ними бігав вітер.</w:t>
      </w:r>
    </w:p>
    <w:p>
      <w:r>
        <w:br/>
        <w:t>Старшого сина, Ваньку Бистрого, боявся Сизон, бо йому було 16 років; а як нагонив меншого, Борку, бив костуром, хрипів:</w:t>
      </w:r>
    </w:p>
    <w:p>
      <w:r>
        <w:br/>
        <w:t>— Батько я тобі, батько!</w:t>
      </w:r>
    </w:p>
    <w:p>
      <w:r>
        <w:br/>
        <w:t>Борка кусав йому руку, втікав, кидав грудки на Сизона.</w:t>
      </w:r>
    </w:p>
    <w:p>
      <w:r>
        <w:br/>
        <w:t>— И-и, шпана! — І показував язика...</w:t>
      </w:r>
    </w:p>
    <w:p>
      <w:r>
        <w:br/>
        <w:t>... За проваллями була річка, вливало сонце в її воду срібло і золотило ним хвилі... Здалеку не видно нафти на річці, а близько нафта плаває і смердить од падла, що скидали на березі...</w:t>
      </w:r>
    </w:p>
    <w:p>
      <w:r>
        <w:br/>
        <w:t>От, у тій річці купалися Ванька Бистрий та Борка...</w:t>
      </w:r>
    </w:p>
    <w:p>
      <w:r>
        <w:br/>
        <w:t>А колись ще Борка втік із дитбуда, бо він там бив виховательку руками в живіт, коли та його вдарила за те, що він кричав хлопцям, ніби вона цілувала студента а потім ще за те, що студент ще щось робив...</w:t>
      </w:r>
    </w:p>
    <w:p>
      <w:r>
        <w:br/>
        <w:t>Його прогнали, а він утік до Векли до брата.</w:t>
      </w:r>
    </w:p>
    <w:p>
      <w:r>
        <w:br/>
        <w:t>Иноді брати крали в батька гроші і потім на ті-ж гроші купували цигарок, курили.</w:t>
      </w:r>
    </w:p>
    <w:p>
      <w:r>
        <w:br/>
        <w:t>Векла не ходила в місто, вона з ранку до вечора рилася в смітті: вибирала відтіля ганчірки і шила з них одягу.</w:t>
      </w:r>
    </w:p>
    <w:p>
      <w:r>
        <w:br/>
        <w:t>А то так: збирала картоплю на тім-же полі, біля Вовчих Байраків, варила. їла.</w:t>
      </w:r>
    </w:p>
    <w:p>
      <w:r>
        <w:br/>
        <w:t>... І вніч і вдень тяглися підводи з міста, звозили на поле, у кучі сміття. А дядьки, що сиділи на возах, кивали на провалля:</w:t>
      </w:r>
    </w:p>
    <w:p>
      <w:r>
        <w:br/>
        <w:t>— Ракли!</w:t>
      </w:r>
    </w:p>
    <w:p>
      <w:r>
        <w:br/>
        <w:t>В теплу ніч, коли нічого було їсти, співали Борка з Ванькою в садку, а то стріляли по кешенях.</w:t>
      </w:r>
    </w:p>
    <w:p>
      <w:r>
        <w:br/>
        <w:t>... Була ще в них сестра, та н зараз, мабуть, у місті є. Бачив раз її Ванька. Це в тім садку, де стояв мертвий монумент із сліпими очима. Так от, там сходилися дівчата співали...</w:t>
      </w:r>
    </w:p>
    <w:p>
      <w:r>
        <w:br/>
        <w:t>Співали. .</w:t>
      </w:r>
    </w:p>
    <w:p>
      <w:r>
        <w:br/>
        <w:t>А як рясне дерево зовсім розпливалося в сутіні, тоді дівчата розходилися по темних кущах, по-між тополями високими.</w:t>
      </w:r>
    </w:p>
    <w:p>
      <w:r>
        <w:br/>
        <w:t>... А як коли так: танцюють біля дзиґлика важкі перса, співає хрипла гармошка.</w:t>
      </w:r>
    </w:p>
    <w:p>
      <w:r>
        <w:br/>
        <w:t>Високі тополі ламали свої ніжні тільки, ніби жінка руки з одчаю.</w:t>
      </w:r>
    </w:p>
    <w:p>
      <w:r>
        <w:br/>
        <w:t>Ванька пам'ятає, як хтось кричав на сестру:</w:t>
      </w:r>
    </w:p>
    <w:p>
      <w:r>
        <w:br/>
        <w:t>— Брось, Манька, з кумом хохориться... Свій брат.</w:t>
      </w:r>
    </w:p>
    <w:p>
      <w:r>
        <w:br/>
        <w:t>І знав Ванька сестру і казав Веклі:</w:t>
      </w:r>
    </w:p>
    <w:p>
      <w:r>
        <w:br/>
        <w:t>— Е, Манька не дурна... Вона гарно живе... А мати Векла його не слухала:</w:t>
      </w:r>
    </w:p>
    <w:p>
      <w:r>
        <w:br/>
        <w:t>— Ти-б може пастухом де-небудь?</w:t>
      </w:r>
    </w:p>
    <w:p>
      <w:r>
        <w:br/>
        <w:t>— Це-ж не село...</w:t>
      </w:r>
    </w:p>
    <w:p>
      <w:r>
        <w:br/>
        <w:t>— Ну так у приют... Син сердився й сміявся.</w:t>
      </w:r>
    </w:p>
    <w:p>
      <w:r>
        <w:br/>
        <w:t>—— Ми землянки не покинемо... Фраєра одпровадь свого в богадельню...</w:t>
      </w:r>
    </w:p>
    <w:p>
      <w:r>
        <w:br/>
        <w:t>Він-же-ж тобі батько... — А...</w:t>
      </w:r>
    </w:p>
    <w:p>
      <w:r>
        <w:br/>
        <w:t>В той час Борка заспівував:</w:t>
      </w:r>
    </w:p>
    <w:p>
      <w:r>
        <w:br/>
        <w:t>— Ех, доля, моя доля, доля горькая моя...</w:t>
      </w:r>
    </w:p>
    <w:p>
      <w:r>
        <w:br/>
        <w:t>У Векли тоді текли з очей сльози.</w:t>
      </w:r>
    </w:p>
    <w:p>
      <w:r>
        <w:br/>
        <w:t>В проваллях ще, над крутим схилом, стояла будка.. Дрімає там вартовий, як прокинеться, придивляється очима униз, де за стінами з грудок ховалися нори.</w:t>
      </w:r>
    </w:p>
    <w:p>
      <w:r>
        <w:br/>
        <w:t>І одвертався сонний вартовий, коли знімали ті люди—не люди, свої ганчірки.</w:t>
      </w:r>
    </w:p>
    <w:p>
      <w:r>
        <w:br/>
        <w:t>Вонь заглядала в нори, бродили тіні хмар, заходили в Байраки...</w:t>
      </w:r>
    </w:p>
    <w:p>
      <w:r>
        <w:br/>
        <w:t>... І ще недалеко од Сизона, трохи з боку жив Іван Химчук, старий, він був, як минулий час, розбитий як руїна. Лазив Іван, шукав дохлих мишей, затикав їх за пазуху...</w:t>
      </w:r>
    </w:p>
    <w:p>
      <w:r>
        <w:br/>
        <w:t>Він божевільний...</w:t>
      </w:r>
    </w:p>
    <w:p>
      <w:r>
        <w:br/>
        <w:t>Був голод, і ходили в далекому селі таємниці. І він ходив, важко повертались очі під _ білими бровами.</w:t>
      </w:r>
    </w:p>
    <w:p>
      <w:r>
        <w:br/>
        <w:t>... А любив Іван, той Химчук, Веклу, кричав, як дитина, коли бачив її... Хлопців не любив, як і Сизон, бо вони всували йому жару в кешені... й одежа тоді горіла, смердів дим.. Бува—дивиться, дивиться Іван, .а потім почне качатися по землі, кличе Веклу, аж поки вона йому не загасить вогню.</w:t>
      </w:r>
    </w:p>
    <w:p>
      <w:r>
        <w:br/>
        <w:t>Б'ється об землю Іван, хитається, цілує та їсть землю, ніби клянеться.</w:t>
      </w:r>
    </w:p>
    <w:p>
      <w:r>
        <w:br/>
        <w:t>— Ич, юродивий, бог за чуба візьме на небо,— регочется Банька Бистрий.</w:t>
      </w:r>
    </w:p>
    <w:p>
      <w:r>
        <w:br/>
        <w:t>А дим із димарів, що в місто йде високо, високо, під шуми пропелера, б'ється об хмари.</w:t>
      </w:r>
    </w:p>
    <w:p>
      <w:r>
        <w:br/>
        <w:t>Веселий ішов Ванька з міста: баба йому дала сорочку й нагодувала борщем. — И, жлукто старе! Ги!</w:t>
      </w:r>
    </w:p>
    <w:p>
      <w:r>
        <w:br/>
        <w:t>Знав він, що Сизон та Борка біля Векли, бо вона хвора... йому байдуже.</w:t>
      </w:r>
    </w:p>
    <w:p>
      <w:r>
        <w:br/>
        <w:t>Ходить по землі довгий день, гойдається як колиска, й сміхом перекидається. Байраки задумалися, бо гуси летять стрілками на південь.</w:t>
      </w:r>
    </w:p>
    <w:p>
      <w:r>
        <w:br/>
        <w:t>Тільки по садку, вночі, хтось ходив, хтось сміявся, чіпав гілки, одкидав їх осторонь, аж листя падало.</w:t>
      </w:r>
    </w:p>
    <w:p>
      <w:r>
        <w:br/>
        <w:t>А цупкий бур'ян шумів, його гладив рукою старечою вітер, ніби мати дитину...</w:t>
      </w:r>
    </w:p>
    <w:p>
      <w:r>
        <w:br/>
        <w:t>Ванька спустився по кручі—ввійшов у землянку: почув, як стогне Векла, почув, як плаче Сизон, а Борка стоїть у кутку, мовчить.</w:t>
      </w:r>
    </w:p>
    <w:p>
      <w:r>
        <w:br/>
        <w:t>Став і Ванька за порогом, похмуро глянув на товсте хворе тіло Векли, на пухлі ноги. І жалко йому стало землянки...</w:t>
      </w:r>
    </w:p>
    <w:p>
      <w:r>
        <w:br/>
        <w:t>Злякався він мерця,'бо знав, що вмре мати.</w:t>
      </w:r>
    </w:p>
    <w:p>
      <w:r>
        <w:br/>
        <w:t>І згадав Ванька, що за землянками, на краю провалля, було нове глинище, де ще брали глину в місто.</w:t>
      </w:r>
    </w:p>
    <w:p>
      <w:r>
        <w:br/>
        <w:t>Звернувся він до Сизона, сердитий ніби осінній вітер:</w:t>
      </w:r>
    </w:p>
    <w:p>
      <w:r>
        <w:br/>
        <w:t>— Слухай, перенесемо Веклу в те глинище, бо вмре вона—-і він показав рукою на край кручі.</w:t>
      </w:r>
    </w:p>
    <w:p>
      <w:r>
        <w:br/>
        <w:t>Не повірив Сизон, затрусив сивою бородою.</w:t>
      </w:r>
    </w:p>
    <w:p>
      <w:r>
        <w:br/>
        <w:t>— Нехай вмирає тут...</w:t>
      </w:r>
    </w:p>
    <w:p>
      <w:r>
        <w:br/>
        <w:t>— Не хочу, не хо-о-чу!—Ванька схватився рукою за ніж; а ножа в Сизона не було в руці, він злякався і понесли вони хвору Веклу. Важка вона була, але донесли. Холодно зробилося на душі в Сизона, наче льод біля серця, коли залишили його самого хлопці, бо вони пішли в землянку.</w:t>
      </w:r>
    </w:p>
    <w:p>
      <w:r>
        <w:br/>
        <w:t>Залітав пісок на товсте тіло Векли, ховався її стогін під нерівно заструганою стелею.</w:t>
      </w:r>
    </w:p>
    <w:p>
      <w:r>
        <w:br/>
        <w:t>Прийшов іще Іван Химчук, сів, вдивлявся важкими очима на Веклу, хитав головою.</w:t>
      </w:r>
    </w:p>
    <w:p>
      <w:r>
        <w:br/>
        <w:t>Іван божевільний.</w:t>
      </w:r>
    </w:p>
    <w:p>
      <w:r>
        <w:br/>
        <w:t>... В місті тоді багато ходило, багато сміялося, а од трамваїв сипалиеь іскри і була ніч. І не знав ніхто в місті, як умирає стара Векла, як стогне, хитаючи головою, Іван той Химчук, як плаче Сизон.</w:t>
      </w:r>
    </w:p>
    <w:p>
      <w:r>
        <w:br/>
        <w:t>Ніхто не знав:</w:t>
      </w:r>
    </w:p>
    <w:p>
      <w:r>
        <w:br/>
        <w:t>Чи далеко-не далеко, чи близько-давно ходив вітер.</w:t>
      </w:r>
    </w:p>
    <w:p>
      <w:r>
        <w:br/>
        <w:t>І вмерла Векла.</w:t>
      </w:r>
    </w:p>
    <w:p>
      <w:r>
        <w:br/>
        <w:t>Грудка важка одвалилася од стелі й розбилася, тільки жовта пилюга полетіла.</w:t>
      </w:r>
    </w:p>
    <w:p>
      <w:r>
        <w:br/>
        <w:t>Хватав уже холодні ноги Химчук, він бормотів під ніс; обняв його рукою Сизон, спитався, ніби забуваючися:</w:t>
      </w:r>
    </w:p>
    <w:p>
      <w:r>
        <w:br/>
        <w:t>— Хто ти? Відкіля?</w:t>
      </w:r>
    </w:p>
    <w:p>
      <w:r>
        <w:br/>
        <w:t>Незнав Іван, може нори знали.</w:t>
      </w:r>
    </w:p>
    <w:p>
      <w:r>
        <w:br/>
        <w:t>Сизон заходив думками у сон недосяжний і світлий, як сонце; вдивлявся він туди далеко, як у недосяжну глибину моря, бачив на хвилях себе.</w:t>
      </w:r>
    </w:p>
    <w:p>
      <w:r>
        <w:br/>
        <w:t>Розбивалися хвилі.</w:t>
      </w:r>
    </w:p>
    <w:p>
      <w:r>
        <w:br/>
        <w:t>Хотів перепливти життя він, а воно сміялося, переганяло його,'становилося на очі. Стискували думи голову. Хвилювалися думки, як під бурю ліс:</w:t>
      </w:r>
    </w:p>
    <w:p>
      <w:r>
        <w:br/>
        <w:t>... Шуміли, шуміли.</w:t>
      </w:r>
    </w:p>
    <w:p>
      <w:r>
        <w:br/>
        <w:t>З міста котився дзвін м'яким шелестом. Кидалися з розгону голоси за Вовчі Байраки.</w:t>
      </w:r>
    </w:p>
    <w:p>
      <w:r>
        <w:br/>
        <w:t>То дзвоне годинник на башті.</w:t>
      </w:r>
    </w:p>
    <w:p>
      <w:r>
        <w:br/>
        <w:t>Раз...з...з, два... ще третій раз гукнув голос з дзвіниці, потім прикусив язика й од болю тихо, розриваючи повітря, пропищав:</w:t>
      </w:r>
    </w:p>
    <w:p>
      <w:r>
        <w:br/>
        <w:t>— зь—зь.</w:t>
      </w:r>
    </w:p>
    <w:p>
      <w:r>
        <w:br/>
        <w:t>А це там, на сході, жив колись рибалка Сизон.</w:t>
      </w:r>
    </w:p>
    <w:p>
      <w:r>
        <w:br/>
        <w:t>Випливав човном на річку, грався бризками.</w:t>
      </w:r>
    </w:p>
    <w:p>
      <w:r>
        <w:br/>
        <w:t>І нічого жилося... Не стало панів... Щось велике йшло, як буря... Ух, шуміла тоді кров у старого... А потім, потім... Він не пям'ятає... Собак їли, мололи курай, макуха була щастям... І був у нього син, менший за Борку, гарний, такий слухняний і вмер, об ївся кори... . Важкі спогади, як очі Іванови.</w:t>
      </w:r>
    </w:p>
    <w:p>
      <w:r>
        <w:br/>
        <w:t>І жив ще в тім селі один чоловік... він мав хліб і не продавав... Йшов раз увечері по вулиці Сизон. Покрівлі зробилися голими, самі лати сторчали, бо скотина поїла солому, а потім люди поїли скотину.</w:t>
      </w:r>
    </w:p>
    <w:p>
      <w:r>
        <w:br/>
        <w:t>А самі худіли зі дня на день, очі поввалювалися і глибина в них була. Знає Сизон, які зморшки вивів на обличчях у людей голод, знає Сизон якими взо-рами поткалися минулі багатства ланів. Спочатку зійшла озимина і маленькою од жорсткого вітру зів'яла. Так, тепер згадав Сизон: то був голод... Той страшний голод, той, що поїсть усе й знову прийде їсти, бо голодний голод.</w:t>
      </w:r>
    </w:p>
    <w:p>
      <w:r>
        <w:br/>
        <w:t>А потім він пішов туди, де хліб родить. А на якійсь станції, такій маленькій, де тільки сарай та вокзал, сердитий потяг забрав у нього руку.</w:t>
      </w:r>
    </w:p>
    <w:p>
      <w:r>
        <w:br/>
        <w:t>Він тоді був у лікарні.</w:t>
      </w:r>
    </w:p>
    <w:p>
      <w:r>
        <w:br/>
        <w:t>А гарно, як гарно там було... Чисто, краще, ніж удома, але недовго тримали його там... Випустили його.</w:t>
      </w:r>
    </w:p>
    <w:p>
      <w:r>
        <w:br/>
        <w:t>З Веклою, з Манькою та хлопцями рушив Сизон далі... Прохали хліба по селах, а люди дивилися на втікачів й хмуро кивали головами, і лаяли й давали.</w:t>
      </w:r>
    </w:p>
    <w:p>
      <w:r>
        <w:br/>
        <w:t>А вони все йшли далі, далі... Дійшли до великого міста і там уже загубилася Манька.</w:t>
      </w:r>
    </w:p>
    <w:p>
      <w:r>
        <w:br/>
        <w:t>... Ех, ти, серце осіннє, ех, ви, Вовчі Байраки! повів по глинищі мутними очима Сизон.</w:t>
      </w:r>
    </w:p>
    <w:p>
      <w:r>
        <w:br/>
        <w:t>— Манько, донько, прийди до матери, немає вже Векли...</w:t>
      </w:r>
    </w:p>
    <w:p>
      <w:r>
        <w:br/>
        <w:t>Прохав довго і уважно Сизон доньку, а Йван Химчук задумався...</w:t>
      </w:r>
    </w:p>
    <w:p>
      <w:r>
        <w:br/>
        <w:t>— Я-ж любив тебе, донько...</w:t>
      </w:r>
    </w:p>
    <w:p>
      <w:r>
        <w:br/>
        <w:t>Виплакав очі Сизон, червоними стали вони,горем перекраяні. Він схопив за плечі Йвана, тряс і кричав:</w:t>
      </w:r>
    </w:p>
    <w:p>
      <w:r>
        <w:br/>
        <w:t>— Чи розумієш ти, старе стерво... жлукто...</w:t>
      </w:r>
    </w:p>
    <w:p>
      <w:r>
        <w:br/>
        <w:t>Його хрипкий голос хитався, як грім далекий.</w:t>
      </w:r>
    </w:p>
    <w:p>
      <w:r>
        <w:br/>
        <w:t>За Вовчими Байраками світало, пливли хмари за місто, йшли спати після нічного заробітку люди з Вовчих Байраків.</w:t>
      </w:r>
    </w:p>
    <w:p>
      <w:r>
        <w:br/>
        <w:t>Вже дужче посинів міський сад, що виднівся на сході, за полем.</w:t>
      </w:r>
    </w:p>
    <w:p>
      <w:r>
        <w:br/>
        <w:t>Висунуло весело очі місто, повіяв від них вітер.</w:t>
      </w:r>
    </w:p>
    <w:p>
      <w:r>
        <w:br/>
        <w:t>У Байраках було ще темно...</w:t>
      </w:r>
    </w:p>
    <w:p>
      <w:r>
        <w:br/>
        <w:t>В будку прийшов другий вартовий, закурив, потім дрімав, бо на світанку спати хочеться.</w:t>
      </w:r>
    </w:p>
    <w:p>
      <w:r>
        <w:br/>
        <w:t>Сизон злякався ранку, вдруге крикнув Іванові:</w:t>
      </w:r>
    </w:p>
    <w:p>
      <w:r>
        <w:br/>
        <w:t>— Гей, ти, ходімо..—приставив долоню до вуха, —заберуть тебе, скажуть, що копнув Веклу. Чуєш, стерво дохле...</w:t>
      </w:r>
    </w:p>
    <w:p>
      <w:r>
        <w:br/>
        <w:t>Іван очуняв, сіпнувся і пішов у свою нору. А Сизон попоходив біля глинища, дивився чи скоро зійде сонце й раптом побіг у землянку, побудив хлопців, плачучи:</w:t>
      </w:r>
    </w:p>
    <w:p>
      <w:r>
        <w:br/>
        <w:t>— Ходімо, ходімо, приїдуть за глиною, найдуть матір, скажуть що вбили ми...</w:t>
      </w:r>
    </w:p>
    <w:p>
      <w:r>
        <w:br/>
        <w:t>Ванька прокинувся, грізно блимнув очима...</w:t>
      </w:r>
    </w:p>
    <w:p>
      <w:r>
        <w:br/>
        <w:t>— А що—вмерла?</w:t>
      </w:r>
    </w:p>
    <w:p>
      <w:r>
        <w:br/>
        <w:t>— Немає вже, немає... Всі ми помремо, не буде нас, не буде...</w:t>
      </w:r>
    </w:p>
    <w:p>
      <w:r>
        <w:br/>
        <w:t>— Ти стара вороно, ти здохнеш, а ми найдемо собі місце... Помремо!..</w:t>
      </w:r>
    </w:p>
    <w:p>
      <w:r>
        <w:br/>
        <w:t>Потім ударив під бік Борку.</w:t>
      </w:r>
    </w:p>
    <w:p>
      <w:r>
        <w:br/>
        <w:t>— Сово, ти, ходімо в місто...</w:t>
      </w:r>
    </w:p>
    <w:p>
      <w:r>
        <w:br/>
        <w:t>Пішли чужі—рідні один одному, далекі думками, заколихані горем.</w:t>
      </w:r>
    </w:p>
    <w:p>
      <w:r>
        <w:br/>
        <w:t>Засіріли з ними Вовчі Байраки, закинувся синім громом степ. Тоді зійшло сонце, тоді тепленько сміялося...</w:t>
      </w:r>
    </w:p>
    <w:p>
      <w:r>
        <w:br/>
        <w:t>Хурщики приїхали, сміливо увійшли в печерю, одсунули труп осторонь, наклали вози глиною... А як їхали то зайшли й сказали в будку:</w:t>
      </w:r>
    </w:p>
    <w:p>
      <w:r>
        <w:br/>
        <w:t>— Там мертвяк... Баба, з раклів мабуть.. Вартовий почув і креснув олівцем на дверях.</w:t>
      </w:r>
    </w:p>
    <w:p>
      <w:r>
        <w:br/>
        <w:t>— Щоб не забути, як прийде зміна.</w:t>
      </w:r>
    </w:p>
    <w:p>
      <w:r>
        <w:br/>
        <w:t>Перед ним виходили,,,вогкі од роси, Вовчі Байраки. Був ранок.</w:t>
      </w:r>
    </w:p>
    <w:p>
      <w:r>
        <w:br/>
        <w:t>*</w:t>
      </w:r>
    </w:p>
    <w:p>
      <w:r>
        <w:br/>
        <w:t>Ванька Бистрий сидів під дубом, на сухому листові, що шуміло при кожному рухові. Махнув рукою на дзиґлик, бадьоро сплюнув через плече.</w:t>
      </w:r>
    </w:p>
    <w:p>
      <w:r>
        <w:br/>
        <w:t>— Отам колись сиділа Манька!—промовив до брата.</w:t>
      </w:r>
    </w:p>
    <w:p>
      <w:r>
        <w:br/>
        <w:t>— Слухай, Борка,—от жила Векла, вона наша матір... А її червяки поїдять. Да! Знаєш, як їли ми в селі коней дохлих, а в них комашилася черва. Чудно?—Він сміявся, ніби йому хто затуляв рота, сміявся, як хорий. Листя закривало жовто-червоними плямами стару траву. Дерево зсипало все нове й нове листя, воно крутилося в повітрі і наче не падало ніколи на землю.</w:t>
      </w:r>
    </w:p>
    <w:p>
      <w:r>
        <w:br/>
        <w:t>Йшла зла осінь. Затопче дощами суху пилюгу!</w:t>
      </w:r>
    </w:p>
    <w:p>
      <w:r>
        <w:br/>
        <w:t>— Ото ще Сизон... дрихло... Не люблю я його. "Помремо",—стара ворона. Батько... ха-ха!</w:t>
      </w:r>
    </w:p>
    <w:p>
      <w:r>
        <w:br/>
        <w:t>В очах сміялися червоні жили, в очах було багато горя. Далекі в нього очі, сумні; иноді хапають гостро, гостро; залазят у душу, як ножі.</w:t>
      </w:r>
    </w:p>
    <w:p>
      <w:r>
        <w:br/>
        <w:t>— Ходімо відціля,</w:t>
      </w:r>
    </w:p>
    <w:p>
      <w:r>
        <w:br/>
        <w:t>Ванька ніс під пахвою цигарки, глянув на їх.</w:t>
      </w:r>
    </w:p>
    <w:p>
      <w:r>
        <w:br/>
        <w:t>— Да, Борка... ловко обчистили... буде що їсти сьогодня, як продамо.</w:t>
      </w:r>
    </w:p>
    <w:p>
      <w:r>
        <w:br/>
        <w:t>"По дорозі зустріли Сизона... Похудів він, ніби з воску з черного була в нього шкіра. Плакав:</w:t>
      </w:r>
    </w:p>
    <w:p>
      <w:r>
        <w:br/>
        <w:t>— Ну що дітки, жалко матери?</w:t>
      </w:r>
    </w:p>
    <w:p>
      <w:r>
        <w:br/>
        <w:t>— Пшол вон...—вилаявся син.</w:t>
      </w:r>
    </w:p>
    <w:p>
      <w:r>
        <w:br/>
        <w:t>— Прокляті ви, прокляті:—шамкотів батько, — не сини ви мені...</w:t>
      </w:r>
    </w:p>
    <w:p>
      <w:r>
        <w:br/>
        <w:t>— Велика штука... а ти мені давно вже не батько і не впустимо тепер у землянку.</w:t>
      </w:r>
    </w:p>
    <w:p>
      <w:r>
        <w:br/>
        <w:t>Хутко зникли... Сизон повернув теж на вулицю. Жаліслива баба побачила його, поплакала.</w:t>
      </w:r>
    </w:p>
    <w:p>
      <w:r>
        <w:br/>
        <w:t>— Ти-б, чоловіче, в богадільню...</w:t>
      </w:r>
    </w:p>
    <w:p>
      <w:r>
        <w:br/>
        <w:t>Й показала, куди йти до шпиталю. Сизон дійшов до будинку, що звався приютом. Боязко оглядався і війшов у шпиталь.</w:t>
      </w:r>
    </w:p>
    <w:p>
      <w:r>
        <w:br/>
        <w:t>— Прийміть мене... Не маю де спати,—як старець на розпів говорить Сизон.</w:t>
      </w:r>
    </w:p>
    <w:p>
      <w:r>
        <w:br/>
        <w:t>— А у вас бамаги є?</w:t>
      </w:r>
    </w:p>
    <w:p>
      <w:r>
        <w:br/>
        <w:t>— Немає, чоловіче...</w:t>
      </w:r>
    </w:p>
    <w:p>
      <w:r>
        <w:br/>
        <w:t>— Ну, як немає, то йдіть у друге місце... Ходив він довго.</w:t>
      </w:r>
    </w:p>
    <w:p>
      <w:r>
        <w:br/>
        <w:t>Вже холодніше темніли дощові хмари, вже близко була мряка. Йшли дощі поночі ходили люди, Сизон згадав про Йвана, йдучи вперед, в осінню ніч.</w:t>
      </w:r>
    </w:p>
    <w:p>
      <w:r>
        <w:br/>
        <w:t>Ходив Сизон, та скрізь питалися "бамаг".</w:t>
      </w:r>
    </w:p>
    <w:p>
      <w:r>
        <w:br/>
        <w:t>А зі сходу та з півночі сунули важкі хмари, що заливають нерівним лопотінням землю.</w:t>
      </w:r>
    </w:p>
    <w:p>
      <w:r>
        <w:br/>
        <w:t>Було холодно. Були бурі без громів, без блискавок, тільки зі свистом, з піснею.</w:t>
      </w:r>
    </w:p>
    <w:p>
      <w:r>
        <w:br/>
        <w:t>Мерзло тіло, худі руки тремтіли.</w:t>
      </w:r>
    </w:p>
    <w:p>
      <w:r>
        <w:br/>
        <w:t>— Піду до Йвана, до хлопців...</w:t>
      </w:r>
    </w:p>
    <w:p>
      <w:r>
        <w:br/>
        <w:t>Але не дійшов, заснув у садку, на вогкім листі. Вранці, тільки пішов, зайшов у Иванову нору, потім виліз, жахливо кричав:</w:t>
      </w:r>
    </w:p>
    <w:p>
      <w:r>
        <w:br/>
        <w:t>— Іва-ане, Іване-е!</w:t>
      </w:r>
    </w:p>
    <w:p>
      <w:r>
        <w:br/>
        <w:t>Ніхто не обзивався. Нікого не було чути... він пішов до синів. Недобре подивився на нього Ванька Бистрий, недобре змірив очима:</w:t>
      </w:r>
    </w:p>
    <w:p>
      <w:r>
        <w:br/>
        <w:t>— Чого тобі треба?</w:t>
      </w:r>
    </w:p>
    <w:p>
      <w:r>
        <w:br/>
        <w:t>— Ти не знаєш, де Йван, той Химчук?</w:t>
      </w:r>
    </w:p>
    <w:p>
      <w:r>
        <w:br/>
        <w:t>— Не знаю.</w:t>
      </w:r>
    </w:p>
    <w:p>
      <w:r>
        <w:br/>
        <w:t>Опустив нижче брови Ванька, незадоволено нро-мурмутів, як сів Сизон:</w:t>
      </w:r>
    </w:p>
    <w:p>
      <w:r>
        <w:br/>
        <w:t>— Чуєш, ти, це... наша землянка.</w:t>
      </w:r>
    </w:p>
    <w:p>
      <w:r>
        <w:br/>
        <w:t>— Я, я... посижу трохи... не бійсь...</w:t>
      </w:r>
    </w:p>
    <w:p>
      <w:r>
        <w:br/>
        <w:t>На дворі стояла мжичка: падали краплі, ніби іскри в тумані потухали. Наче ненароком спаде крапля на тіло, проколе жовту смугу.</w:t>
      </w:r>
    </w:p>
    <w:p>
      <w:r>
        <w:br/>
        <w:t>Забігав із міста дим у Вовчі Байраки, довго шумував, закручувався в тумані кучерями, цокотів по обміжках.</w:t>
      </w:r>
    </w:p>
    <w:p>
      <w:r>
        <w:br/>
        <w:t>— Не хочеться й жити...</w:t>
      </w:r>
    </w:p>
    <w:p>
      <w:r>
        <w:br/>
        <w:t>— Чого-ж дивишся?—зле запитав Ванька.</w:t>
      </w:r>
    </w:p>
    <w:p>
      <w:r>
        <w:br/>
        <w:t>— Ходив по богадельнях... скрізь ходив. Не приймають.</w:t>
      </w:r>
    </w:p>
    <w:p>
      <w:r>
        <w:br/>
        <w:t>— Ги-ги... а в тюрму чого-б не те... там гарно, Сизоне, годують, тепло...</w:t>
      </w:r>
    </w:p>
    <w:p>
      <w:r>
        <w:br/>
        <w:t>І глибоко зарилися ці слова. Грів їх Сизон, повторюючи:</w:t>
      </w:r>
    </w:p>
    <w:p>
      <w:r>
        <w:br/>
        <w:t>— А гарно там... не приймуть мене: немає бамаг.</w:t>
      </w:r>
    </w:p>
    <w:p>
      <w:r>
        <w:br/>
        <w:t>— Нічого: можна зробити, що приймуть — засміявся Ванька, бився його сміх, як молот, об стіну жовту...</w:t>
      </w:r>
    </w:p>
    <w:p>
      <w:r>
        <w:br/>
        <w:t>— Повісить-би вас! —хмуро крикнув Сизон.</w:t>
      </w:r>
    </w:p>
    <w:p>
      <w:r>
        <w:br/>
        <w:t>— Душогубці ви!</w:t>
      </w:r>
    </w:p>
    <w:p>
      <w:r>
        <w:br/>
        <w:t>— Чому не повісив... дрехло слабовумне!</w:t>
      </w:r>
    </w:p>
    <w:p>
      <w:r>
        <w:br/>
        <w:t>І затяг пісню чорну, як дим в осени над містом, сумну, як сльози хмар. Сизон сидів.</w:t>
      </w:r>
    </w:p>
    <w:p>
      <w:r>
        <w:br/>
        <w:t>— Пропащі ви, діти, і Манька—пропаща...</w:t>
      </w:r>
    </w:p>
    <w:p>
      <w:r>
        <w:br/>
        <w:t>— Манька живе, то ти, ворона стара, кракаєш.</w:t>
      </w:r>
    </w:p>
    <w:p>
      <w:r>
        <w:br/>
        <w:t>— Як-би ти так жив. Ех.</w:t>
      </w:r>
    </w:p>
    <w:p>
      <w:r>
        <w:br/>
        <w:t>Рознеслося слово, позіхнули провалля А слово дзвінке, як брязк криці, одгукується в Байраках... бо осінь.</w:t>
      </w:r>
    </w:p>
    <w:p>
      <w:r>
        <w:br/>
        <w:t>— А я вчора, як був у місті, ховали одного пана... Везли на катафальці, коні були позапинані... Маньку вчора бачив... Самогонкою десь торгує і п'яна вона була.</w:t>
      </w:r>
    </w:p>
    <w:p>
      <w:r>
        <w:br/>
        <w:t>А Сизон своє...</w:t>
      </w:r>
    </w:p>
    <w:p>
      <w:r>
        <w:br/>
        <w:t>— На житті сини, як на довгій ниві, колоски й кукіль... А в мене бур'ян..</w:t>
      </w:r>
    </w:p>
    <w:p>
      <w:r>
        <w:br/>
        <w:t>Ванька жартовливо свиснув і знову нагадав.</w:t>
      </w:r>
    </w:p>
    <w:p>
      <w:r>
        <w:br/>
        <w:t>— Знаєш, батьку, справді—в тюрьму... туди й без бамаг можна. А в землянці здохнеш, жалко *мен тебе.</w:t>
      </w:r>
    </w:p>
    <w:p>
      <w:r>
        <w:br/>
        <w:t>— Старий я вже. — Пустяк!</w:t>
      </w:r>
    </w:p>
    <w:p>
      <w:r>
        <w:br/>
        <w:t>Світ не проходив у нору, перед виходом, замісць дверей, була стіна з грудок і вода тому не заходила в землянку, вона текла на дні кручі.</w:t>
      </w:r>
    </w:p>
    <w:p>
      <w:r>
        <w:br/>
        <w:t>Ех, ти життя буйне, потечи по-між скелями, між проваллями!</w:t>
      </w:r>
    </w:p>
    <w:p>
      <w:r>
        <w:br/>
        <w:t>І очі Сизонові впали на круті схили, де текла каламутна вода.</w:t>
      </w:r>
    </w:p>
    <w:p>
      <w:r>
        <w:br/>
        <w:t>*</w:t>
      </w:r>
    </w:p>
    <w:p>
      <w:r>
        <w:br/>
        <w:t>Перед вечером хлопці вийшли з печері, а Сизон кинувся по кутках, найшов онучі, потім обмотав ними ноги.</w:t>
      </w:r>
    </w:p>
    <w:p>
      <w:r>
        <w:br/>
        <w:t>Він чекав хлопців.</w:t>
      </w:r>
    </w:p>
    <w:p>
      <w:r>
        <w:br/>
        <w:t>А сини прийшли й вигнали його.</w:t>
      </w:r>
    </w:p>
    <w:p>
      <w:r>
        <w:br/>
        <w:t>Тоді замерзли Вовчі Байраки—впав мороз. Було зимно. Вже по небі плавали перші снігові хмари.</w:t>
      </w:r>
    </w:p>
    <w:p>
      <w:r>
        <w:br/>
        <w:t>Сизон ступав, ішов, куди очі дивилися.</w:t>
      </w:r>
    </w:p>
    <w:p>
      <w:r>
        <w:br/>
        <w:t>Сніг падав, а мороз гуляв, аж поле білим зробилося...</w:t>
      </w:r>
    </w:p>
    <w:p>
      <w:r>
        <w:br/>
        <w:t>Наступила свіжа, тепло-красна осінь, пройшла і кликала-викликала свистом вітру з синіх хмар холодну зиму.</w:t>
      </w:r>
    </w:p>
    <w:p>
      <w:r>
        <w:br/>
        <w:t>їх, вітер холодний—ніжний сніг! Сизон озирався на нору, а там реготався Ванька Бистрий...</w:t>
      </w:r>
    </w:p>
    <w:p>
      <w:r>
        <w:br/>
        <w:t>А проваллям байдуже... —* Ну куди, куди йти?</w:t>
      </w:r>
    </w:p>
    <w:p>
      <w:r>
        <w:br/>
        <w:t>Захотілося йому піти далі, далі... захотілося Найти стару Веклу, а найдужче захотілося в лікарню. А гарно там було...</w:t>
      </w:r>
    </w:p>
    <w:p>
      <w:r>
        <w:br/>
        <w:t>Вже далеко, далеко одійшов Сизон.</w:t>
      </w:r>
    </w:p>
    <w:p>
      <w:r>
        <w:br/>
        <w:t>Почувся десь вибух: ніби заскрипіло дерево од страшного буревія і впало, чіпляючи гіллям дріт на шляху.</w:t>
      </w:r>
    </w:p>
    <w:p>
      <w:r>
        <w:br/>
        <w:t>То був далекий, чужий вибух.</w:t>
      </w:r>
    </w:p>
    <w:p>
      <w:r>
        <w:br/>
        <w:t>А чому так струни натяглися?</w:t>
      </w:r>
    </w:p>
    <w:p>
      <w:r>
        <w:br/>
        <w:t>Чому так душа впилася тим згуком?</w:t>
      </w:r>
    </w:p>
    <w:p>
      <w:r>
        <w:br/>
        <w:t>Чому він рідний такий, дикій душі?</w:t>
      </w:r>
    </w:p>
    <w:p>
      <w:r>
        <w:br/>
        <w:t>— Когось забили. Мабуть, убили!—тупо йшли сльози,—і я... уб'ю... то тоді без бамаг візьмуть... Це вже давно на селі було: врядника тоді так дядьки взяли до тюрми.</w:t>
      </w:r>
    </w:p>
    <w:p>
      <w:r>
        <w:br/>
        <w:t>Сніг падав на тіло, а потім краплі, краплі... Лихтарі з міста наближалися, як багаття з зірок і тікали, тікали в безмежні дубняки, де теж в ночі багаття.</w:t>
      </w:r>
    </w:p>
    <w:p>
      <w:r>
        <w:br/>
        <w:t>Буря сміялася: то розкидала, то збивала в ковтун сіде волосся.</w:t>
      </w:r>
    </w:p>
    <w:p>
      <w:r>
        <w:br/>
        <w:t>Над ним ішли хмари, чіплялися спочивати на високих димарях міста.</w:t>
      </w:r>
    </w:p>
    <w:p>
      <w:r>
        <w:br/>
        <w:t>Тюрма. Високі мури були такі затишні.</w:t>
      </w:r>
    </w:p>
    <w:p>
      <w:r>
        <w:br/>
        <w:t>Був у неділю Сизон у церкві... проповідь читав там піп, казав:</w:t>
      </w:r>
    </w:p>
    <w:p>
      <w:r>
        <w:br/>
        <w:t>— Святим людям носили ворони їсти... А мені? Чому я не маю їсти? Боже дай-же мені їсти,—він простягся на замерзлій землі, раз-у-раз підіймав голову, дивився на небо.</w:t>
      </w:r>
    </w:p>
    <w:p>
      <w:r>
        <w:br/>
        <w:t>Відтіля тільки падав густий, м'який сніг.</w:t>
      </w:r>
    </w:p>
    <w:p>
      <w:r>
        <w:br/>
        <w:t>— Через синів... через безбожників, невірів тих... Стомлений встав і все до чогось прислухався.</w:t>
      </w:r>
    </w:p>
    <w:p>
      <w:r>
        <w:br/>
        <w:t>— Ні, тільки в тюрму... Нехай б'ють мене. Нехай...</w:t>
      </w:r>
    </w:p>
    <w:p>
      <w:r>
        <w:br/>
        <w:t>По Байраках ішла луна, Ванька гукав Сизона:</w:t>
      </w:r>
    </w:p>
    <w:p>
      <w:r>
        <w:br/>
        <w:t>— Кличе, покаявся! Сказано-син.</w:t>
      </w:r>
    </w:p>
    <w:p>
      <w:r>
        <w:br/>
        <w:t>І хутко побіг назад, відкіля йшла луна.</w:t>
      </w:r>
    </w:p>
    <w:p>
      <w:r>
        <w:br/>
        <w:t>— А, старе стерво, дайош сюди онучі,—крикнув Ванька і з розмаху вдарив під коліна Сизона. Той упав, а Борка розмотував онучі.</w:t>
      </w:r>
    </w:p>
    <w:p>
      <w:r>
        <w:br/>
        <w:t>— Ги, чорт... Ворюга...</w:t>
      </w:r>
    </w:p>
    <w:p>
      <w:r>
        <w:br/>
        <w:t>Ще раз вдарив Ванька ногою в живіт, потім його тіло одходило в глиб.</w:t>
      </w:r>
    </w:p>
    <w:p>
      <w:r>
        <w:br/>
        <w:t>Провалля сонно позіхнуло.</w:t>
      </w:r>
    </w:p>
    <w:p>
      <w:r>
        <w:br/>
        <w:t>Сизон схватився за колодій, а потом опустив руку:</w:t>
      </w:r>
    </w:p>
    <w:p>
      <w:r>
        <w:br/>
        <w:t>— Вбивці... Душугуби!</w:t>
      </w:r>
    </w:p>
    <w:p>
      <w:r>
        <w:br/>
        <w:t>*</w:t>
      </w:r>
    </w:p>
    <w:p>
      <w:r>
        <w:br/>
        <w:t>Мешканці міста ще спали. Рідкі постаті перекупок ішли з важкими корзинами та де не-де двфники збивали мітлами з тротуарів сніг.</w:t>
      </w:r>
    </w:p>
    <w:p>
      <w:r>
        <w:br/>
        <w:t>Сонце не сходило.</w:t>
      </w:r>
    </w:p>
    <w:p>
      <w:r>
        <w:br/>
        <w:t>Місто розплющувало очі, потроху прокидалося. Сизон трусився на розі; в очах бродив туман. Він стояв і не прохав, тільки грів свою одну руку біля серця. А серце билося хутко, ніби надумало тікати від нього.</w:t>
      </w:r>
    </w:p>
    <w:p>
      <w:r>
        <w:br/>
        <w:t>Вже почав червоніти серпанок, що розкинувся над містом. Випливало веселе сонце, проколювало голками міцними, як мороз, обличчя людей, що бігли вже без</w:t>
      </w:r>
    </w:p>
    <w:p>
      <w:r>
        <w:br/>
        <w:t>кінця, без краю Заворушилися трамваї... Останні лихтарі дивилися на сонце блідо й сліпо.</w:t>
      </w:r>
    </w:p>
    <w:p>
      <w:r>
        <w:br/>
        <w:t>Сизон водив очима, а борода замерзла.</w:t>
      </w:r>
    </w:p>
    <w:p>
      <w:r>
        <w:br/>
        <w:t>Проти нього стала товста перекупка, довго хитала головою:</w:t>
      </w:r>
    </w:p>
    <w:p>
      <w:r>
        <w:br/>
        <w:t>— Ой, як же-ж так чоловік божий. Ой, доленько наша нещасная! — подивилася на босі ноги, простягла руку.—На помолися за мою бідну душу.</w:t>
      </w:r>
    </w:p>
    <w:p>
      <w:r>
        <w:br/>
        <w:t>Сизон придавив її руку, перехелився станом. Страшними зробилися у нього очі—в них бродив туман...</w:t>
      </w:r>
    </w:p>
    <w:p>
      <w:r>
        <w:br/>
        <w:t>Випустив руку. Перекупка одкинулася й крикнула. Він вихватив старий довгий ніж, колодій, з розмаху вдарив чорним клинком їй у груди.</w:t>
      </w:r>
    </w:p>
    <w:p>
      <w:r>
        <w:br/>
        <w:t>Перекупка захиталася і впала важким тілом на асфальт.</w:t>
      </w:r>
    </w:p>
    <w:p>
      <w:r>
        <w:br/>
        <w:t>Юрба кинулася на його, збила з ніг. Але хтось підійшов, розігнав натовп.</w:t>
      </w:r>
    </w:p>
    <w:p>
      <w:r>
        <w:br/>
        <w:t>— Гей, ти, марш за мною!—почувся голос. Сизон устав. Голова розбилася, червоні виразки</w:t>
      </w:r>
    </w:p>
    <w:p>
      <w:r>
        <w:br/>
        <w:t>заліпили волосся. Він, як п'яний пішов по вулиці. Раптом зареготався... А голос крикнув:</w:t>
      </w:r>
    </w:p>
    <w:p>
      <w:r>
        <w:br/>
        <w:t>— Мовчать!</w:t>
      </w:r>
    </w:p>
    <w:p>
      <w:r>
        <w:br/>
        <w:t>Він замовк. Сонце гралося на бруднім тілі.</w:t>
      </w:r>
    </w:p>
    <w:p>
      <w:r>
        <w:br/>
        <w:t>Вітер, як і раніш, накидав в обличчя з чорного воску снігу, соломи...</w:t>
      </w:r>
    </w:p>
    <w:p>
      <w:r>
        <w:br/>
        <w:t>... На дереві позамерзали брудні краплі, а сонце підійметься, будуть крапотіти: кап, кап.</w:t>
      </w:r>
    </w:p>
    <w:p>
      <w:r>
        <w:br/>
        <w:t>Гудок кликав— на зміну...</w:t>
      </w:r>
    </w:p>
    <w:p>
      <w:r>
        <w:br/>
        <w:t>... Ех, ти серце осіннє, ех, ви, Вовчі Байраки!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Вовчі байраки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