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Вовченя</w:t>
      </w:r>
    </w:p>
    <w:p>
      <w:r>
        <w:br/>
        <w:t xml:space="preserve"> &lt;p&gt;Смеркалось, коли до хати увійшов батько і, щось тримаючи в полі чумарки, сказав до сина:</w:t>
      </w:r>
    </w:p>
    <w:p>
      <w:r>
        <w:br/>
        <w:t>— Васильку! А якого я тобі звіра приніс! — І випустив на до 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 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 розривали багато овець.</w:t>
      </w:r>
    </w:p>
    <w:p>
      <w:r>
        <w:br/>
        <w:t>Також розповідав, як він на засідках у лісі убив сусідського собаку, прийнявши за вовка.</w:t>
      </w:r>
    </w:p>
    <w:p>
      <w:r>
        <w:br/>
        <w:t>"Ні,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вовченя, хоч оком глянути. Василько так звик до нього, що, прокинувшись уранці чи прийшовши із школи, від разу біг до Сірка, який, здавалось, теж чекав його з не 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лизнути хлопцеві губи, обнюхати кишені, чи не приніс чого їсти, але хвостом майже не махав, як це роблять собаки.</w:t>
      </w:r>
    </w:p>
    <w:p>
      <w:r>
        <w:br/>
        <w:t>Іноді, побачивши в садку чужого пса, Василько відпускав його й разом зі своїми собаками пускався навздогін. І горе було чужому собаці: якщо він не встиг втекти геть, живим його вже не випускали. Особливо жорстоко розправлявся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гавкотняну, зчиняючи ґвалт, і не замовкали до ранку, чуючи близьку присутність свого ворога.</w:t>
      </w:r>
    </w:p>
    <w:p>
      <w:r>
        <w:br/>
        <w:t>— Треба буде вовка вбити, — сказав якось увечері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весняна робота потроху розвіяла цей смуток. Василько уже сам був парубійком, і на нього чимдалі більше лягало роботи.</w:t>
      </w:r>
    </w:p>
    <w:p>
      <w:r>
        <w:br/>
        <w:t>Влітку їхні вівці паслися в загальній отарі за п’ятнадцять кілометрів від села в горах, і йому доводилося їздити туди по молоко,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Василь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 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в бік села.</w:t>
      </w:r>
    </w:p>
    <w:p>
      <w:r>
        <w:br/>
        <w:t>Василько почав був кликати коня, але вмить оторопів: до нього з-за кущів вибіг вовк. На мить зупинившись, він знову став на 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 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 клало між ними глибоку прірву.</w:t>
      </w:r>
    </w:p>
    <w:p>
      <w:r>
        <w:br/>
        <w:t>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 тулився щокою до теплої морди вовка і трохи не заплакав.</w:t>
      </w:r>
    </w:p>
    <w:p>
      <w:r>
        <w:br/>
        <w:t>Потім хотів уже йти, але вернувся знову, відчепив нашийника з обривком ланцюга, ще раз обійняв слухняну тварину й пішов геть, раз у 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