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Вороння</w:t>
      </w:r>
    </w:p>
    <w:p>
      <w:r>
        <w:br/>
        <w:t xml:space="preserve"> О Боже, коли холод в лузі&lt;br /&gt;</w:t>
        <w:br/>
        <w:t>Й над приголомшеним селом&lt;br /&gt;</w:t>
        <w:br/>
        <w:t>Змовка малиновий псалом,&lt;br /&gt;</w:t>
        <w:br/>
        <w:t>Спрямуй Ти на природу в тузі&lt;br /&gt;</w:t>
        <w:br/>
        <w:t>З небес високих навмання&lt;br /&gt;</w:t>
        <w:br/>
        <w:t>Чудове миле вороння.</w:t>
      </w:r>
    </w:p>
    <w:p>
      <w:r>
        <w:br/>
        <w:t>Вітрам всі гнізда на поталу –&lt;br /&gt;</w:t>
        <w:br/>
        <w:t>Розпачливий, птахи, ваш крик!&lt;br /&gt;</w:t>
        <w:br/>
        <w:t>Тепер уздовж пожовклих рік,&lt;br /&gt;</w:t>
        <w:br/>
        <w:t>Понад шляхами і хрестами,&lt;br /&gt;</w:t>
        <w:br/>
        <w:t>В яру із недосяжним дном&lt;br /&gt;</w:t>
        <w:br/>
        <w:t>Розсійтесь і зберіться знов!</w:t>
      </w:r>
    </w:p>
    <w:p>
      <w:r>
        <w:br/>
        <w:t>Суворий грай в полях порожніх,&lt;br /&gt;</w:t>
        <w:br/>
        <w:t>Де з позавчора сплять мерці, –&lt;br /&gt;</w:t>
        <w:br/>
        <w:t>Кружляйте в холоднечі цій&lt;br /&gt;</w:t>
        <w:br/>
        <w:t>І зупиняйте подорожніх.&lt;br /&gt;</w:t>
        <w:br/>
        <w:t>Він вісник честі у світах,&lt;br /&gt;</w:t>
        <w:br/>
        <w:t>Наш чорний надмогильний птах!</w:t>
      </w:r>
    </w:p>
    <w:p>
      <w:r>
        <w:br/>
        <w:t>Але, о небо, понад дубом,&lt;br /&gt;</w:t>
        <w:br/>
        <w:t>Що ніби щогла уві млі,&lt;br /&gt;</w:t>
        <w:br/>
        <w:t>Залиш пташиночці малій&lt;br /&gt;</w:t>
        <w:br/>
        <w:t>Тих славити, для кого згуба&lt;br /&gt;</w:t>
        <w:br/>
        <w:t>Трава, що їх навік трима,&lt;br /&gt;</w:t>
        <w:br/>
        <w:t>Для них майбутнього нема.</w:t>
      </w:r>
    </w:p>
    <w:p>
      <w:r>
        <w:br/>
        <w:t>Переклад В. Бойка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Вороння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