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моя! В моїх обіймах…</w:t>
      </w:r>
    </w:p>
    <w:p>
      <w:r>
        <w:br/>
        <w:t xml:space="preserve"> Вона моя! В моїх обіймах&lt;br /&gt;</w:t>
        <w:br/>
        <w:t>Тремтіла вся, мов вуж звивалась,&lt;br /&gt;</w:t>
        <w:br/>
        <w:t>І як край серця мого туга,&lt;br /&gt;</w:t>
        <w:br/>
        <w:t>Круг мого тіла обвивалась.</w:t>
      </w:r>
    </w:p>
    <w:p>
      <w:r>
        <w:br/>
        <w:t>І поцілунками палкими&lt;br /&gt;</w:t>
        <w:br/>
        <w:t>Пекла мої уста спрагнені,&lt;br /&gt;</w:t>
        <w:br/>
        <w:t>І шепотіла у безтямі:&lt;br /&gt;</w:t>
        <w:br/>
        <w:t>Навік, навік ми вже злучені!</w:t>
      </w:r>
    </w:p>
    <w:p>
      <w:r>
        <w:br/>
        <w:t>Навік! Навік! Я знаю, мила,&lt;br /&gt;</w:t>
        <w:br/>
        <w:t>Який в любові вік короткий:&lt;br /&gt;</w:t>
        <w:br/>
        <w:t>Та про будуче думать годі,&lt;br /&gt;</w:t>
        <w:br/>
        <w:t>Бо поцілунок твій солодкий.</w:t>
      </w:r>
    </w:p>
    <w:p>
      <w:r>
        <w:br/>
        <w:t>Бо тіло це таке гаряче,&lt;br /&gt;</w:t>
        <w:br/>
        <w:t>Бо твої груди повні, білі,&lt;br /&gt;</w:t>
        <w:br/>
        <w:t>Бо твоя стать така привабна,&lt;br /&gt;</w:t>
        <w:br/>
        <w:t>Що аж душа моя сп’яніла.</w:t>
      </w:r>
    </w:p>
    <w:p>
      <w:r>
        <w:br/>
        <w:t>Цілуй, стискай, души, обвийся&lt;br /&gt;</w:t>
        <w:br/>
        <w:t>Круг мого тіла, хай я згину:&lt;br /&gt;</w:t>
        <w:br/>
        <w:t>Один я раз любов’ю впився,&lt;br /&gt;</w:t>
        <w:br/>
        <w:t>Один я раз любив дівчину.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моя! В моїх обіймах…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