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</w:t>
      </w:r>
    </w:p>
    <w:p>
      <w:r>
        <w:br/>
        <w:t xml:space="preserve"> &lt;p&gt;Горіла, як царівник над рікою.</w:t>
      </w:r>
    </w:p>
    <w:p>
      <w:r>
        <w:br/>
        <w:t>Ой, чічко солоденька, забув бих ті швидко,</w:t>
      </w:r>
    </w:p>
    <w:p>
      <w:r>
        <w:br/>
        <w:t>Аби з мого подвір'ячка на твоє не видко.</w:t>
      </w:r>
    </w:p>
    <w:p>
      <w:r>
        <w:br/>
        <w:t>Бодай тото подвір'ячко вогнем ізгоріло,</w:t>
      </w:r>
    </w:p>
    <w:p>
      <w:r>
        <w:br/>
        <w:t>Щоби мене, файна любко, к тобі не кортіло.</w:t>
      </w:r>
    </w:p>
    <w:p>
      <w:r>
        <w:br/>
        <w:t>Як калина, малиною крашена; брови шовкові, очі, гей очі — чорні, як темінь, така глуша, такий туск коло тої хати з тополями, бувало, як переходжу.</w:t>
      </w:r>
    </w:p>
    <w:p>
      <w:r>
        <w:br/>
        <w:t>Струнка, бо ж струнка, а очі — та ж в них переливаються усі світи для мене...</w:t>
      </w:r>
    </w:p>
    <w:p>
      <w:r>
        <w:br/>
        <w:t>Така весела, та пишна, та мила, як весна у маю, а ті очі, як блискавиці, що потинають зразу ж...</w:t>
      </w:r>
    </w:p>
    <w:p>
      <w:r>
        <w:br/>
        <w:t>Так до мене щось кличе, як тоту спрагу до тої водиці, що на горі з каменя на сонці перлами розливається.</w:t>
      </w:r>
    </w:p>
    <w:p>
      <w:r>
        <w:br/>
        <w:t>Тужу жагуче, щоби сказати тобі найщирші слова, які маю сказати, але не зважуюсь, що ти сміятимешся...</w:t>
      </w:r>
    </w:p>
    <w:p>
      <w:r>
        <w:br/>
        <w:t>Не зважуюсь з остраху, що їм не повіриш.</w:t>
      </w:r>
    </w:p>
    <w:p>
      <w:r>
        <w:br/>
        <w:t>Називаю тебе грубими іменнями, бо скриваю своє серце, рву свій біль...</w:t>
      </w:r>
    </w:p>
    <w:p>
      <w:r>
        <w:br/>
        <w:t>А біль лишається вічно свіжим від твоїх очей...</w:t>
      </w:r>
    </w:p>
    <w:p>
      <w:r>
        <w:br/>
        <w:t>А усміх твій блимає, як один великий сумнів...</w:t>
      </w:r>
    </w:p>
    <w:p>
      <w:r>
        <w:br/>
        <w:t>Тужу жагуче, щоби відійти від тебе, та знаю, що все верну.</w:t>
      </w:r>
    </w:p>
    <w:p>
      <w:r>
        <w:br/>
        <w:t>О мріє моя! Любове! Яка ти сильна! Даєш життя і відбираєш...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