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Волошки</w:t>
      </w:r>
    </w:p>
    <w:p>
      <w:r>
        <w:br/>
        <w:t xml:space="preserve"> &lt;p&gt;Глибоко увійшли в стіни маленькі вікна. Крізь мутні шибки тихою задумою пробивається синє боязке проміння, білою хусткою впало додолу й на стіл, на сивий килим. Із затінку над столом посхилялися сумні образи в сухих гвоздиках, у любистку та м’яті. На столі з-під рушника виглядає житній хліб, дерев’яна сільничка, а рядом з ними темніє пучок свіжих кучерявих польових волошок. Тихо в хаті. На полу коло напільного віконця спить мати. Коло печі під благенькою рядниною лежить на долівці дівчинка Устина.</w:t>
      </w:r>
    </w:p>
    <w:p>
      <w:r>
        <w:br/>
        <w:t>Пізно вже, а їй не спиться. Вовтузиться, розкривається, тоненькі рученята за голову закидає, водить розплющеними очима по хатній прозорій темряві і щось вимарює собі. То соромливо всміхається, то мрійно зведе перед собою засмучені очі й шепоче щось губами. Відразу здерла з себе ряднину, проворненько схопилася й побігла до столу. Схилилася над волошками і стала квітку до квітки чепурненько складати в букет. Далі пішла до дверей, заторохтіла горщиками, водою заплюскотіла.</w:t>
      </w:r>
    </w:p>
    <w:p>
      <w:r>
        <w:br/>
        <w:t>Мати на полу перестала сопти, підвела з подушки голову.</w:t>
      </w:r>
    </w:p>
    <w:p>
      <w:r>
        <w:br/>
        <w:t>— Що ти там пораєшся? — промовила вона хрипко.</w:t>
      </w:r>
    </w:p>
    <w:p>
      <w:r>
        <w:br/>
        <w:t>— Та нічого... спіть собі! — тихо одмовила дівчинка.</w:t>
      </w:r>
    </w:p>
    <w:p>
      <w:r>
        <w:br/>
        <w:t>— Вечеряти вдруге збираєшся, чи що? — допитувалась мати.</w:t>
      </w:r>
    </w:p>
    <w:p>
      <w:r>
        <w:br/>
        <w:t>— Та нічого — кажу ж вам! — нетерпляче заспокоювала її дівчинка.— Волошки поставила в воду, щоб не зів’яли до ранку,— сказала спокійно далі.</w:t>
      </w:r>
    </w:p>
    <w:p>
      <w:r>
        <w:br/>
        <w:t>Мати позіхнула.</w:t>
      </w:r>
    </w:p>
    <w:p>
      <w:r>
        <w:br/>
        <w:t>— Возиться з ними, немов справді з чим путнім. Спала б краще.</w:t>
      </w:r>
    </w:p>
    <w:p>
      <w:r>
        <w:br/>
        <w:t>Устина мовчала.</w:t>
      </w:r>
    </w:p>
    <w:p>
      <w:r>
        <w:br/>
        <w:t>— Що ж, хоч десять копійок дасть тобі за них? — ліниво спитала мати, протираючи рукою очі.</w:t>
      </w:r>
    </w:p>
    <w:p>
      <w:r>
        <w:br/>
        <w:t>— А... одчепіться! — здвигнула плечем Устина.— Вам усе б тільки гроші та гроші!..</w:t>
      </w:r>
    </w:p>
    <w:p>
      <w:r>
        <w:br/>
        <w:t>— А що ж — хіба ото даром стільки лазила та ячмінь толочила! Хоч він твій учитель, та за те ж йому гроші платять... Хай і він платить.</w:t>
      </w:r>
    </w:p>
    <w:p>
      <w:r>
        <w:br/>
        <w:t>— Не ваше діло! — грубо одрізала дівчина.</w:t>
      </w:r>
    </w:p>
    <w:p>
      <w:r>
        <w:br/>
        <w:t>— Ну, ну! Ти не дуже мені... а то будуть у помийниці твої волошки! — посварилася мати.</w:t>
      </w:r>
    </w:p>
    <w:p>
      <w:r>
        <w:br/>
        <w:t>— Аякже...— спокійно одмовила Устина.</w:t>
      </w:r>
    </w:p>
    <w:p>
      <w:r>
        <w:br/>
        <w:t>Мати замовкла, голосно позіхнула й повернулася до стіни. В хаті знову стихло. Устина принесла й виставила на вікні проти місяця глек з волошками, потім пішла й лягла. Поклавши щоку на долоню, вона боком дивилася на вікно.</w:t>
      </w:r>
    </w:p>
    <w:p>
      <w:r>
        <w:br/>
        <w:t>Сині волошки проти місяця ще більше синіли, затуляючи собою мало не все вікно. Волохата тінь од їх упала на стіл. Немов аж потемнішало в хаті од їх, покращало... А за ними видко через вікно місяць у далекому небі; до його боязко крадуться волохаті з білими крайками хмаринки, немов рибки на огонь плинуть...</w:t>
      </w:r>
    </w:p>
    <w:p>
      <w:r>
        <w:br/>
        <w:t>Очі склепаються...</w:t>
      </w:r>
    </w:p>
    <w:p>
      <w:r>
        <w:br/>
        <w:t>— А-ги!.. Держи!.. Лови!..— зчинився галас під хатою. Затюкали, заверещали, ногами затупотіли. Затріщав тин на городі, щось шугнуло в гудину, зашуміло зеленням і бігло до дверей. За ним — свист, регіт...</w:t>
      </w:r>
    </w:p>
    <w:p>
      <w:r>
        <w:br/>
        <w:t>Устина кинулася, як метіль, до вікна.</w:t>
      </w:r>
    </w:p>
    <w:p>
      <w:r>
        <w:br/>
        <w:t>— Мамо! Мамо! — швиденько, крізь сльози, стала вона будити матір.— Мамо! Ось просніться!</w:t>
      </w:r>
    </w:p>
    <w:p>
      <w:r>
        <w:br/>
        <w:t>— А що там? — жахнулася зо сну мати.</w:t>
      </w:r>
    </w:p>
    <w:p>
      <w:r>
        <w:br/>
        <w:t>— Не чуєте?.. Здається, знову парубки впіймали Мари-ню! — з болем промовила Устина й заплакала.</w:t>
      </w:r>
    </w:p>
    <w:p>
      <w:r>
        <w:br/>
        <w:t>Заторигало щось сінешніми дверима — сильно, нетерпляче.</w:t>
      </w:r>
    </w:p>
    <w:p>
      <w:r>
        <w:br/>
        <w:t>Мати зірвалася з постелі і в сорочці, з розпущеною косою, як молода, метнулася в сіни.</w:t>
      </w:r>
    </w:p>
    <w:p>
      <w:r>
        <w:br/>
        <w:t>Заторохтів засов, зарипіли двері, потім знову хряснули, зачинились. Знову грюкнув засов, аж завищав. Схлипуючи й важко дихаючи, в хату вбігла дівчина, розпатлана, розхристана; спідниця зсунулася із стану й волочилась по долівці, крізь розпанаханий рукав сорочки світить голе тіло. Слідом за нею — мати. Під хатою загомоніли парубочі голоси... регіт, непотрібні слова... Щось скілько разів торигнуло дверима. І мати й дочка видерлись на піл, рядком прищулились до вікна, пильно і мовчки вдивлялися на двір. Устя стояла в кутку коло печі, ламала руки й тремтіла. В хаті — немов вимерли всі... Гомін з-під хати одходив далі, тихішав, потім зовсім не стало його чути. Тоді обидві злізли з полу.</w:t>
      </w:r>
    </w:p>
    <w:p>
      <w:r>
        <w:br/>
        <w:t>— А, бодай ви головою понакладали, бузовіри прокляті, анахтеми, погибелі на вас немає! — почала клясти мати, звертаючись до вікна.</w:t>
      </w:r>
    </w:p>
    <w:p>
      <w:r>
        <w:br/>
        <w:t>Мариня тим часом поправляла косу, одежу на собі.</w:t>
      </w:r>
    </w:p>
    <w:p>
      <w:r>
        <w:br/>
        <w:t>— Побили? — звернулась до неї мати.</w:t>
      </w:r>
    </w:p>
    <w:p>
      <w:r>
        <w:br/>
        <w:t>— Не били. Спідницю, здається, розірвали. Насилу вирвалась: хотіли, мугиряки, косу одрізати,— вже спокійно розповідала Мариня.</w:t>
      </w:r>
    </w:p>
    <w:p>
      <w:r>
        <w:br/>
        <w:t>— Коли б таки остригли, коли б дав бог! — промовила Устина, зціплюючи рученята.— Бо доки вже будеш ходити, доки будеш страмити...</w:t>
      </w:r>
    </w:p>
    <w:p>
      <w:r>
        <w:br/>
        <w:t>Сльози знову забриніли в її голосі.</w:t>
      </w:r>
    </w:p>
    <w:p>
      <w:r>
        <w:br/>
        <w:t>— А тобі яке діло? — злісно звернулась до неї сестра.— Ти краща, то й мовчи. Побачимо, що з тебе ще вийде! — додала вона, розв’язуючи зубами узол у подолі сорочки.</w:t>
      </w:r>
    </w:p>
    <w:p>
      <w:r>
        <w:br/>
        <w:t>— Через тебе, ледацюго, може, й мене люди заплюють. Скажуть: одного батька діти, то й робитимуть однаково... Бодай тебе саму під шум понесло, як ти мою долю живцем у воді топиш!..</w:t>
      </w:r>
    </w:p>
    <w:p>
      <w:r>
        <w:br/>
        <w:t>— І що воно шкабарчить там, вилупок! — розсердилася мати.— Ходить по хатах, слухає, де хто що плеще язиком, та й собі тієї ж...</w:t>
      </w:r>
    </w:p>
    <w:p>
      <w:r>
        <w:br/>
        <w:t>— А то що — ви мене добру навчите? — перебила її Устина.— Годі вже: довели он одну до розуму. Навчали вас покійний тато, та мало: треба було бити, треба було катувати, духу з вас прислухаючись! — Оченята огнем загорілись,</w:t>
      </w:r>
    </w:p>
    <w:p>
      <w:r>
        <w:br/>
        <w:t>— Цить! Довго ще ти будеш? — грізно крикнула на неї мати.— Шкуру на тобі спущу! — подивилась грізними, злими очима.— Бач, яка стара зробилася! Спать іди!</w:t>
      </w:r>
    </w:p>
    <w:p>
      <w:r>
        <w:br/>
        <w:t>Устя схилилась на стіл і замовкла. Мати з Маринею, нахиляючись до вікна, лічили срібні гроші, що вив’язала Мариня з подолу сорочки. Мова материна стала тихенька й ласкава.</w:t>
      </w:r>
    </w:p>
    <w:p>
      <w:r>
        <w:br/>
        <w:t>Устина зітхнула й притихла.</w:t>
      </w:r>
    </w:p>
    <w:p>
      <w:r>
        <w:br/>
        <w:t>Мати й дочка уляглися поруч на полу й тихо зашепотіли про щось між собою.</w:t>
      </w:r>
    </w:p>
    <w:p>
      <w:r>
        <w:br/>
        <w:t>Мати підвела голову і повернулась до Усті.</w:t>
      </w:r>
    </w:p>
    <w:p>
      <w:r>
        <w:br/>
        <w:t>— Лягай спати — чого манячиш, як привид?</w:t>
      </w:r>
    </w:p>
    <w:p>
      <w:r>
        <w:br/>
        <w:t>Устя мовчала. Може, й не чула. На полу зашепотіли ще тихіше. Мариня розказувала матері, видимо, щось веселе — часом обидві сміялися, уткнувшись у подушку. Устина задумалась. Суворо насуплені її оченята почали прояснятися знову. Думкою полинула вона з рідної хати. І мріється їй: в клас ввіходить він — той, хто ніколи не виходить у неї з голови, вчитель. Милий, знакомий голос, добре зучена хода... школярі лекцій не знають, і він стає смутний... Ось він виходить на перемінку. Тоді встане одна дівчинка — худенька, в ластовиннячках, в убогій спідничині,— дожене його і соромливо подасть пучок синіх волошок. То вона, Устина. Він і осміхнеться, подякує... Він же так любить їх, бо сама вона бачила, як цілий день носив він у петельці дві квіточки. Подумає: і в драному дівчина, й учиться не дуже добре, а, мабуть, любить мене більше за всіх...</w:t>
      </w:r>
    </w:p>
    <w:p>
      <w:r>
        <w:br/>
        <w:t>"А як довідається, що сестра моя — Мариня?..— В Усті похололо на серці,— ух, як соромно буде, як боляче! — Міцно заплющила очі й закусила губу; стало гаряче в щоки, в уха. — Господи, зроби так, щоб він не довідався про це ніколи, ніколи!.." — подумала вона.</w:t>
      </w:r>
    </w:p>
    <w:p>
      <w:r>
        <w:br/>
        <w:t>"А як дознається?.. Ну що ж,— я тоді розкажу йому по правді все, все...— Устина обгорнула рукою волошки, схилилась, і сльозинка викотилася у неї з очей. Задумалася й потім зразу кинулась.— Мариня теж згадує щось про вчителя... Яке їй діло до його?!" — прищулилась, прислухалась... Щось стукнуло в голову, огонь пішов по тілі, і вона миттю зірвалася з місця.</w:t>
      </w:r>
    </w:p>
    <w:p>
      <w:r>
        <w:br/>
        <w:t>— Брешеш, брешеш, паплюго! — крикнула вона на всю хату.— Хіба я не знаю, де ти була?.. Ти з прикажчиками в якономії по бур’янах таскалась, а вчитель тебе на поріг не пустить!</w:t>
      </w:r>
    </w:p>
    <w:p>
      <w:r>
        <w:br/>
        <w:t>Мати й дочка обірвали розмову.</w:t>
      </w:r>
    </w:p>
    <w:p>
      <w:r>
        <w:br/>
        <w:t>— Чого ти репетуєш, дурна! — обізвалася мати.— Ну, зайшла до вчителя, книжечки почитати, та хіба це що?.. Тобі ж завтра рано до школи йти — лягай спати,— ласкаво додала вона,— а завтра встанеш раненько та наламаєш ще на городі бузочку вчителеві.</w:t>
      </w:r>
    </w:p>
    <w:p>
      <w:r>
        <w:br/>
        <w:t>Устя душею почула страшну для неї правду. Почуття сорому, якого не вимовити словами, немов полум’ям опалило всю її душу, і дівчині хотілося завищати од болю. "А як же мені в школу тепер, як у вічі дивитися?" — промайнула думка. Навіть острах узяв дівчину перед цим. "Ні, ні... нізащо в світі... Ніколи очі мої більш не бачитимуть його... Буде йти улицею — за тин сховаюся, городами обійду",— зразу подумала вона. І в одну хвилину побила, поламала, порвала в себе все те, що зв’язувало її з школою і з учителем. Тоді тільки став проходити той острах перед невимовним соромом — соромом за себе, за вчителя, за сестру, що несподіваною бурею пролетів по дитячій душі...</w:t>
      </w:r>
    </w:p>
    <w:p>
      <w:r>
        <w:br/>
        <w:t>Затихло в хаті. Мати й дочка давно сплять, висвистуючи наперебій, немов у сопілки. Місяць зайшов десь за хату, і в хаті притемніло. Устина зв’язує в узлик свої сорочки, спідниці, всяке збіжжя. Завтра, як зійде сонце, вона піде з свого села,— туди, де немає ні матері, ні вчителя, ні Марині, піде на хутори шукати собі наймів.</w:t>
      </w:r>
    </w:p>
    <w:p>
      <w:r>
        <w:br/>
        <w:t>"Буду робить, буду годить, то і в чужих людей не загину",— думає вона, і личко її стає поважне, суворе.</w:t>
      </w:r>
    </w:p>
    <w:p>
      <w:r>
        <w:br/>
        <w:t>Глянула на вікно, де стояли волошки: з такою охотою перед заходом сонця по одній квіточці зривала вона ці синенькі волошки, вишукуючи найкращі, найповніші з них,— тепер стоять далекі, нікому не потрібні...</w:t>
      </w:r>
    </w:p>
    <w:p>
      <w:r>
        <w:br/>
        <w:t>Вийняла з води й недбайливо шпурнула до порога.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