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Володька-рибалка</w:t>
      </w:r>
    </w:p>
    <w:p>
      <w:r>
        <w:br/>
        <w:t xml:space="preserve"> &lt;p&gt;Ранком діти зібрались у дитячий садок. Тісним колом вони обступили виховательку Євгенію Іванівну. Вона розповідала, як на морі рибалки ловлять рибу.</w:t>
      </w:r>
    </w:p>
    <w:p>
      <w:r>
        <w:br/>
        <w:t>— Коли б ми сіли на поїзд, що йде на північ, то третьої доби приїхали б до міста Мурманська. Там пішли б на пароплав і разом із рибалками попливли б у море. Тоді побачили б, як рибалки ловлять рибу. Є рибки маленькі, як пташки або мухи. А є здорові риби, такі, як корова або кінь. Наловили б риби, хоч би такої, як тріска, і зварили б смачну юшку.</w:t>
      </w:r>
    </w:p>
    <w:p>
      <w:r>
        <w:br/>
        <w:t>Але задеренчав дзвінок на сніданок і перебив розмову.</w:t>
      </w:r>
    </w:p>
    <w:p>
      <w:r>
        <w:br/>
        <w:t>* * *</w:t>
      </w:r>
    </w:p>
    <w:p>
      <w:r>
        <w:br/>
        <w:t>— Ри-и-би хочу! Хочу ри-и-би!</w:t>
      </w:r>
    </w:p>
    <w:p>
      <w:r>
        <w:br/>
        <w:t>Так кричав під час сніданку Володька. Прізвище він мав Велетень. А сам — був мацюпусінький. Під стільцем сховатись міг.</w:t>
      </w:r>
    </w:p>
    <w:p>
      <w:r>
        <w:br/>
        <w:t>Володька сидів у їдальні дитячого садка. Йому дали картопляне пюре. Він пюре не хотів. Кричав, вищав тоненьким голоском, що хоче риби.</w:t>
      </w:r>
    </w:p>
    <w:p>
      <w:r>
        <w:br/>
        <w:t>— Нема риби, — сказала Євгенія Іванівна.</w:t>
      </w:r>
    </w:p>
    <w:p>
      <w:r>
        <w:br/>
        <w:t>— Поїду до рибалок і скажу, щоб риби більше ловили і нам прислали, — сказав Володька і зліз з стільця. Він не хотів пюре.</w:t>
      </w:r>
    </w:p>
    <w:p>
      <w:r>
        <w:br/>
        <w:t>* * *</w:t>
      </w:r>
    </w:p>
    <w:p>
      <w:r>
        <w:br/>
        <w:t>Після сніданку діти полягали відпочивати. Володька ліг голодний. Йому не спалося. Він думав про те, чому так мало риби ловлять.</w:t>
      </w:r>
    </w:p>
    <w:p>
      <w:r>
        <w:br/>
        <w:t>"А якби справді поїхати до рибалок&gt;, — спало на думку хлопчикові.</w:t>
      </w:r>
    </w:p>
    <w:p>
      <w:r>
        <w:br/>
        <w:t>Він повернувся на другий бік. Ще трохи полежав, а тоді сам не помітив, як устав. Тихенько, навшпиньках, обминаючи Євгенію Іванівну, вийшов на вулицю.</w:t>
      </w:r>
    </w:p>
    <w:p>
      <w:r>
        <w:br/>
        <w:t>* * *</w:t>
      </w:r>
    </w:p>
    <w:p>
      <w:r>
        <w:br/>
        <w:t>Прийшов Володька на вокзал. Став у чергу — по квиток. Коли наблизився до каси, взяв з підлоги паличку і постукав у віконце.</w:t>
      </w:r>
    </w:p>
    <w:p>
      <w:r>
        <w:br/>
        <w:t>— Хто там стукає? — спитав касир і просунув крізь маленьке віконце довгого носа.</w:t>
      </w:r>
    </w:p>
    <w:p>
      <w:r>
        <w:br/>
        <w:t>— Це я, — відповів Володька. — Дайте мені квиток на поїзд. Я їду на море до рибалок. Щоб вони риби наловили для нашого дитячого садка. Я рибу дуже люблю. Допоможу їм ловити.</w:t>
      </w:r>
    </w:p>
    <w:p>
      <w:r>
        <w:br/>
        <w:t>— А-а-а, — протягнув касир. — Дуже радий. — І сховав свого носа.</w:t>
      </w:r>
    </w:p>
    <w:p>
      <w:r>
        <w:br/>
        <w:t>За віконцем щось стукнуло, цокнуло, грюкнуло, і вилетів квиток з написом: Харків — Мурманськ.</w:t>
      </w:r>
    </w:p>
    <w:p>
      <w:r>
        <w:br/>
        <w:t>* * *</w:t>
      </w:r>
    </w:p>
    <w:p>
      <w:r>
        <w:br/>
        <w:t>Володька зайшов у вагон. Знайшов свою полицю, поставив там чемодан, глянув у вікно і ліг спати.</w:t>
      </w:r>
    </w:p>
    <w:p>
      <w:r>
        <w:br/>
        <w:t>Гу-гу! Гу-гуі — загув паровоз. Дим з димаря пішов. Закрутились колеса, поїзд рушив.</w:t>
      </w:r>
    </w:p>
    <w:p>
      <w:r>
        <w:br/>
        <w:t>Чш-чш-чш-чччч!</w:t>
      </w:r>
    </w:p>
    <w:p>
      <w:r>
        <w:br/>
        <w:t>Прокинувся Володька, поїзд стоїть у Москві. Потім поїзд рушив далі, і наш мандрівник знову задрімав.</w:t>
      </w:r>
    </w:p>
    <w:p>
      <w:r>
        <w:br/>
        <w:t>Вдруге розплющив очі, коли поїзд підійшов до Ленінграда. Лише глянув Володька на величезне місто, а машиніст уже дає гудок, щоб їхати далі.</w:t>
      </w:r>
    </w:p>
    <w:p>
      <w:r>
        <w:br/>
        <w:t>Знов засвистав Володька носом на своїй полиці.</w:t>
      </w:r>
    </w:p>
    <w:p>
      <w:r>
        <w:br/>
        <w:t>* * *</w:t>
      </w:r>
    </w:p>
    <w:p>
      <w:r>
        <w:br/>
        <w:t>Довго він спав.</w:t>
      </w:r>
    </w:p>
    <w:p>
      <w:r>
        <w:br/>
        <w:t>Коли чує — будять його.</w:t>
      </w:r>
    </w:p>
    <w:p>
      <w:r>
        <w:br/>
        <w:t>— Громадянине, вставайте, бо приїхали до Мурманська.</w:t>
      </w:r>
    </w:p>
    <w:p>
      <w:r>
        <w:br/>
        <w:t>Володька з полиці плиг. Швиденько вмився. Почистив зуби. Взув черевики і бігцем у порт, шукати пароплава.</w:t>
      </w:r>
    </w:p>
    <w:p>
      <w:r>
        <w:br/>
        <w:t>В порту знайшов капітана і розбалакався з ним.</w:t>
      </w:r>
    </w:p>
    <w:p>
      <w:r>
        <w:br/>
        <w:t>— Добридень, капітане! — сказав хлопець. — Я Володька Велетень. А як ви називаєтесь?</w:t>
      </w:r>
    </w:p>
    <w:p>
      <w:r>
        <w:br/>
        <w:t>— Моє прізвище — Крихітка, — відповів капітан. — Чим можу вам допомогти?</w:t>
      </w:r>
    </w:p>
    <w:p>
      <w:r>
        <w:br/>
        <w:t>Засміявся Володька, почувши прізвище капітанове, бо капітан Крихітка був, як дві бочки, поставлені одна на одну.</w:t>
      </w:r>
    </w:p>
    <w:p>
      <w:r>
        <w:br/>
        <w:t>— Я приїхав допомогти вам рибу ловити. Рибу дуже люблю, а її в нас немає.</w:t>
      </w:r>
    </w:p>
    <w:p>
      <w:r>
        <w:br/>
        <w:t>— А-а-а, — сказав капітан. — Дуже добре. Прошу до нас на тральщик.</w:t>
      </w:r>
    </w:p>
    <w:p>
      <w:r>
        <w:br/>
        <w:t>* * *</w:t>
      </w:r>
    </w:p>
    <w:p>
      <w:r>
        <w:br/>
        <w:t>Почув Володька слово тральщик. "Що таке?" — думає. Пішов разом з капітаном. Привів його капітан на маленький пароплав. Посередині стирчав тоненький димар, наче обгорілий сірник.</w:t>
      </w:r>
    </w:p>
    <w:p>
      <w:r>
        <w:br/>
        <w:t>— Це наш тральщик, — сказав капітан, показуючи Володьці пароплав, — зветься він "Нерпа".</w:t>
      </w:r>
    </w:p>
    <w:p>
      <w:r>
        <w:br/>
        <w:t>"Ага, — подумав хлопчина, — то маленькі пароплави, що рибу ловлять, звуться тральщиками".</w:t>
      </w:r>
    </w:p>
    <w:p>
      <w:r>
        <w:br/>
        <w:t>Капітан познайомив Володьку із своїми матросами-рибалками.</w:t>
      </w:r>
    </w:p>
    <w:p>
      <w:r>
        <w:br/>
        <w:t>Володька кожному потис руку і сказав:</w:t>
      </w:r>
    </w:p>
    <w:p>
      <w:r>
        <w:br/>
        <w:t>— Доброго вам здоров'я! Дуже радий вас бачити.</w:t>
      </w:r>
    </w:p>
    <w:p>
      <w:r>
        <w:br/>
        <w:t>* * *</w:t>
      </w:r>
    </w:p>
    <w:p>
      <w:r>
        <w:br/>
        <w:t>Одразу ж тральщик рушив у море по рибу.</w:t>
      </w:r>
    </w:p>
    <w:p>
      <w:r>
        <w:br/>
        <w:t>Володька вперше бачив море. Куди він дивився — нічого, крім води і тральщика, не бачив.</w:t>
      </w:r>
    </w:p>
    <w:p>
      <w:r>
        <w:br/>
        <w:t>Води було більше, ніж у річці, більше, ніж у ставку. Навколо сама вода.</w:t>
      </w:r>
    </w:p>
    <w:p>
      <w:r>
        <w:br/>
        <w:t>Великі піняві хвилі зустрічали "Нерпу". Із свистом пролітав вітер. Та Володька байдуже ставився до хвиль. Він не зважав на вітер. Ходив з капітаном та матросами по палубі і розпитував їх, як ловлять рибу.</w:t>
      </w:r>
    </w:p>
    <w:p>
      <w:r>
        <w:br/>
        <w:t>— Вам треба наловити багато риби, — сказав Володька.</w:t>
      </w:r>
    </w:p>
    <w:p>
      <w:r>
        <w:br/>
        <w:t>— Коли ти нам допоможеш — риба буде, — відповідали матроси.</w:t>
      </w:r>
    </w:p>
    <w:p>
      <w:r>
        <w:br/>
        <w:t>— Обов'язково, — обіцяв він. — Що б не було, а рибу добудемо.</w:t>
      </w:r>
    </w:p>
    <w:p>
      <w:r>
        <w:br/>
        <w:t>Підпливли до того місця в морі, де, як казав капітан, мусила бути риба.</w:t>
      </w:r>
    </w:p>
    <w:p>
      <w:r>
        <w:br/>
        <w:t>Закинули в море трал. Це сіть така, якою рибу ловлять. Потягли трал за собою. Витралили лише одну маленьку рибку.</w:t>
      </w:r>
    </w:p>
    <w:p>
      <w:r>
        <w:br/>
        <w:t>Взяв її Володька за хвостик, потряс нею та й каже:</w:t>
      </w:r>
    </w:p>
    <w:p>
      <w:r>
        <w:br/>
        <w:t>— Де ж ваша риба? Мені самому двадцять таких рибок на сніданок не вистачить.</w:t>
      </w:r>
    </w:p>
    <w:p>
      <w:r>
        <w:br/>
        <w:t>Засоромились капітан і матроси.</w:t>
      </w:r>
    </w:p>
    <w:p>
      <w:r>
        <w:br/>
        <w:t>Знов пустили за борт трал. На цей раз витягли більшу рибу — тріску.</w:t>
      </w:r>
    </w:p>
    <w:p>
      <w:r>
        <w:br/>
        <w:t>Штурхнув її Володька пальчиком, понюхав і каже:</w:t>
      </w:r>
    </w:p>
    <w:p>
      <w:r>
        <w:br/>
        <w:t>— Що ж, цього мені на обід теж замало.</w:t>
      </w:r>
    </w:p>
    <w:p>
      <w:r>
        <w:br/>
        <w:t>Розсердився капітан, почувши таке від Володьки.</w:t>
      </w:r>
    </w:p>
    <w:p>
      <w:r>
        <w:br/>
        <w:t>— Хлопчиську, — гукнув він на нього, — а може, і цієї риби тобі мало на обід?</w:t>
      </w:r>
    </w:p>
    <w:p>
      <w:r>
        <w:br/>
        <w:t>Володька дивився на море, куди капітан показував пальцем.</w:t>
      </w:r>
    </w:p>
    <w:p>
      <w:r>
        <w:br/>
        <w:t>* * *</w:t>
      </w:r>
    </w:p>
    <w:p>
      <w:r>
        <w:br/>
        <w:t>З води то виринала, то знов пірнала величезна риба, показуючи гострий хребет. Коли вона показувала свою морду, то здавалась такою великою, що може проковтнути капітана й Володьку разом.</w:t>
      </w:r>
    </w:p>
    <w:p>
      <w:r>
        <w:br/>
        <w:t>— О, це малятко для мене годиться, — сказав Володька і сперся рукою на поручні. — А як ця рибка зветься?</w:t>
      </w:r>
    </w:p>
    <w:p>
      <w:r>
        <w:br/>
        <w:t>— Це касатка, хижий морський звір, — відповіли йому матроси, — вона їсть рибу, звірів і людей.</w:t>
      </w:r>
    </w:p>
    <w:p>
      <w:r>
        <w:br/>
        <w:t>— О, поганець! — І, звернувшись до матросів, Володька загукав: — Рушницю мені! Я провчу її, як їсти людей!</w:t>
      </w:r>
    </w:p>
    <w:p>
      <w:r>
        <w:br/>
        <w:t>Принесли рушницю.</w:t>
      </w:r>
    </w:p>
    <w:p>
      <w:r>
        <w:br/>
        <w:t>Хлопець довго націлявся. Нарешті націлився і сказав:</w:t>
      </w:r>
    </w:p>
    <w:p>
      <w:r>
        <w:br/>
        <w:t>— Стріляю.</w:t>
      </w:r>
    </w:p>
    <w:p>
      <w:r>
        <w:br/>
        <w:t>* * *</w:t>
      </w:r>
    </w:p>
    <w:p>
      <w:r>
        <w:br/>
        <w:t>Блиснув вогник, бахнув постріл. Заклубився димок. А Володьки на палубі не стало. Від пострілу рушниця здригнулась і так штовхнула його в плече, що він полетів з палуби в море.</w:t>
      </w:r>
    </w:p>
    <w:p>
      <w:r>
        <w:br/>
        <w:t>А на хвилях забила хвостом по воді касатка. Потім заспокоїлась і спливла на поверхню. Біля неї зачервоніла вода. Лиху рибу було вбито.</w:t>
      </w:r>
    </w:p>
    <w:p>
      <w:r>
        <w:br/>
        <w:t>— Загинув наш Володька, загинув сміливий рибалка, завзятий мисливець, — закричав капітан, закричали матроси.</w:t>
      </w:r>
    </w:p>
    <w:p>
      <w:r>
        <w:br/>
        <w:t>Зі страхом дивились вони на море, але нічого, крім касатки, що її забив Володька, не бачили.</w:t>
      </w:r>
    </w:p>
    <w:p>
      <w:r>
        <w:br/>
        <w:t>* * *</w:t>
      </w:r>
    </w:p>
    <w:p>
      <w:r>
        <w:br/>
        <w:t>А Володька, пірнувши мало не до дна, пирхнув носом, пустив дві бульби і вдарив об воду руками й ногами, наче жабеня.</w:t>
      </w:r>
    </w:p>
    <w:p>
      <w:r>
        <w:br/>
        <w:t>"А тут таки мокро", — подумав Володька. Широко розплющив очі і побачив перед собою багато риб. Маленькі й великі, вони пливли зграями, обминаючи сіть, що її тяг за собою тральщик.</w:t>
      </w:r>
    </w:p>
    <w:p>
      <w:r>
        <w:br/>
        <w:t>— Е, голубчики, — сказав Володька, — та ви в сіть не хочете зазирати?</w:t>
      </w:r>
    </w:p>
    <w:p>
      <w:r>
        <w:br/>
        <w:t>Назустріч хлопцеві плив великий оселедець. Володька кинувся до оселедця, щоб загнати його в сіть. Але оселедець глибоко пірнув і зник з його очей. Бачить Володька, пливе багато пікші, великої сріблистої риби. Давай заганяти її у трал. Злякалась пікша Володьки і вся у сіть зайшла.</w:t>
      </w:r>
    </w:p>
    <w:p>
      <w:r>
        <w:br/>
        <w:t>Випливає назустріч, Володьці чорне кругле страховище. "Що то за риба?" — думає хлопець.</w:t>
      </w:r>
    </w:p>
    <w:p>
      <w:r>
        <w:br/>
        <w:t>* * *</w:t>
      </w:r>
    </w:p>
    <w:p>
      <w:r>
        <w:br/>
        <w:t>А то був електричний скат. Така риба, що сама в собі електричну батарейку носить. Хто її зачепить, так електрикою і вдарить.</w:t>
      </w:r>
    </w:p>
    <w:p>
      <w:r>
        <w:br/>
        <w:t>В цей час повз електричного ската той самий великий оселедець пропливав.</w:t>
      </w:r>
    </w:p>
    <w:p>
      <w:r>
        <w:br/>
        <w:t>— Зараз я вас обох у сіть зажену, — вирішив Володька. І гайда на ската й оселедця руками махати. І просто до нього підпливає. А скат як наїжився, і лише торкнувся Володька його рукою, а він хлопця і вдарив електричним струмом. Потемніло в очах у Володьки. І замість того, щоб оселедця та ската в сіть загнати, сам у сітці опинився.</w:t>
      </w:r>
    </w:p>
    <w:p>
      <w:r>
        <w:br/>
        <w:t>* * *</w:t>
      </w:r>
    </w:p>
    <w:p>
      <w:r>
        <w:br/>
        <w:t>Тим часом рибалки пливли далі і ловили рибу.</w:t>
      </w:r>
    </w:p>
    <w:p>
      <w:r>
        <w:br/>
        <w:t>Ось витягли з моря сіть, і на палубу висипалась купа мокрої блискучої, як алюмінієві покришки, риби. Між рибою чорніло щось кругле й велике, як гарбуз.</w:t>
      </w:r>
    </w:p>
    <w:p>
      <w:r>
        <w:br/>
        <w:t>— Це що таке? — спитав капітан, показуючи на той гарбуз матросам.</w:t>
      </w:r>
    </w:p>
    <w:p>
      <w:r>
        <w:br/>
        <w:t>— Не що, а хто — спитайте краще, — почувся голос із купи.</w:t>
      </w:r>
    </w:p>
    <w:p>
      <w:r>
        <w:br/>
        <w:t>Гарбуз став на ноги і одрапортував:</w:t>
      </w:r>
    </w:p>
    <w:p>
      <w:r>
        <w:br/>
        <w:t>— Володька Велетень прибув на тральщик і слухає вас, капітане Крихітка!</w:t>
      </w:r>
    </w:p>
    <w:p>
      <w:r>
        <w:br/>
        <w:t>Це був живий Володька.</w:t>
      </w:r>
    </w:p>
    <w:p>
      <w:r>
        <w:br/>
        <w:t>Матроси й капітан кинулися до Володьки. Вони тиснули йому руки і мало не задушили, обіймаючи хлопця.</w:t>
      </w:r>
    </w:p>
    <w:p>
      <w:r>
        <w:br/>
        <w:t>Всі надзвичайно зраділи, а Володька гордо ходив од корми до носа й назад та розповідав кожному, що він робив у морі і як потрапив у сіть.</w:t>
      </w:r>
    </w:p>
    <w:p>
      <w:r>
        <w:br/>
        <w:t>* * *</w:t>
      </w:r>
    </w:p>
    <w:p>
      <w:r>
        <w:br/>
        <w:t>Тому що моряки дуже потомилися, капітан наказав усім лягати спати, крім стернового.</w:t>
      </w:r>
    </w:p>
    <w:p>
      <w:r>
        <w:br/>
        <w:t>— Сьогодні я стоятиму біля стерна, — запропонував Володька. З ним погодилися, і всі, крім нього, полягали спати.</w:t>
      </w:r>
    </w:p>
    <w:p>
      <w:r>
        <w:br/>
        <w:t>Володька стежив за спокійною поверхнею моря.</w:t>
      </w:r>
    </w:p>
    <w:p>
      <w:r>
        <w:br/>
        <w:t>"Наче не море, а вода в каструльці, — подумав він, — таке спокійне".</w:t>
      </w:r>
    </w:p>
    <w:p>
      <w:r>
        <w:br/>
        <w:t>З усіх боків до нього долітало хропіння команди. Коли враз помітив у морі якісь рухи. В одному місці вода густо захвилювалась.</w:t>
      </w:r>
    </w:p>
    <w:p>
      <w:r>
        <w:br/>
        <w:t>"Риба, риба йде", — догадався Володька.</w:t>
      </w:r>
    </w:p>
    <w:p>
      <w:r>
        <w:br/>
        <w:t>Над морем з'явилося багато чайок. Вони супроводили косяки риби, то та, то інша кидалися в море і здіймалися вгору, тримаючи в дзьобі рибу.</w:t>
      </w:r>
    </w:p>
    <w:p>
      <w:r>
        <w:br/>
        <w:t>Кидались одна на одну і з криком кожна намагалася вирвати собі рибу.</w:t>
      </w:r>
    </w:p>
    <w:p>
      <w:r>
        <w:br/>
        <w:t>Хлопець вирішив, що час ловити рибу.</w:t>
      </w:r>
    </w:p>
    <w:p>
      <w:r>
        <w:br/>
        <w:t>Він побіг штовхати сонних рибалок і загукав, що риба йде.</w:t>
      </w:r>
    </w:p>
    <w:p>
      <w:r>
        <w:br/>
        <w:t>Як вихор, зривалися моряки і бігли до своїх місць.</w:t>
      </w:r>
    </w:p>
    <w:p>
      <w:r>
        <w:br/>
        <w:t>А хто був дуже сонний, того Володька тягнув за носа або за вуха, а на одного навіть вихлюпнув відро води.</w:t>
      </w:r>
    </w:p>
    <w:p>
      <w:r>
        <w:br/>
        <w:t>— Молодець! — похвалив Володьку капітан і почав командувати, що кому робити.</w:t>
      </w:r>
    </w:p>
    <w:p>
      <w:r>
        <w:br/>
        <w:t>Швиденько випускали трал і повний вщерть витягли його на палубу.</w:t>
      </w:r>
    </w:p>
    <w:p>
      <w:r>
        <w:br/>
        <w:t>Палуба, трюм, всі бочки і скрині були завалені рибою.</w:t>
      </w:r>
    </w:p>
    <w:p>
      <w:r>
        <w:br/>
        <w:t>Найбільше було великої й жирної тріски. Дивилася одним оком пукаста камбала. Траплялися коротенькі мойви.</w:t>
      </w:r>
    </w:p>
    <w:p>
      <w:r>
        <w:br/>
        <w:t>Чимало було вовкориби, сайди та палтусів.</w:t>
      </w:r>
    </w:p>
    <w:p>
      <w:r>
        <w:br/>
        <w:t>З-поміж різних риб хлопець побачив велетенського оселедця, того самого, що втік від нього.</w:t>
      </w:r>
    </w:p>
    <w:p>
      <w:r>
        <w:br/>
        <w:t>— А, сякий-такий, — зрадів Володька і показав оселедця капітанові. — Тьотя Женя так його приготує, що Стьопка, Тарас, Марійка і Галка лише пальчики пооблизують.</w:t>
      </w:r>
    </w:p>
    <w:p>
      <w:r>
        <w:br/>
        <w:t>Коли це оселедець нахмурився, та як підскочить і — лясь мокрим хвостом Володьку по носі. Раз, другий витирає хвостом Володьці носа.</w:t>
      </w:r>
    </w:p>
    <w:p>
      <w:r>
        <w:br/>
        <w:t>— Ой! ой! ой! — закричав Володька.</w:t>
      </w:r>
    </w:p>
    <w:p>
      <w:r>
        <w:br/>
        <w:t>Закричав і широко розплющив очі. Що за диво? Де палуба "Нерпи", де її славний капітан Крихітка із своїми матросами?</w:t>
      </w:r>
    </w:p>
    <w:p>
      <w:r>
        <w:br/>
        <w:t>Замість палуби Володька сидів на ліжку в дитячому садку. На його крик прибігли діти та Євгенія Іванівна.</w:t>
      </w:r>
    </w:p>
    <w:p>
      <w:r>
        <w:br/>
        <w:t>— Що з тобою? — спитали вони Володьку.</w:t>
      </w:r>
    </w:p>
    <w:p>
      <w:r>
        <w:br/>
        <w:t>— А де риба? — плаксиво тягнув Володька.</w:t>
      </w:r>
    </w:p>
    <w:p>
      <w:r>
        <w:br/>
        <w:t>— Яка риба? — і всі засміялись. — Це, мабуть, тобі приснилося?</w:t>
      </w:r>
    </w:p>
    <w:p>
      <w:r>
        <w:br/>
        <w:t>Хлопець зрозумів, що то був лише сон. Відтоді прозвали його Рибалкою.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Володька-рибалка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