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Воли та осі</w:t>
      </w:r>
    </w:p>
    <w:p>
      <w:r>
        <w:br/>
        <w:t xml:space="preserve"> &lt;p&gt;Якось запріг селянин волів, навантажив воза пшеницею та й повіз до міста продавати,</w:t>
      </w:r>
    </w:p>
    <w:p>
      <w:r>
        <w:br/>
        <w:t>— Не щастить нам сьогодні,— каже половий віл до чорного.— Віз важкий, та ще й під гору його тягти...</w:t>
      </w:r>
    </w:p>
    <w:p>
      <w:r>
        <w:br/>
        <w:t>— Нічого,— відповідає чорний.— Всенький ранок у місті відпочиватимемо та й повернемось упорожні.</w:t>
      </w:r>
    </w:p>
    <w:p>
      <w:r>
        <w:br/>
        <w:t>— Знаю,— зітхає половий,— але я за жнива так наробився, що вже геть знесилів.</w:t>
      </w:r>
    </w:p>
    <w:p>
      <w:r>
        <w:br/>
        <w:t>— О нещасний,— відмовляє чорний,— нарікаєш і нарікаєш. А забув, що ми все літо паслися й відпочивали?</w:t>
      </w:r>
    </w:p>
    <w:p>
      <w:r>
        <w:br/>
        <w:t>Так ішли вони собі потихеньку, аж раптом почули позаду:</w:t>
      </w:r>
    </w:p>
    <w:p>
      <w:r>
        <w:br/>
        <w:t>Рип, рип, рип...</w:t>
      </w:r>
    </w:p>
    <w:p>
      <w:r>
        <w:br/>
        <w:t>— Чуєш? — питає половий?</w:t>
      </w:r>
    </w:p>
    <w:p>
      <w:r>
        <w:br/>
        <w:t>— Чую. То осі риплять.</w:t>
      </w:r>
    </w:p>
    <w:p>
      <w:r>
        <w:br/>
        <w:t>Рип, рип, рип,— рипіли осі. Рипіли на узвозах і на рівному, відповідаючи на кожен крок волів. А вони, витягши шиї, поволі тягли воза й стиха розмовляли.</w:t>
      </w:r>
    </w:p>
    <w:p>
      <w:r>
        <w:br/>
        <w:t>Раптом половий віл зупинився:</w:t>
      </w:r>
    </w:p>
    <w:p>
      <w:r>
        <w:br/>
        <w:t>— Це рипіння по серцю мені скромадить. Слухайте, любі,— обернувся він до осей.— Це ми тягнемо воза, а не ви. Чого ж ви волаєте? Хто почує — подумає, що лише ви працюєте...</w:t>
      </w:r>
    </w:p>
    <w:p>
      <w:r>
        <w:br/>
        <w:t>І воли поплентались далі.</w:t>
      </w:r>
    </w:p>
    <w:p>
      <w:r>
        <w:br/>
        <w:t>— Оце нагримав на них,— каже половий,— ніби й полегшало на душі.</w:t>
      </w:r>
    </w:p>
    <w:p>
      <w:r>
        <w:br/>
        <w:t>— Аби ж то тільки осі рипіли! — відмовляє чорний.— Є й людей, і звірів чимало, котрі вдають, що вони працюють, мучаться, дбають за все, що без них і світ перевернеться. Насправді ж вони нічого не роблять: інші працюють за них.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Воли та осі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