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Воєвода Дмитро</w:t>
      </w:r>
    </w:p>
    <w:p>
      <w:r>
        <w:br/>
        <w:t xml:space="preserve"> Розорили чвари княжі&lt;br /&gt;</w:t>
        <w:br/>
        <w:t>стародавній стольний Київ.&lt;br /&gt;</w:t>
        <w:br/>
        <w:t>Навіть князь тепер не хоче&lt;br /&gt;</w:t>
        <w:br/>
        <w:t>проживати в Київ-граді.&lt;br /&gt;</w:t>
        <w:br/>
        <w:t>Ось тому-то князь Данило&lt;br /&gt;</w:t>
        <w:br/>
        <w:t>тут поставив воєводу,—&lt;br /&gt;</w:t>
        <w:br/>
        <w:t>він у місті й краї всьому&lt;br /&gt;</w:t>
        <w:br/>
        <w:t>другий рік уже при владі.</w:t>
      </w:r>
    </w:p>
    <w:p>
      <w:r>
        <w:br/>
        <w:t>Це був муж — Дмитро на ймення —&lt;br /&gt;</w:t>
        <w:br/>
        <w:t>рослий, дужий, гарний вельми.&lt;br /&gt;</w:t>
        <w:br/>
        <w:t>І в обличчі, і в статурі —&lt;br /&gt;</w:t>
        <w:br/>
        <w:t>простота і величавість.&lt;br /&gt;</w:t>
        <w:br/>
        <w:t>То дарма, ідо на кольчугу&lt;br /&gt;</w:t>
        <w:br/>
        <w:t>борода, мов іній, пада:&lt;br /&gt;</w:t>
        <w:br/>
        <w:t>борода — то знак змужніння,&lt;br /&gt;</w:t>
        <w:br/>
        <w:t>сивизна — то іде не старість!</w:t>
      </w:r>
    </w:p>
    <w:p>
      <w:r>
        <w:br/>
        <w:t>Всім щасливий воєвода —&lt;br /&gt;</w:t>
        <w:br/>
        <w:t>Мирославою-жоною,&lt;br /&gt;</w:t>
        <w:br/>
        <w:t>дочками, двома синами&lt;br /&gt;</w:t>
        <w:br/>
        <w:t>і здоров'ям, як ведеться.&lt;br /&gt;</w:t>
        <w:br/>
        <w:t>Та не має він два роки&lt;br /&gt;</w:t>
        <w:br/>
        <w:t>ні спочинку, ні спокою:&lt;br /&gt;</w:t>
        <w:br/>
        <w:t>йде зі сходу плем'я дике,&lt;br /&gt;</w:t>
        <w:br/>
        <w:t>що татарами зоветься.</w:t>
      </w:r>
    </w:p>
    <w:p>
      <w:r>
        <w:br/>
        <w:t>Вже Рязань і Володимир,&lt;br /&gt;</w:t>
        <w:br/>
        <w:t>вже Чернігів, Переяслав,&lt;br /&gt;</w:t>
        <w:br/>
        <w:t>сотні міст, містечок, селищ&lt;br /&gt;</w:t>
        <w:br/>
        <w:t>зруйнував Батий до краю.&lt;br /&gt;</w:t>
        <w:br/>
        <w:t>Тож усі кияни дружно&lt;br /&gt;</w:t>
        <w:br/>
        <w:t>лагодять фортечні стіни —&lt;br /&gt;</w:t>
        <w:br/>
        <w:t>забивають гострі палі,&lt;br /&gt;</w:t>
        <w:br/>
        <w:t>зруб землею засипають.</w:t>
      </w:r>
    </w:p>
    <w:p>
      <w:r>
        <w:br/>
        <w:t>Зброярі кують шоломи,&lt;br /&gt;</w:t>
        <w:br/>
        <w:t>і мечі, й списи, і лати,—&lt;br /&gt;</w:t>
        <w:br/>
        <w:t>трудяться навпереміну&lt;br /&gt;</w:t>
        <w:br/>
        <w:t>від світанку до світанку.&lt;br /&gt;</w:t>
        <w:br/>
        <w:t>І встигає воєвода&lt;br /&gt;</w:t>
        <w:br/>
        <w:t>пильним оком всюди глянуть:&lt;br /&gt;</w:t>
        <w:br/>
        <w:t>чи пораду дать невмілим,&lt;br /&gt;</w:t>
        <w:br/>
        <w:t>чи недбалим — прочуханку.</w:t>
      </w:r>
    </w:p>
    <w:p>
      <w:r>
        <w:br/>
        <w:t>Все, здається, наготові,&lt;br /&gt;</w:t>
        <w:br/>
        <w:t>щоб зустріти силу вражу.&lt;br /&gt;</w:t>
        <w:br/>
        <w:t>Тільки чом же воєводу&lt;br /&gt;</w:t>
        <w:br/>
        <w:t>чорні думи обступили?&lt;br /&gt;</w:t>
        <w:br/>
        <w:t>Чом на серці в нього тяжко,&lt;br /&gt;</w:t>
        <w:br/>
        <w:t>чом на серці так тривожно,&lt;br /&gt;</w:t>
        <w:br/>
        <w:t>мов наліг важенний камінь&lt;br /&gt;</w:t>
        <w:br/>
        <w:t>і гнітить його щосили?</w:t>
      </w:r>
    </w:p>
    <w:p>
      <w:r>
        <w:br/>
        <w:t>Бо Дмитрові-воєводі,&lt;br /&gt;</w:t>
        <w:br/>
        <w:t>більш ніж будь-кому, відомо,&lt;br /&gt;</w:t>
        <w:br/>
        <w:t>що Батий веде на Київ&lt;br /&gt;</w:t>
        <w:br/>
        <w:t>триста тисяч багатурів[1].&lt;br /&gt;</w:t>
        <w:br/>
        <w:t>А у нього — кілька тисяч&lt;br /&gt;</w:t>
        <w:br/>
        <w:t>всього жителів у місті.&lt;br /&gt;</w:t>
        <w:br/>
        <w:t>Чи ж достатньо їх для того,&lt;br /&gt;</w:t>
        <w:br/>
        <w:t>щоб татар відбити з турів?</w:t>
      </w:r>
    </w:p>
    <w:p>
      <w:r>
        <w:br/>
        <w:t>Бо Дмитрові-воєводі,&lt;br /&gt;</w:t>
        <w:br/>
        <w:t>більш ніж будь-кому, відомо,&lt;br /&gt;</w:t>
        <w:br/>
        <w:t>що вчинила в нашім краї&lt;br /&gt;</w:t>
        <w:br/>
        <w:t>княжа заздрість і недбалість.&lt;br /&gt;</w:t>
        <w:br/>
        <w:t>То князівські люті чвари&lt;br /&gt;</w:t>
        <w:br/>
        <w:t>повалили ту державу,&lt;br /&gt;</w:t>
        <w:br/>
        <w:t>що відома на півсвіту&lt;br /&gt;</w:t>
        <w:br/>
        <w:t>і що Київською звалась...</w:t>
      </w:r>
    </w:p>
    <w:p>
      <w:r>
        <w:br/>
        <w:t>І стоїть він, древній Київ,&lt;br /&gt;</w:t>
        <w:br/>
        <w:t>сам на сам із воротами,&lt;br /&gt;</w:t>
        <w:br/>
        <w:t>бо князівства підупаді&lt;br /&gt;</w:t>
        <w:br/>
        <w:t>всяк собі живуть, як знають,&lt;br /&gt;</w:t>
        <w:br/>
        <w:t>бо ні Суздаль, ні Чернігів,&lt;br /&gt;</w:t>
        <w:br/>
        <w:t>ні Рязань, ні Володимир&lt;br /&gt;</w:t>
        <w:br/>
        <w:t>незчисленними полками&lt;br /&gt;</w:t>
        <w:br/>
        <w:t>стін його не підпирають.</w:t>
      </w:r>
    </w:p>
    <w:p>
      <w:r>
        <w:br/>
        <w:t>І сумує воєвода&lt;br /&gt;</w:t>
        <w:br/>
        <w:t>уночі, коли на місто&lt;br /&gt;</w:t>
        <w:br/>
        <w:t>налягає грізна тиша&lt;br /&gt;</w:t>
        <w:br/>
        <w:t>сивим холодом-туманом.&lt;br /&gt;</w:t>
        <w:br/>
        <w:t>Думу думає тривожну,&lt;br /&gt;</w:t>
        <w:br/>
        <w:t>ніби хоче прозирнути&lt;br /&gt;</w:t>
        <w:br/>
        <w:t>у майбутнє невідоме —&lt;br /&gt;</w:t>
        <w:br/>
        <w:t>що несе воно киянам?..</w:t>
      </w:r>
    </w:p>
    <w:p>
      <w:r>
        <w:br/>
        <w:t>* * *</w:t>
      </w:r>
    </w:p>
    <w:p>
      <w:r>
        <w:br/>
        <w:t>Мов сарана, із галасом&lt;br /&gt;</w:t>
        <w:br/>
        <w:t>іде орда Батиєва,—&lt;br /&gt;</w:t>
        <w:br/>
        <w:t>покрила степ засніжений&lt;br /&gt;</w:t>
        <w:br/>
        <w:t>від Канева до Києва.</w:t>
      </w:r>
    </w:p>
    <w:p>
      <w:r>
        <w:br/>
        <w:t>Попереду, мов привиди,&lt;br /&gt;</w:t>
        <w:br/>
        <w:t>гарцюють дикі вершники.&lt;br /&gt;</w:t>
        <w:br/>
        <w:t>То багатури-витязі,&lt;br /&gt;</w:t>
        <w:br/>
        <w:t>що всюди скачуть першими.</w:t>
      </w:r>
    </w:p>
    <w:p>
      <w:r>
        <w:br/>
        <w:t>У кожушинах дублених,&lt;br /&gt;</w:t>
        <w:br/>
        <w:t>у малахаях заячих,&lt;br /&gt;</w:t>
        <w:br/>
        <w:t>женуть вони до Києва,&lt;br /&gt;</w:t>
        <w:br/>
        <w:t>весь виднокіл займаючи.</w:t>
      </w:r>
    </w:p>
    <w:p>
      <w:r>
        <w:br/>
        <w:t>А там, позаду,— сунуться&lt;br /&gt;</w:t>
        <w:br/>
        <w:t>улуси[2], ніби хмарища.&lt;br /&gt;</w:t>
        <w:br/>
        <w:t>Де пройдуть, там лишаються&lt;br /&gt;</w:t>
        <w:br/>
        <w:t>одні смердючі згарища.</w:t>
      </w:r>
    </w:p>
    <w:p>
      <w:r>
        <w:br/>
        <w:t>Скриплять вози немазані,&lt;br /&gt;</w:t>
        <w:br/>
        <w:t>верблюди йдуть нав'ючені,&lt;br /&gt;</w:t>
        <w:br/>
        <w:t>Жінки в кибитках[3] лаються,&lt;br /&gt;</w:t>
        <w:br/>
        <w:t>бредуть раби примучені.</w:t>
      </w:r>
    </w:p>
    <w:p>
      <w:r>
        <w:br/>
        <w:t>І все те дике юрмище&lt;br /&gt;</w:t>
        <w:br/>
        <w:t>раптово зупинилося —&lt;br /&gt;</w:t>
        <w:br/>
        <w:t>на пагорбах, над Либіддю,&lt;br /&gt;</w:t>
        <w:br/>
        <w:t>ген-ген отаборилося.</w:t>
      </w:r>
    </w:p>
    <w:p>
      <w:r>
        <w:br/>
        <w:t>Батий промчався вихором&lt;br /&gt;</w:t>
        <w:br/>
        <w:t>засніженою кручею,&lt;br /&gt;</w:t>
        <w:br/>
        <w:t>спинив коня гарячого&lt;br /&gt;</w:t>
        <w:br/>
        <w:t>над прірвою кипучою.</w:t>
      </w:r>
    </w:p>
    <w:p>
      <w:r>
        <w:br/>
        <w:t>Кінь дибки став над урвищем,&lt;br /&gt;</w:t>
        <w:br/>
        <w:t>на круп аж присідаючи.&lt;br /&gt;</w:t>
        <w:br/>
        <w:t>Хан хижо усміхається,&lt;br /&gt;</w:t>
        <w:br/>
        <w:t>на Київ поглядаючи.</w:t>
      </w:r>
    </w:p>
    <w:p>
      <w:r>
        <w:br/>
        <w:t>Так ось який він!..&lt;br /&gt;</w:t>
        <w:br/>
        <w:t>Стінами&lt;br /&gt;</w:t>
        <w:br/>
        <w:t>обнесений високими,&lt;br /&gt;</w:t>
        <w:br/>
        <w:t>від поля відгороджений&lt;br /&gt;</w:t>
        <w:br/>
        <w:t>ровами преглибокими!</w:t>
      </w:r>
    </w:p>
    <w:p>
      <w:r>
        <w:br/>
        <w:t>Там — храми білокамінні!&lt;br /&gt;</w:t>
        <w:br/>
        <w:t>Хрести блищать золочені!&lt;br /&gt;</w:t>
        <w:br/>
        <w:t>Будинки пишні висяться,&lt;br /&gt;</w:t>
        <w:br/>
        <w:t>різьбою оторочені!</w:t>
      </w:r>
    </w:p>
    <w:p>
      <w:r>
        <w:br/>
        <w:t>Там — золота у скотницях![4]&lt;br /&gt;</w:t>
        <w:br/>
        <w:t>Запасів зброї в гридницях![5]&lt;br /&gt;</w:t>
        <w:br/>
        <w:t>Один удар — і все оте&lt;br /&gt;</w:t>
        <w:br/>
        <w:t>в його руках опиниться!</w:t>
      </w:r>
    </w:p>
    <w:p>
      <w:r>
        <w:br/>
        <w:t>— Раба! — повів бровою лиш.&lt;br /&gt;</w:t>
        <w:br/>
        <w:t>Нукери[6] враз — мов згинули.&lt;br /&gt;</w:t>
        <w:br/>
        <w:t>За мить раба-киянина&lt;br /&gt;</w:t>
        <w:br/>
        <w:t>до ніг Батию кинули.</w:t>
      </w:r>
    </w:p>
    <w:p>
      <w:r>
        <w:br/>
        <w:t>У ланцюги закований,&lt;br /&gt;</w:t>
        <w:br/>
        <w:t>знесилений від голоду,&lt;br /&gt;</w:t>
        <w:br/>
        <w:t>стоїть той раб обідраний,&lt;br /&gt;</w:t>
        <w:br/>
        <w:t>аж труситься від холоду.</w:t>
      </w:r>
    </w:p>
    <w:p>
      <w:r>
        <w:br/>
        <w:t>І так на Київ дивиться,&lt;br /&gt;</w:t>
        <w:br/>
        <w:t>мов з рідними вітається,&lt;br /&gt;</w:t>
        <w:br/>
        <w:t>від горя чи від радості&lt;br /&gt;</w:t>
        <w:br/>
        <w:t>сльозами обливається.&lt;br /&gt;</w:t>
        <w:br/>
        <w:t>Лише обличчя світиться&lt;br /&gt;</w:t>
        <w:br/>
        <w:t>і радістю і вродою.&lt;br /&gt;</w:t>
        <w:br/>
        <w:t>— Киянин?&lt;br /&gt;</w:t>
        <w:br/>
        <w:t>— Так.&lt;br /&gt;</w:t>
        <w:br/>
        <w:t>— Як звешся ти?&lt;br /&gt;</w:t>
        <w:br/>
        <w:t>— Михайлом Воєводою.&lt;br /&gt;</w:t>
        <w:br/>
        <w:t>— Твій батько — бек[7] у Києві?&lt;br /&gt;</w:t>
        <w:br/>
        <w:t>— Атож, мій батько — тисяцький.&lt;br /&gt;</w:t>
        <w:br/>
        <w:t>— Дмитро?&lt;br /&gt;</w:t>
        <w:br/>
        <w:t>— Дмитро... А нащо вам?&lt;br /&gt;</w:t>
        <w:br/>
        <w:t>— Ха-ха, ха-ха! Дивись який!..</w:t>
      </w:r>
    </w:p>
    <w:p>
      <w:r>
        <w:br/>
        <w:t>Давно потрапив у полон?&lt;br /&gt;</w:t>
        <w:br/>
        <w:t>— Сімнадцять літ звершилося.&lt;br /&gt;</w:t>
        <w:br/>
        <w:t>— На Калці?[8]&lt;br /&gt;</w:t>
        <w:br/>
        <w:t>— Так.&lt;br /&gt;</w:t>
        <w:br/>
        <w:t>— Ого, давно!&lt;br /&gt;</w:t>
        <w:br/>
        <w:t>— Судьбою так судилося!&lt;br /&gt;</w:t>
        <w:br/>
        <w:t>— На волю хочеться?&lt;br /&gt;</w:t>
        <w:br/>
        <w:t>— Авжеж!&lt;br /&gt;</w:t>
        <w:br/>
        <w:t>— Умов отця піддатися —&lt;br /&gt;</w:t>
        <w:br/>
        <w:t>і будеш в Києві своїм&lt;br /&gt;</w:t>
        <w:br/>
        <w:t>свободою втішатися!</w:t>
      </w:r>
    </w:p>
    <w:p>
      <w:r>
        <w:br/>
        <w:t>Скажи: "Хто здасться — тим життя!&lt;br /&gt;</w:t>
        <w:br/>
        <w:t>Хто вчинить опір — смерть тому!"&lt;br /&gt;</w:t>
        <w:br/>
        <w:t>Я знищу всіх без каяття,&lt;br /&gt;</w:t>
        <w:br/>
        <w:t>поб'ю в бою упертому!&lt;br /&gt;</w:t>
        <w:br/>
        <w:t>Якщо ж відмовиться отець&lt;br /&gt;</w:t>
        <w:br/>
        <w:t>по-доброму скоритися,&lt;br /&gt;</w:t>
        <w:br/>
        <w:t>то знай — прийшов тобі кінець&lt;br /&gt;</w:t>
        <w:br/>
        <w:t>на білий світ дивитися!</w:t>
      </w:r>
    </w:p>
    <w:p>
      <w:r>
        <w:br/>
        <w:t>* * *</w:t>
      </w:r>
    </w:p>
    <w:p>
      <w:r>
        <w:br/>
        <w:t>У Києві на сполох&lt;br /&gt;</w:t>
        <w:br/>
        <w:t>забили гучно дзвони.&lt;br /&gt;</w:t>
        <w:br/>
        <w:t>З усіх усюд простують&lt;br /&gt;</w:t>
        <w:br/>
        <w:t>озброєні загони.</w:t>
      </w:r>
    </w:p>
    <w:p>
      <w:r>
        <w:br/>
        <w:t>За ними — городяни,&lt;br /&gt;</w:t>
        <w:br/>
        <w:t>гуртом і поодинці,—&lt;br /&gt;</w:t>
        <w:br/>
        <w:t>зі стін глядять тривожно&lt;br /&gt;</w:t>
        <w:br/>
        <w:t>на полчища ординців.</w:t>
      </w:r>
    </w:p>
    <w:p>
      <w:r>
        <w:br/>
        <w:t>Ні балачок, ні жартів,—&lt;br /&gt;</w:t>
        <w:br/>
        <w:t>лиш чути брязкіт зброї&lt;br /&gt;</w:t>
        <w:br/>
        <w:t>та голос воєводи&lt;br /&gt;</w:t>
        <w:br/>
        <w:t>із брами Золотої.</w:t>
      </w:r>
    </w:p>
    <w:p>
      <w:r>
        <w:br/>
        <w:t>"Городяни, вставайте —&lt;br /&gt;</w:t>
        <w:br/>
        <w:t>і старий, і малий!&lt;br /&gt;</w:t>
        <w:br/>
        <w:t>Городяни, вставайте&lt;br /&gt;</w:t>
        <w:br/>
        <w:t>за наш Київ святий!</w:t>
      </w:r>
    </w:p>
    <w:p>
      <w:r>
        <w:br/>
        <w:t>Бо настала година,&lt;br /&gt;</w:t>
        <w:br/>
        <w:t>коли мусимо ми,&lt;br /&gt;</w:t>
        <w:br/>
        <w:t>як єдина родина,&lt;br /&gt;</w:t>
        <w:br/>
        <w:t>дружно стати грудьми!</w:t>
      </w:r>
    </w:p>
    <w:p>
      <w:r>
        <w:br/>
        <w:t>За вітчизну кохану,&lt;br /&gt;</w:t>
        <w:br/>
        <w:t>за великий наш край,&lt;br /&gt;</w:t>
        <w:br/>
        <w:t>станьмо мужньо, кияни,&lt;br /&gt;</w:t>
        <w:br/>
        <w:t>рідне місто, вставай!"</w:t>
      </w:r>
    </w:p>
    <w:p>
      <w:r>
        <w:br/>
        <w:t>І він обняв за плечі&lt;br /&gt;</w:t>
        <w:br/>
        <w:t>своїх коханих дочок —&lt;br /&gt;</w:t>
        <w:br/>
        <w:t>Малушку-сміхотушку,&lt;br /&gt;</w:t>
        <w:br/>
        <w:t>рум'яний колобочок,</w:t>
      </w:r>
    </w:p>
    <w:p>
      <w:r>
        <w:br/>
        <w:t>і мовчазну Любаву,&lt;br /&gt;</w:t>
        <w:br/>
        <w:t>красуню синьооку,&lt;br /&gt;</w:t>
        <w:br/>
        <w:t>немов очеретинку,&lt;br /&gt;</w:t>
        <w:br/>
        <w:t>тендітну та високу...</w:t>
      </w:r>
    </w:p>
    <w:p>
      <w:r>
        <w:br/>
        <w:t>А поряд з ними — хлопці,&lt;br /&gt;</w:t>
        <w:br/>
        <w:t>мов два дубки зелені,&lt;br /&gt;</w:t>
        <w:br/>
        <w:t>в мережених кольчугах&lt;br /&gt;</w:t>
        <w:br/>
        <w:t>схилилися до нені.</w:t>
      </w:r>
    </w:p>
    <w:p>
      <w:r>
        <w:br/>
        <w:t>Обидва русочубі,&lt;br /&gt;</w:t>
        <w:br/>
        <w:t>обидва — сіроокі,&lt;br /&gt;</w:t>
        <w:br/>
        <w:t>обом — бува ж на світі! —&lt;br /&gt;</w:t>
        <w:br/>
        <w:t>по дев'ятнадцять років.</w:t>
      </w:r>
    </w:p>
    <w:p>
      <w:r>
        <w:br/>
        <w:t>Лиш у Петра — правиця,&lt;br /&gt;</w:t>
        <w:br/>
        <w:t>міцна, як патериця,&lt;br /&gt;</w:t>
        <w:br/>
        <w:t>а Йван — лівшею вдався...&lt;br /&gt;</w:t>
        <w:br/>
        <w:t>Ото і вся різниця.</w:t>
      </w:r>
    </w:p>
    <w:p>
      <w:r>
        <w:br/>
        <w:t>Їх мати обіймає,&lt;br /&gt;</w:t>
        <w:br/>
        <w:t>до серця пригортає,&lt;br /&gt;</w:t>
        <w:br/>
        <w:t>непрохану сльозину&lt;br /&gt;</w:t>
        <w:br/>
        <w:t>з очей своїх роняє...</w:t>
      </w:r>
    </w:p>
    <w:p>
      <w:r>
        <w:br/>
        <w:t>* * *</w:t>
      </w:r>
    </w:p>
    <w:p>
      <w:r>
        <w:br/>
        <w:t>А в полі, ген у полі,&lt;br /&gt;</w:t>
        <w:br/>
        <w:t>по либедській долині,&lt;br /&gt;</w:t>
        <w:br/>
        <w:t>гривасті мчаться коні,&lt;br /&gt;</w:t>
        <w:br/>
        <w:t>мов ночі горобині.</w:t>
      </w:r>
    </w:p>
    <w:p>
      <w:r>
        <w:br/>
        <w:t>Кудрявець, яр Хрещатий,&lt;br /&gt;</w:t>
        <w:br/>
        <w:t>Поділ до Оболоні&lt;br /&gt;</w:t>
        <w:br/>
        <w:t>затоплюють кошлаті&lt;br /&gt;</w:t>
        <w:br/>
        <w:t>прудкі татарські коні.</w:t>
      </w:r>
    </w:p>
    <w:p>
      <w:r>
        <w:br/>
        <w:t>Весь Київ охопили —&lt;br /&gt;</w:t>
        <w:br/>
        <w:t>навкіл стіною стали.&lt;br /&gt;</w:t>
        <w:br/>
        <w:t>— Кху-кху! Кху-кху! — щосили&lt;br /&gt;</w:t>
        <w:br/>
        <w:t>татари закричали.</w:t>
      </w:r>
    </w:p>
    <w:p>
      <w:r>
        <w:br/>
        <w:t>Аж стіни затремтіли&lt;br /&gt;</w:t>
        <w:br/>
        <w:t>від громового крику.&lt;br /&gt;</w:t>
        <w:br/>
        <w:t>Кияни остовпіли,&lt;br /&gt;</w:t>
        <w:br/>
        <w:t>уздрівши силу дику.</w:t>
      </w:r>
    </w:p>
    <w:p>
      <w:r>
        <w:br/>
        <w:t>І серце не в одного&lt;br /&gt;</w:t>
        <w:br/>
        <w:t>від жаху захололо.&lt;br /&gt;</w:t>
        <w:br/>
        <w:t>І тут купець Стонога&lt;br /&gt;</w:t>
        <w:br/>
        <w:t>ступив на забороло.[9]</w:t>
      </w:r>
    </w:p>
    <w:p>
      <w:r>
        <w:br/>
        <w:t>Він шапку зняв,— розгладив&lt;br /&gt;</w:t>
        <w:br/>
        <w:t>чуприну пелехату&lt;br /&gt;</w:t>
        <w:br/>
        <w:t>і слово до громади&lt;br /&gt;</w:t>
        <w:br/>
        <w:t>таке почав казати:</w:t>
      </w:r>
    </w:p>
    <w:p>
      <w:r>
        <w:br/>
        <w:t>"Миряни, подивіться,&lt;br /&gt;</w:t>
        <w:br/>
        <w:t>яка в Батия сила!&lt;br /&gt;</w:t>
        <w:br/>
        <w:t>Вже не одну столицю,&lt;br /&gt;</w:t>
        <w:br/>
        <w:t>немов чума, скосила!</w:t>
      </w:r>
    </w:p>
    <w:p>
      <w:r>
        <w:br/>
        <w:t>Чи ж ми того невіру&lt;br /&gt;</w:t>
        <w:br/>
        <w:t>зуміємо відбити?&lt;br /&gt;</w:t>
        <w:br/>
        <w:t>А чи не ліпше миру&lt;br /&gt;</w:t>
        <w:br/>
        <w:t>у хана попросити?"</w:t>
      </w:r>
    </w:p>
    <w:p>
      <w:r>
        <w:br/>
        <w:t>І заронив той купчик&lt;br /&gt;</w:t>
        <w:br/>
        <w:t>надію препогану.</w:t>
      </w:r>
    </w:p>
    <w:p>
      <w:r>
        <w:br/>
        <w:t>— А й справді, може, лучче&lt;br /&gt;</w:t>
        <w:br/>
        <w:t>піддатися нам хану?</w:t>
      </w:r>
    </w:p>
    <w:p>
      <w:r>
        <w:br/>
        <w:t>Бо краще — у підданство,&lt;br /&gt;</w:t>
        <w:br/>
        <w:t>аніж петля на шию!&lt;br /&gt;</w:t>
        <w:br/>
        <w:t>Іди, Стоного, в ханство —&lt;br /&gt;</w:t>
        <w:br/>
        <w:t>та поклонись Батию!</w:t>
      </w:r>
    </w:p>
    <w:p>
      <w:r>
        <w:br/>
        <w:t>І випустили з міста&lt;br /&gt;</w:t>
        <w:br/>
        <w:t>значні мужі Стоногу.&lt;br /&gt;</w:t>
        <w:br/>
        <w:t>Покрила тьма імлиста&lt;br /&gt;</w:t>
        <w:br/>
        <w:t>його бридку дорогу...</w:t>
      </w:r>
    </w:p>
    <w:p>
      <w:r>
        <w:br/>
        <w:t>* * *</w:t>
      </w:r>
    </w:p>
    <w:p>
      <w:r>
        <w:br/>
        <w:t>— Посольство йде! Посольство йде! —&lt;br /&gt;</w:t>
        <w:br/>
        <w:t>кияни стримано гудуть.&lt;br /&gt;</w:t>
        <w:br/>
        <w:t>І справді — двоє із орди&lt;br /&gt;</w:t>
        <w:br/>
        <w:t>до Золотих воріт ідуть.</w:t>
      </w:r>
    </w:p>
    <w:p>
      <w:r>
        <w:br/>
        <w:t>Один — татарин-багатур,&lt;br /&gt;</w:t>
        <w:br/>
        <w:t>а другий — раб закований,&lt;br /&gt;</w:t>
        <w:br/>
        <w:t>простоволосий, у рам'ї,&lt;br /&gt;</w:t>
        <w:br/>
        <w:t>принижений, згорьований.</w:t>
      </w:r>
    </w:p>
    <w:p>
      <w:r>
        <w:br/>
        <w:t>Підводить очі голубі —&lt;br /&gt;</w:t>
        <w:br/>
        <w:t>на Київ пильно дивиться.&lt;br /&gt;</w:t>
        <w:br/>
        <w:t>Чого ж лице його в журбі —&lt;br /&gt;</w:t>
        <w:br/>
        <w:t>аж міниться, аж кривиться?</w:t>
      </w:r>
    </w:p>
    <w:p>
      <w:r>
        <w:br/>
        <w:t>До Золотих воріт припав,&lt;br /&gt;</w:t>
        <w:br/>
        <w:t>мов до порога отчого,—&lt;br /&gt;</w:t>
        <w:br/>
        <w:t>і обнімав, і цілував&lt;br /&gt;</w:t>
        <w:br/>
        <w:t>прекрасний витвір зодчого.</w:t>
      </w:r>
    </w:p>
    <w:p>
      <w:r>
        <w:br/>
        <w:t>А потім руки підніма,&lt;br /&gt;</w:t>
        <w:br/>
        <w:t>зчорнілі, закривавлені,&lt;br /&gt;</w:t>
        <w:br/>
        <w:t>до Мирослави і Дмитра —&lt;br /&gt;</w:t>
        <w:br/>
        <w:t>до їхніх серць направлені.</w:t>
      </w:r>
    </w:p>
    <w:p>
      <w:r>
        <w:br/>
        <w:t>— Матусю! Тату! — загукав.—&lt;br /&gt;</w:t>
        <w:br/>
        <w:t>Це я... ваш син улюблений...&lt;br /&gt;</w:t>
        <w:br/>
        <w:t>Той, що на Калці погибав&lt;br /&gt;</w:t>
        <w:br/>
        <w:t>постріляний, порубаний!..</w:t>
      </w:r>
    </w:p>
    <w:p>
      <w:r>
        <w:br/>
        <w:t>Тут Мирослава на стіні&lt;br /&gt;</w:t>
        <w:br/>
        <w:t>метнулась, як пташиночка.&lt;br /&gt;</w:t>
        <w:br/>
        <w:t>— Михасю! Любий! Синку мій!&lt;br /&gt;</w:t>
        <w:br/>
        <w:t>Знедолена кровиночка!</w:t>
      </w:r>
    </w:p>
    <w:p>
      <w:r>
        <w:br/>
        <w:t>І заніміли — мати й син —&lt;br /&gt;</w:t>
        <w:br/>
        <w:t>одне супроти одного.&lt;br /&gt;</w:t>
        <w:br/>
        <w:t>Дмитро німує... Всі мовчать...&lt;br /&gt;</w:t>
        <w:br/>
        <w:t>Не чути слова жодного.</w:t>
      </w:r>
    </w:p>
    <w:p>
      <w:r>
        <w:br/>
        <w:t>Стоять дві долі — мати й син.&lt;br /&gt;</w:t>
        <w:br/>
        <w:t>В очах — любов, і мука — в них.&lt;br /&gt;</w:t>
        <w:br/>
        <w:t>Стоять — мов двієчко пташин,&lt;br /&gt;</w:t>
        <w:br/>
        <w:t>злим кібчиком застуканих.</w:t>
      </w:r>
    </w:p>
    <w:p>
      <w:r>
        <w:br/>
        <w:t>— Мамо!&lt;br /&gt;</w:t>
        <w:br/>
        <w:t>— Синочку! — зойкнула мати.&lt;br /&gt;</w:t>
        <w:br/>
        <w:t>Й руки простерла, щоб обійняти.</w:t>
      </w:r>
    </w:p>
    <w:p>
      <w:r>
        <w:br/>
        <w:t>— Як ти там вижив? Що тя тримало?&lt;br /&gt;</w:t>
        <w:br/>
        <w:t>В рабстві не легко, знаю, бувало!</w:t>
      </w:r>
    </w:p>
    <w:p>
      <w:r>
        <w:br/>
        <w:t>— Важко, ой, важко, матінко-пташко,—&lt;br /&gt;</w:t>
        <w:br/>
        <w:t>ні розказати, ні передати...</w:t>
      </w:r>
    </w:p>
    <w:p>
      <w:r>
        <w:br/>
        <w:t>Тільки й тримали душу у тілі&lt;br /&gt;</w:t>
        <w:br/>
        <w:t>сни про матусині рученьки білі,</w:t>
      </w:r>
    </w:p>
    <w:p>
      <w:r>
        <w:br/>
        <w:t>спогад про батьківські очі ласкаві,&lt;br /&gt;</w:t>
        <w:br/>
        <w:t>думи про ваші болі криваві...</w:t>
      </w:r>
    </w:p>
    <w:p>
      <w:r>
        <w:br/>
        <w:t>А друга причина — моя батьківщина,&lt;br /&gt;</w:t>
        <w:br/>
        <w:t>що звала-манила до себе, як сина!</w:t>
      </w:r>
    </w:p>
    <w:p>
      <w:r>
        <w:br/>
        <w:t>Мріяв — хмариною перелетіти,&lt;br /&gt;</w:t>
        <w:br/>
        <w:t>із батьківщиною погомоніти!</w:t>
      </w:r>
    </w:p>
    <w:p>
      <w:r>
        <w:br/>
        <w:t>Мріяв — побачити Київ на горах,&lt;br /&gt;</w:t>
        <w:br/>
        <w:t>проліски сині в диких ізворах!</w:t>
      </w:r>
    </w:p>
    <w:p>
      <w:r>
        <w:br/>
        <w:t>Щедро вдихнути пахощі глиці,&lt;br /&gt;</w:t>
        <w:br/>
        <w:t>громом гукнути із Щекавиці!</w:t>
      </w:r>
    </w:p>
    <w:p>
      <w:r>
        <w:br/>
        <w:t>Променем світлим вийти з туману —&lt;br /&gt;</w:t>
        <w:br/>
        <w:t>впасти краплиною в землю кохану!..</w:t>
      </w:r>
    </w:p>
    <w:p>
      <w:r>
        <w:br/>
        <w:t>Ці дві любові в люту годину&lt;br /&gt;</w:t>
        <w:br/>
        <w:t>в світі тримали мене від загину...</w:t>
      </w:r>
    </w:p>
    <w:p>
      <w:r>
        <w:br/>
        <w:t>* * *</w:t>
      </w:r>
    </w:p>
    <w:p>
      <w:r>
        <w:br/>
        <w:t>— Ну, базікати тут досить!&lt;br /&gt;</w:t>
        <w:br/>
        <w:t>Побалакали — та й годі!&lt;br /&gt;</w:t>
        <w:br/>
        <w:t>А тепер — повідай, рабе,&lt;br /&gt;</w:t>
        <w:br/>
        <w:t>слово ханське воєводі!</w:t>
      </w:r>
    </w:p>
    <w:p>
      <w:r>
        <w:br/>
        <w:t>Це Товрул, нукер Батиїв,&lt;br /&gt;</w:t>
        <w:br/>
        <w:t>так гарикнув, мов одкраяв,&lt;br /&gt;</w:t>
        <w:br/>
        <w:t>і штовхнув болюче луком,&lt;br /&gt;</w:t>
        <w:br/>
        <w:t>ще й собакою налаяв.</w:t>
      </w:r>
    </w:p>
    <w:p>
      <w:r>
        <w:br/>
        <w:t>Тут озвався воєвода:&lt;br /&gt;</w:t>
        <w:br/>
        <w:t>— Що ж — кажи, мій сину любий!&lt;br /&gt;</w:t>
        <w:br/>
        <w:t>Тож чого Батий бажає —&lt;br /&gt;</w:t>
        <w:br/>
        <w:t>чи підкорення чи згуби?</w:t>
      </w:r>
    </w:p>
    <w:p>
      <w:r>
        <w:br/>
        <w:t>Бо думки у нас є різні:&lt;br /&gt;</w:t>
        <w:br/>
        <w:t>перша — битись до загину,&lt;br /&gt;</w:t>
        <w:br/>
        <w:t>друга — здатися без бою&lt;br /&gt;</w:t>
        <w:br/>
        <w:t>та й піти у рабство, сину!</w:t>
      </w:r>
    </w:p>
    <w:p>
      <w:r>
        <w:br/>
        <w:t>— Хан Батий,— невільник мовив,—&lt;br /&gt;</w:t>
        <w:br/>
        <w:t>повелів усім сказати,&lt;br /&gt;</w:t>
        <w:br/>
        <w:t>що коли життя вам миле,&lt;br /&gt;</w:t>
        <w:br/>
        <w:t>то повинні Київ здати!</w:t>
      </w:r>
    </w:p>
    <w:p>
      <w:r>
        <w:br/>
        <w:t>Та не вірте хану, люди!&lt;br /&gt;</w:t>
        <w:br/>
        <w:t>Я. в походах надивився,&lt;br /&gt;</w:t>
        <w:br/>
        <w:t>як він з тими, що здалися,&lt;br /&gt;</w:t>
        <w:br/>
        <w:t>ніби хижий звір повівся!</w:t>
      </w:r>
    </w:p>
    <w:p>
      <w:r>
        <w:br/>
        <w:t>Від Аралу до Славути,&lt;br /&gt;</w:t>
        <w:br/>
        <w:t>де пройшов Батий з ордою,&lt;br /&gt;</w:t>
        <w:br/>
        <w:t>тільки трупи, трупи, трупи&lt;br /&gt;</w:t>
        <w:br/>
        <w:t>він полишив за собою!</w:t>
      </w:r>
    </w:p>
    <w:p>
      <w:r>
        <w:br/>
        <w:t>Він велів не обминати&lt;br /&gt;</w:t>
        <w:br/>
        <w:t>ні старого, ні малого —&lt;br /&gt;</w:t>
        <w:br/>
        <w:t>всіх рубати, всіх забрати,&lt;br /&gt;</w:t>
        <w:br/>
        <w:t>не жаліючи нікого!</w:t>
      </w:r>
    </w:p>
    <w:p>
      <w:r>
        <w:br/>
        <w:t>Ось тепер і вибирайте&lt;br /&gt;</w:t>
        <w:br/>
        <w:t>із задачі непростої:&lt;br /&gt;</w:t>
        <w:br/>
        <w:t>чи піддатися — й загинуть,&lt;br /&gt;</w:t>
        <w:br/>
        <w:t>а чи битись — як герої!</w:t>
      </w:r>
    </w:p>
    <w:p>
      <w:r>
        <w:br/>
        <w:t>Тут гукнув Товрул шалено:&lt;br /&gt;</w:t>
        <w:br/>
        <w:t>— Що говориш, рабе клятий?&lt;br /&gt;</w:t>
        <w:br/>
        <w:t>За такі слова зухвалі&lt;br /&gt;</w:t>
        <w:br/>
        <w:t>мало смертю покарати!</w:t>
      </w:r>
    </w:p>
    <w:p>
      <w:r>
        <w:br/>
        <w:t>І шаблюкою зненацька&lt;br /&gt;</w:t>
        <w:br/>
        <w:t>рубонув його щосили.&lt;br /&gt;</w:t>
        <w:br/>
        <w:t>Бризки крові, мов рубіни,&lt;br /&gt;</w:t>
        <w:br/>
        <w:t>сніг під брамою зросили.</w:t>
      </w:r>
    </w:p>
    <w:p>
      <w:r>
        <w:br/>
        <w:t>І упав невільник мертвий&lt;br /&gt;</w:t>
        <w:br/>
        <w:t>на очах всього народу,&lt;br /&gt;</w:t>
        <w:br/>
        <w:t>молоде життя віддавши&lt;br /&gt;</w:t>
        <w:br/>
        <w:t>за вітчизну, за свободу...</w:t>
      </w:r>
    </w:p>
    <w:p>
      <w:r>
        <w:br/>
        <w:t>Жахно зойкнули кияни&lt;br /&gt;</w:t>
        <w:br/>
        <w:t>на високім заборолі.&lt;br /&gt;</w:t>
        <w:br/>
        <w:t>А нападники-татари&lt;br /&gt;</w:t>
        <w:br/>
        <w:t>звеселилися у полі.</w:t>
      </w:r>
    </w:p>
    <w:p>
      <w:r>
        <w:br/>
        <w:t>Та в ту ж мить із надворітні&lt;br /&gt;</w:t>
        <w:br/>
        <w:t>просвистів аркан з петлею —&lt;br /&gt;</w:t>
        <w:br/>
        <w:t>й ошелешений убивця&lt;br /&gt;</w:t>
        <w:br/>
        <w:t>загойдався над землею</w:t>
      </w:r>
    </w:p>
    <w:p>
      <w:r>
        <w:br/>
        <w:t>Дужі руки воєводи&lt;br /&gt;</w:t>
        <w:br/>
        <w:t>і синів його вхопили&lt;br /&gt;</w:t>
        <w:br/>
        <w:t>й потягли батира вгору,&lt;br /&gt;</w:t>
        <w:br/>
        <w:t>хоч пручався він щосили.</w:t>
      </w:r>
    </w:p>
    <w:p>
      <w:r>
        <w:br/>
        <w:t>— От ми вибір і зробили? —&lt;br /&gt;</w:t>
        <w:br/>
        <w:t>мовив тисяцький киянам.—&lt;br /&gt;</w:t>
        <w:br/>
        <w:t>Не словами, а мечами&lt;br /&gt;</w:t>
        <w:br/>
        <w:t>говоритимемо з ханом!</w:t>
      </w:r>
    </w:p>
    <w:p>
      <w:r>
        <w:br/>
        <w:t>— Не словами, а мечами! —&lt;br /&gt;</w:t>
        <w:br/>
        <w:t>загукали дружно вої.—&lt;br /&gt;</w:t>
        <w:br/>
        <w:t>Швиргонімо геть убивцю&lt;br /&gt;</w:t>
        <w:br/>
        <w:t>вниз із брами Золотої!</w:t>
      </w:r>
    </w:p>
    <w:p>
      <w:r>
        <w:br/>
        <w:t>— Ні,— промовив воєвода,—&lt;br /&gt;</w:t>
        <w:br/>
        <w:t>ми — не звірі-супостати!&lt;br /&gt;</w:t>
        <w:br/>
        <w:t>Тільки в чесному двобої&lt;br /&gt;</w:t>
        <w:br/>
        <w:t>я хотів би відомщати!</w:t>
      </w:r>
    </w:p>
    <w:p>
      <w:r>
        <w:br/>
        <w:t>Дайте зброю багатуру —&lt;br /&gt;</w:t>
        <w:br/>
        <w:t>хай на прю[10] зі мною стане!&lt;br /&gt;</w:t>
        <w:br/>
        <w:t>Хай побачить хан татарський&lt;br /&gt;</w:t>
        <w:br/>
        <w:t>нашу відповідь, кияни!</w:t>
      </w:r>
    </w:p>
    <w:p>
      <w:r>
        <w:br/>
        <w:t>Подали меча Товрулу...&lt;br /&gt;</w:t>
        <w:br/>
        <w:t>Той схопив — і замахнувся,&lt;br /&gt;</w:t>
        <w:br/>
        <w:t>у смертельному двобої&lt;br /&gt;</w:t>
        <w:br/>
        <w:t>з воєводою зітнувся.</w:t>
      </w:r>
    </w:p>
    <w:p>
      <w:r>
        <w:br/>
        <w:t>Стало тихо враз на стінах.&lt;br /&gt;</w:t>
        <w:br/>
        <w:t>І в орді настала тиша.&lt;br /&gt;</w:t>
        <w:br/>
        <w:t>Сам Батий в сідлі заклякнув,&lt;br /&gt;</w:t>
        <w:br/>
        <w:t>що, здавалося, й не дише.</w:t>
      </w:r>
    </w:p>
    <w:p>
      <w:r>
        <w:br/>
        <w:t>Іскри бризнули довкола —&lt;br /&gt;</w:t>
        <w:br/>
        <w:t>задзвеніла ясно криця.&lt;br /&gt;</w:t>
        <w:br/>
        <w:t>Ніби вихор, налетіла&lt;br /&gt;</w:t>
        <w:br/>
        <w:t>багатурова правиця.</w:t>
      </w:r>
    </w:p>
    <w:p>
      <w:r>
        <w:br/>
        <w:t>Та Дмитро, мов дуб могутній,&lt;br /&gt;</w:t>
        <w:br/>
        <w:t>ні на крок не відступає,—&lt;br /&gt;</w:t>
        <w:br/>
        <w:t>всі Товрулові удари&lt;br /&gt;</w:t>
        <w:br/>
        <w:t>спритно витязь відбиває.</w:t>
      </w:r>
    </w:p>
    <w:p>
      <w:r>
        <w:br/>
        <w:t>Потім сам пішов у наступ,&lt;br /&gt;</w:t>
        <w:br/>
        <w:t>влучно вибравши хвилину.&lt;br /&gt;</w:t>
        <w:br/>
        <w:t>— Ти підступно вбив Михайла,—&lt;br /&gt;</w:t>
        <w:br/>
        <w:t>тож і сам згинь, вражий сину!</w:t>
      </w:r>
    </w:p>
    <w:p>
      <w:r>
        <w:br/>
        <w:t>І рука його зненацька&lt;br /&gt;</w:t>
        <w:br/>
        <w:t>так безжально кресонула,&lt;br /&gt;</w:t>
        <w:br/>
        <w:t>що навпіл мечем двосічним&lt;br /&gt;</w:t>
        <w:br/>
        <w:t>розпанахала Товрула!</w:t>
      </w:r>
    </w:p>
    <w:p>
      <w:r>
        <w:br/>
        <w:t>І упав батир із муру —&lt;br /&gt;</w:t>
        <w:br/>
        <w:t>простягнувся під стіною.&lt;br /&gt;</w:t>
        <w:br/>
        <w:t>— Так ми,— мовив воєвода,—&lt;br /&gt;</w:t>
        <w:br/>
        <w:t>говоритимем з ордою!</w:t>
      </w:r>
    </w:p>
    <w:p>
      <w:r>
        <w:br/>
        <w:t>Хай всі згинемо у битві,&lt;br /&gt;</w:t>
        <w:br/>
        <w:t>хай помремо, та в могилу&lt;br /&gt;</w:t>
        <w:br/>
        <w:t>ми прихопимо з собою&lt;br /&gt;</w:t>
        <w:br/>
        <w:t>немалу і вражу силу!</w:t>
      </w:r>
    </w:p>
    <w:p>
      <w:r>
        <w:br/>
        <w:t>Тож — хай буде так, як буде,&lt;br /&gt;</w:t>
        <w:br/>
        <w:t>як судила доля люта,—&lt;br /&gt;</w:t>
        <w:br/>
        <w:t>краще смерть, аніж неволя,&lt;br /&gt;</w:t>
        <w:br/>
        <w:t>краще смерть, ніж рабські пута!</w:t>
      </w:r>
    </w:p>
    <w:p>
      <w:r>
        <w:br/>
        <w:t>* * *</w:t>
      </w:r>
    </w:p>
    <w:p>
      <w:r>
        <w:br/>
        <w:t>— Кху-кху, кху-кху! — ревнули&lt;br /&gt;</w:t>
        <w:br/>
        <w:t>скажено багатури,&lt;br /&gt;</w:t>
        <w:br/>
        <w:t>почавши перший приступ&lt;br /&gt;</w:t>
        <w:br/>
        <w:t>в грудневий день похмурий.</w:t>
      </w:r>
    </w:p>
    <w:p>
      <w:r>
        <w:br/>
        <w:t>До стін міських посунули&lt;br /&gt;</w:t>
        <w:br/>
        <w:t>з машинами-пороками[11],&lt;br /&gt;</w:t>
        <w:br/>
        <w:t>з таранами-гойдницями,&lt;br /&gt;</w:t>
        <w:br/>
        <w:t>з драбинами високими.</w:t>
      </w:r>
    </w:p>
    <w:p>
      <w:r>
        <w:br/>
        <w:t>Метнули із пороків&lt;br /&gt;</w:t>
        <w:br/>
        <w:t>важкі камінні брили,&lt;br /&gt;</w:t>
        <w:br/>
        <w:t>дубовими таранами&lt;br /&gt;</w:t>
        <w:br/>
        <w:t>у брами загатили.</w:t>
      </w:r>
    </w:p>
    <w:p>
      <w:r>
        <w:br/>
        <w:t>І тисячі нападників&lt;br /&gt;</w:t>
        <w:br/>
        <w:t>із луками за спинами,&lt;br /&gt;</w:t>
        <w:br/>
        <w:t>з шаблями та із списами&lt;br /&gt;</w:t>
        <w:br/>
        <w:t>полізли вверх драбинами.</w:t>
      </w:r>
    </w:p>
    <w:p>
      <w:r>
        <w:br/>
        <w:t>І почалася січа&lt;br /&gt;</w:t>
        <w:br/>
        <w:t>вгорі, на заборолі.&lt;br /&gt;</w:t>
        <w:br/>
        <w:t>Ударили мечами&lt;br /&gt;</w:t>
        <w:br/>
        <w:t>кияни ясночолі.</w:t>
      </w:r>
    </w:p>
    <w:p>
      <w:r>
        <w:br/>
        <w:t>Драбини ті підважили&lt;br /&gt;</w:t>
        <w:br/>
        <w:t>та разом з багатурами,&lt;br /&gt;</w:t>
        <w:br/>
        <w:t>що лізли, лементуючи,&lt;br /&gt;</w:t>
        <w:br/>
        <w:t>додолу геть пожбурили.</w:t>
      </w:r>
    </w:p>
    <w:p>
      <w:r>
        <w:br/>
        <w:t>Там кров лилася ріками —&lt;br /&gt;</w:t>
        <w:br/>
        <w:t>аж стіни стали бурими.&lt;br /&gt;</w:t>
        <w:br/>
        <w:t>Весь рів міський заповнили&lt;br /&gt;</w:t>
        <w:br/>
        <w:t>кияни багатурами!</w:t>
      </w:r>
    </w:p>
    <w:p>
      <w:r>
        <w:br/>
        <w:t>І тільки ніч похмура,&lt;br /&gt;</w:t>
        <w:br/>
        <w:t>простерти чорні крила,&lt;br /&gt;</w:t>
        <w:br/>
        <w:t>отой бенкет кривавий&lt;br /&gt;</w:t>
        <w:br/>
        <w:t>нарешті припинила.</w:t>
      </w:r>
    </w:p>
    <w:p>
      <w:r>
        <w:br/>
        <w:t>Та не спинила стогону&lt;br /&gt;</w:t>
        <w:br/>
        <w:t>поранених, придушених,&lt;br /&gt;</w:t>
        <w:br/>
        <w:t>не приглушила гомону&lt;br /&gt;</w:t>
        <w:br/>
        <w:t>двох станів розворушених.</w:t>
      </w:r>
    </w:p>
    <w:p>
      <w:r>
        <w:br/>
        <w:t>А на світанку знову&lt;br /&gt;</w:t>
        <w:br/>
        <w:t>в холодну рань імлисту&lt;br /&gt;</w:t>
        <w:br/>
        <w:t>татари-багатури&lt;br /&gt;</w:t>
        <w:br/>
        <w:t>розпочинають приступ.</w:t>
      </w:r>
    </w:p>
    <w:p>
      <w:r>
        <w:br/>
        <w:t>Із яру із Хрещатого&lt;br /&gt;</w:t>
        <w:br/>
        <w:t>на Лядську браму двинули.&lt;br /&gt;</w:t>
        <w:br/>
        <w:t>На стіни лізли натовпом —&lt;br /&gt;</w:t>
        <w:br/>
        <w:t>і падали, і гинули.</w:t>
      </w:r>
    </w:p>
    <w:p>
      <w:r>
        <w:br/>
        <w:t>Батий звелів пороки&lt;br /&gt;</w:t>
        <w:br/>
        <w:t>поставити від яру —&lt;br /&gt;</w:t>
        <w:br/>
        <w:t>і стіни, й брама Лядська&lt;br /&gt;</w:t>
        <w:br/>
        <w:t>здригнули від удару.</w:t>
      </w:r>
    </w:p>
    <w:p>
      <w:r>
        <w:br/>
        <w:t>Отак днів десять гупали,&lt;br /&gt;</w:t>
        <w:br/>
        <w:t>і день і ніч ломилися,—&lt;br /&gt;</w:t>
        <w:br/>
        <w:t>і хоч лягали трупами,&lt;br /&gt;</w:t>
        <w:br/>
        <w:t>але свого добилися.</w:t>
      </w:r>
    </w:p>
    <w:p>
      <w:r>
        <w:br/>
        <w:t>Шматок стіни нарешті&lt;br /&gt;</w:t>
        <w:br/>
        <w:t>розсипався на порох.&lt;br /&gt;</w:t>
        <w:br/>
        <w:t>У той пролом широкий,&lt;br /&gt;</w:t>
        <w:br/>
        <w:t>мов повінь, хлинув ворог.</w:t>
      </w:r>
    </w:p>
    <w:p>
      <w:r>
        <w:br/>
        <w:t>Із ревом, шумом, тупотом,&lt;br /&gt;</w:t>
        <w:br/>
        <w:t>із покликами дикими&lt;br /&gt;</w:t>
        <w:br/>
        <w:t>в пролом татари купами&lt;br /&gt;</w:t>
        <w:br/>
        <w:t>вриваються великими.</w:t>
      </w:r>
    </w:p>
    <w:p>
      <w:r>
        <w:br/>
        <w:t>От-от затоплять місто,&lt;br /&gt;</w:t>
        <w:br/>
        <w:t>зрівняють із землею...&lt;br /&gt;</w:t>
        <w:br/>
        <w:t>Та їм — Дмитро назустріч&lt;br /&gt;</w:t>
        <w:br/>
        <w:t>з дружиною своєю.</w:t>
      </w:r>
    </w:p>
    <w:p>
      <w:r>
        <w:br/>
        <w:t>Шолом та панцир золотом&lt;br /&gt;</w:t>
        <w:br/>
        <w:t>на витязі виблискують.&lt;br /&gt;</w:t>
        <w:br/>
        <w:t>Мечем важким, як молотом,&lt;br /&gt;</w:t>
        <w:br/>
        <w:t>він б'є — аж іскри бризкають!</w:t>
      </w:r>
    </w:p>
    <w:p>
      <w:r>
        <w:br/>
        <w:t>Сини обабіч нього:&lt;br /&gt;</w:t>
        <w:br/>
        <w:t>той — зліва, другий — справа.&lt;br /&gt;</w:t>
        <w:br/>
        <w:t>Розвіялась на вітрі&lt;br /&gt;</w:t>
        <w:br/>
        <w:t>чуприна в них русява.</w:t>
      </w:r>
    </w:p>
    <w:p>
      <w:r>
        <w:br/>
        <w:t>А з ними вої-ратники&lt;br /&gt;</w:t>
        <w:br/>
        <w:t>навалом навалилися.&lt;br /&gt;</w:t>
        <w:br/>
        <w:t>Здригнулися нападники —&lt;br /&gt;</w:t>
        <w:br/>
        <w:t>пріч з валу покотилися.</w:t>
      </w:r>
    </w:p>
    <w:p>
      <w:r>
        <w:br/>
        <w:t>Батий — гладкий, одутлий —&lt;br /&gt;</w:t>
        <w:br/>
        <w:t>в сідлі...&lt;br /&gt;</w:t>
        <w:br/>
        <w:t>А біля нього —&lt;br /&gt;</w:t>
        <w:br/>
        <w:t>в ошийнику, мов псище,&lt;br /&gt;</w:t>
        <w:br/>
        <w:t>дрижить купець Стонога.</w:t>
      </w:r>
    </w:p>
    <w:p>
      <w:r>
        <w:br/>
        <w:t>В хламиду загортається —&lt;br /&gt;</w:t>
        <w:br/>
        <w:t>в брудну татарську драночку...&lt;br /&gt;</w:t>
        <w:br/>
        <w:t>— То хто? — Батий питається.&lt;br /&gt;</w:t>
        <w:br/>
        <w:t>— То воєвода, ханочку!</w:t>
      </w:r>
    </w:p>
    <w:p>
      <w:r>
        <w:br/>
        <w:t>— Ага, так ось який він,&lt;br /&gt;</w:t>
        <w:br/>
        <w:t>сміливець той завзятий!..&lt;br /&gt;</w:t>
        <w:br/>
        <w:t>Ойє, повеліваю —&lt;br /&gt;</w:t>
        <w:br/>
        <w:t>живцем його узяти!</w:t>
      </w:r>
    </w:p>
    <w:p>
      <w:r>
        <w:br/>
        <w:t>Татари миттю ринули&lt;br /&gt;</w:t>
        <w:br/>
        <w:t>оравою кипучою —&lt;br /&gt;</w:t>
        <w:br/>
        <w:t>і падали, і гинули&lt;br /&gt;</w:t>
        <w:br/>
        <w:t>на стінах смертю злючою.</w:t>
      </w:r>
    </w:p>
    <w:p>
      <w:r>
        <w:br/>
        <w:t>Та інші сунуть знову,&lt;br /&gt;</w:t>
        <w:br/>
        <w:t>сніг місячи зчорнілий.&lt;br /&gt;</w:t>
        <w:br/>
        <w:t>Тріщать щити і списи,&lt;br /&gt;</w:t>
        <w:br/>
        <w:t>летять роями стріли.</w:t>
      </w:r>
    </w:p>
    <w:p>
      <w:r>
        <w:br/>
        <w:t>Свистять мечі та келепи[12]&lt;br /&gt;</w:t>
        <w:br/>
        <w:t>над головами дикими —&lt;br /&gt;</w:t>
        <w:br/>
        <w:t>і репаються черепи,&lt;br /&gt;</w:t>
        <w:br/>
        <w:t>і кров тече сторіками!..</w:t>
      </w:r>
    </w:p>
    <w:p>
      <w:r>
        <w:br/>
        <w:t>Та раптом воєвода&lt;br /&gt;</w:t>
        <w:br/>
        <w:t>схитнувся — і ні звуку:&lt;br /&gt;</w:t>
        <w:br/>
        <w:t>сліпа стріла татарська&lt;br /&gt;</w:t>
        <w:br/>
        <w:t>прошила праву руку.</w:t>
      </w:r>
    </w:p>
    <w:p>
      <w:r>
        <w:br/>
        <w:t>І випав меч з руки його.&lt;br /&gt;</w:t>
        <w:br/>
        <w:t>Хтось вигукнув: — О горе нам! —&lt;br /&gt;</w:t>
        <w:br/>
        <w:t>Смертельний Жах над Києвом&lt;br /&gt;</w:t>
        <w:br/>
        <w:t>повиснув чорним вороном.</w:t>
      </w:r>
    </w:p>
    <w:p>
      <w:r>
        <w:br/>
        <w:t>Тепер уже кияни&lt;br /&gt;</w:t>
        <w:br/>
        <w:t>помалу відступають,&lt;br /&gt;</w:t>
        <w:br/>
        <w:t>а капосні татари&lt;br /&gt;</w:t>
        <w:br/>
        <w:t>все дужче насідають.</w:t>
      </w:r>
    </w:p>
    <w:p>
      <w:r>
        <w:br/>
        <w:t>— Ойє, ойє, живцем беріть! —&lt;br /&gt;</w:t>
        <w:br/>
        <w:t>хан рикнув поторочею.&lt;br /&gt;</w:t>
        <w:br/>
        <w:t>Нукери, ніби цербери[13],&lt;br /&gt;</w:t>
        <w:br/>
        <w:t>Дмитра й синів оточують.</w:t>
      </w:r>
    </w:p>
    <w:p>
      <w:r>
        <w:br/>
        <w:t>От-от кільце затиснуть&lt;br /&gt;</w:t>
        <w:br/>
        <w:t>і схоплять воєводу,—&lt;br /&gt;</w:t>
        <w:br/>
        <w:t>один поміж ногами&lt;br /&gt;</w:t>
        <w:br/>
        <w:t>прошилився зісподу.</w:t>
      </w:r>
    </w:p>
    <w:p>
      <w:r>
        <w:br/>
        <w:t>Та воєвода з силою&lt;br /&gt;</w:t>
        <w:br/>
        <w:t>стрілу притьмом висмикує,&lt;br /&gt;</w:t>
        <w:br/>
        <w:t>схопив меча — і лівою&lt;br /&gt;</w:t>
        <w:br/>
        <w:t>нападника проштрикує!</w:t>
      </w:r>
    </w:p>
    <w:p>
      <w:r>
        <w:br/>
        <w:t>І йде вперед — могутній&lt;br /&gt;</w:t>
        <w:br/>
        <w:t>сивобородий витязь,&lt;br /&gt;</w:t>
        <w:br/>
        <w:t>за Київ злотоглавий&lt;br /&gt;</w:t>
        <w:br/>
        <w:t>до смерті ладен битись.</w:t>
      </w:r>
    </w:p>
    <w:p>
      <w:r>
        <w:br/>
        <w:t>Його сини підтримали,&lt;br /&gt;</w:t>
        <w:br/>
        <w:t>і мечники — навколо їх.&lt;br /&gt;</w:t>
        <w:br/>
        <w:t>І знов мечі загримали&lt;br /&gt;</w:t>
        <w:br/>
        <w:t>по багатурських головах.</w:t>
      </w:r>
    </w:p>
    <w:p>
      <w:r>
        <w:br/>
        <w:t>І знов кияни дружно&lt;br /&gt;</w:t>
        <w:br/>
        <w:t>татар назад потисли.—&lt;br /&gt;</w:t>
        <w:br/>
        <w:t>та так, що вид Батиїв&lt;br /&gt;</w:t>
        <w:br/>
        <w:t>зробився кислий-кислий...</w:t>
      </w:r>
    </w:p>
    <w:p>
      <w:r>
        <w:br/>
        <w:t>Так з досвіту й до вечора&lt;br /&gt;</w:t>
        <w:br/>
        <w:t>під стінами високими&lt;br /&gt;</w:t>
        <w:br/>
        <w:t>тривала колотнеча та&lt;br /&gt;</w:t>
        <w:br/>
        <w:t>і кров текла потоками.</w:t>
      </w:r>
    </w:p>
    <w:p>
      <w:r>
        <w:br/>
        <w:t>І тільки серед ночі&lt;br /&gt;</w:t>
        <w:br/>
        <w:t>кияни відступили.&lt;br /&gt;</w:t>
        <w:br/>
        <w:t>Татари вслід за ними&lt;br /&gt;</w:t>
        <w:br/>
        <w:t>рвонулися щосили.</w:t>
      </w:r>
    </w:p>
    <w:p>
      <w:r>
        <w:br/>
        <w:t>До церкви Десятинної&lt;br /&gt;</w:t>
        <w:br/>
        <w:t>несуться, поспішаючи,&lt;br /&gt;</w:t>
        <w:br/>
        <w:t>від лютості звіриної&lt;br /&gt;</w:t>
        <w:br/>
        <w:t>всім голови стинаючи.</w:t>
      </w:r>
    </w:p>
    <w:p>
      <w:r>
        <w:br/>
        <w:t>Та що це?.. Де взялася&lt;br /&gt;</w:t>
        <w:br/>
        <w:t>нова стіна висока!&lt;br /&gt;</w:t>
        <w:br/>
        <w:t>І яма перед нею&lt;br /&gt;</w:t>
        <w:br/>
        <w:t>широка та глибока!</w:t>
      </w:r>
    </w:p>
    <w:p>
      <w:r>
        <w:br/>
        <w:t>То, поки щедро воїни&lt;br /&gt;</w:t>
        <w:br/>
        <w:t>нападників скородили,&lt;br /&gt;</w:t>
        <w:br/>
        <w:t>Жінки і діти вал новий&lt;br /&gt;</w:t>
        <w:br/>
        <w:t>позад старого зводили.</w:t>
      </w:r>
    </w:p>
    <w:p>
      <w:r>
        <w:br/>
        <w:t>І знову багатури&lt;br /&gt;</w:t>
        <w:br/>
        <w:t>на стіни вперто лізуть,&lt;br /&gt;</w:t>
        <w:br/>
        <w:t>та, вражені мечами,&lt;br /&gt;</w:t>
        <w:br/>
        <w:t>знов падають донизу.</w:t>
      </w:r>
    </w:p>
    <w:p>
      <w:r>
        <w:br/>
        <w:t>Батий лютує, казиться,&lt;br /&gt;</w:t>
        <w:br/>
        <w:t>що сходить кров'ю стан його,&lt;br /&gt;</w:t>
        <w:br/>
        <w:t>однак військам наказує,&lt;br /&gt;</w:t>
        <w:br/>
        <w:t>щоб бились до останнього!</w:t>
      </w:r>
    </w:p>
    <w:p>
      <w:r>
        <w:br/>
        <w:t>* * *</w:t>
      </w:r>
    </w:p>
    <w:p>
      <w:r>
        <w:br/>
        <w:t>Гаснуть зорі на світанні,&lt;br /&gt;</w:t>
        <w:br/>
        <w:t>блякнуть київські заграви.&lt;br /&gt;</w:t>
        <w:br/>
        <w:t>З-за туману сонце сходить —&lt;br /&gt;</w:t>
        <w:br/>
        <w:t>провіщає день кривавий.</w:t>
      </w:r>
    </w:p>
    <w:p>
      <w:r>
        <w:br/>
        <w:t>На майдані — воєвода&lt;br /&gt;</w:t>
        <w:br/>
        <w:t>в золотім своїм шоломі.&lt;br /&gt;</w:t>
        <w:br/>
        <w:t>Коло нього — жінка, діти&lt;br /&gt;</w:t>
        <w:br/>
        <w:t>заніміли, нерухомі.</w:t>
      </w:r>
    </w:p>
    <w:p>
      <w:r>
        <w:br/>
        <w:t>Всі вслухаються тривожно&lt;br /&gt;</w:t>
        <w:br/>
        <w:t>у важкі глухі удари.&lt;br /&gt;</w:t>
        <w:br/>
        <w:t>Як горожа? Здержить натиск?&lt;br /&gt;</w:t>
        <w:br/>
        <w:t>Чи проб'ють її татари?</w:t>
      </w:r>
    </w:p>
    <w:p>
      <w:r>
        <w:br/>
        <w:t>Бо на стінах оборонців&lt;br /&gt;</w:t>
        <w:br/>
        <w:t>зовсім рідко, зовсім мало:&lt;br /&gt;</w:t>
        <w:br/>
        <w:t>за тривалий час облоги&lt;br /&gt;</w:t>
        <w:br/>
        <w:t>половини їх не стало.</w:t>
      </w:r>
    </w:p>
    <w:p>
      <w:r>
        <w:br/>
        <w:t>Та в серцях бринить надія,&lt;br /&gt;</w:t>
        <w:br/>
        <w:t>хоч маленька — півнадії,&lt;br /&gt;</w:t>
        <w:br/>
        <w:t>що утримається місто,&lt;br /&gt;</w:t>
        <w:br/>
        <w:t>не загине древній Київ.</w:t>
      </w:r>
    </w:p>
    <w:p>
      <w:r>
        <w:br/>
        <w:t>Тільки чом же воєвода&lt;br /&gt;</w:t>
        <w:br/>
        <w:t>не такий, яким був завше?&lt;br /&gt;</w:t>
        <w:br/>
        <w:t>Чом стоїть сумний, врочистий,&lt;br /&gt;</w:t>
        <w:br/>
        <w:t>до дітей своїх припавши?</w:t>
      </w:r>
    </w:p>
    <w:p>
      <w:r>
        <w:br/>
        <w:t>Щось він знає, відчуває,&lt;br /&gt;</w:t>
        <w:br/>
        <w:t>що сльоза росить повіки?&lt;br /&gt;</w:t>
        <w:br/>
        <w:t>Чом до всіх так припадає,&lt;br /&gt;</w:t>
        <w:br/>
        <w:t>мов прощається навіки?</w:t>
      </w:r>
    </w:p>
    <w:p>
      <w:r>
        <w:br/>
        <w:t>Обнялася, вся родина —&lt;br /&gt;</w:t>
        <w:br/>
        <w:t>заніміла у мовчанні.&lt;br /&gt;</w:t>
        <w:br/>
        <w:t>Сходить сонце з-за туману —&lt;br /&gt;</w:t>
        <w:br/>
        <w:t>гаснуть зорі на світанні...</w:t>
      </w:r>
    </w:p>
    <w:p>
      <w:r>
        <w:br/>
        <w:t>* * *</w:t>
      </w:r>
    </w:p>
    <w:p>
      <w:r>
        <w:br/>
        <w:t>То не громи-громовища,&lt;br /&gt;</w:t>
        <w:br/>
        <w:t>то не вітри-вітровища,&lt;br /&gt;</w:t>
        <w:br/>
        <w:t>то орди йдуть Батиєві&lt;br /&gt;</w:t>
        <w:br/>
        <w:t>на Київ, мов страховища.</w:t>
      </w:r>
    </w:p>
    <w:p>
      <w:r>
        <w:br/>
        <w:t>Дзвенять мечами ратники&lt;br /&gt;</w:t>
        <w:br/>
        <w:t>на стінах, кров'ю зрошених,&lt;br /&gt;</w:t>
        <w:br/>
        <w:t>як слід гостей частуючи&lt;br /&gt;</w:t>
        <w:br/>
        <w:t>некликаних, непрошених.</w:t>
      </w:r>
    </w:p>
    <w:p>
      <w:r>
        <w:br/>
        <w:t>Однак татари юрмищем&lt;br /&gt;</w:t>
        <w:br/>
        <w:t>на вал новий здираються —&lt;br /&gt;</w:t>
        <w:br/>
        <w:t>на одного киянина&lt;br /&gt;</w:t>
        <w:br/>
        <w:t>по троє накидаються.</w:t>
      </w:r>
    </w:p>
    <w:p>
      <w:r>
        <w:br/>
        <w:t>Бузи понапивалися —&lt;br /&gt;</w:t>
        <w:br/>
        <w:t>і сунуть, п'яні, з реготом...&lt;br /&gt;</w:t>
        <w:br/>
        <w:t>І тане сила київська,&lt;br /&gt;</w:t>
        <w:br/>
        <w:t>мов сніг під вітром-леготом.</w:t>
      </w:r>
    </w:p>
    <w:p>
      <w:r>
        <w:br/>
        <w:t>Дмитрові вої-ратники&lt;br /&gt;</w:t>
        <w:br/>
        <w:t>той натиск ледве стримують,—&lt;br /&gt;</w:t>
        <w:br/>
        <w:t>вже їхні списи й келепи&lt;br /&gt;</w:t>
        <w:br/>
        <w:t>все рідше й рідше гримають.</w:t>
      </w:r>
    </w:p>
    <w:p>
      <w:r>
        <w:br/>
        <w:t>"О горе нам, о горе нам!" —&lt;br /&gt;</w:t>
        <w:br/>
        <w:t>Жінки й старі жахаються,&lt;br /&gt;</w:t>
        <w:br/>
        <w:t>до церкви Десятинної&lt;br /&gt;</w:t>
        <w:br/>
        <w:t>з малечею ховаються.</w:t>
      </w:r>
    </w:p>
    <w:p>
      <w:r>
        <w:br/>
        <w:t>Набилось так — і в вівтарі,&lt;br /&gt;</w:t>
        <w:br/>
        <w:t>на сходах, і на клиросі,&lt;br /&gt;</w:t>
        <w:br/>
        <w:t>що стіни раптом рухнули —&lt;br /&gt;</w:t>
        <w:br/>
        <w:t>живими привалили всіх...</w:t>
      </w:r>
    </w:p>
    <w:p>
      <w:r>
        <w:br/>
        <w:t>Дмитро, блідий, знекровлений,&lt;br /&gt;</w:t>
        <w:br/>
        <w:t>щосили б'ється з ворогом.&lt;br /&gt;</w:t>
        <w:br/>
        <w:t>Сини і доньки слідують&lt;br /&gt;</w:t>
        <w:br/>
        <w:t>за кожним отчим порухом.</w:t>
      </w:r>
    </w:p>
    <w:p>
      <w:r>
        <w:br/>
        <w:t>І Мирослава сміливо&lt;br /&gt;</w:t>
        <w:br/>
        <w:t>допомагає мужеві:&lt;br /&gt;</w:t>
        <w:br/>
        <w:t>зняла щита черленого&lt;br /&gt;</w:t>
        <w:br/>
        <w:t>з руки його недужої.</w:t>
      </w:r>
    </w:p>
    <w:p>
      <w:r>
        <w:br/>
        <w:t>І ним Дмитра заслонює,&lt;br /&gt;</w:t>
        <w:br/>
        <w:t>удари відбиваючи,&lt;br /&gt;</w:t>
        <w:br/>
        <w:t>на доньок і синів своїх&lt;br /&gt;</w:t>
        <w:br/>
        <w:t>зі страхом поглядаючи...</w:t>
      </w:r>
    </w:p>
    <w:p>
      <w:r>
        <w:br/>
        <w:t>Круг них маленька горсточка&lt;br /&gt;</w:t>
        <w:br/>
        <w:t>захисників лишилася,&lt;br /&gt;</w:t>
        <w:br/>
        <w:t>що з відчаєм приречених&lt;br /&gt;</w:t>
        <w:br/>
        <w:t>із ворогами билася.</w:t>
      </w:r>
    </w:p>
    <w:p>
      <w:r>
        <w:br/>
        <w:t>Батий слідкує здалеку&lt;br /&gt;</w:t>
        <w:br/>
        <w:t>за мужнім воєводою.&lt;br /&gt;</w:t>
        <w:br/>
        <w:t>— Ойє, хто схопить витязя,&lt;br /&gt;</w:t>
        <w:br/>
        <w:t>той буде з нагородою!</w:t>
      </w:r>
    </w:p>
    <w:p>
      <w:r>
        <w:br/>
        <w:t>І тисячі нападників&lt;br /&gt;</w:t>
        <w:br/>
        <w:t>до воєводи ринули,—&lt;br /&gt;</w:t>
        <w:br/>
        <w:t>пустили стріли лучники,&lt;br /&gt;</w:t>
        <w:br/>
        <w:t>батири списи кинули.</w:t>
      </w:r>
    </w:p>
    <w:p>
      <w:r>
        <w:br/>
        <w:t>І впали мужні воїни,&lt;br /&gt;</w:t>
        <w:br/>
        <w:t>немов дуби підсічені,&lt;br /&gt;</w:t>
        <w:br/>
        <w:t>лягли на землю київську&lt;br /&gt;</w:t>
        <w:br/>
        <w:t>не мічені, не лічені.</w:t>
      </w:r>
    </w:p>
    <w:p>
      <w:r>
        <w:br/>
        <w:t>Живими лиш зосталися&lt;br /&gt;</w:t>
        <w:br/>
        <w:t>Малуша із Любавою&lt;br /&gt;</w:t>
        <w:br/>
        <w:t>та Йван, що б'ється лівою,&lt;br /&gt;</w:t>
        <w:br/>
        <w:t>й Петро, що б'ється правою.</w:t>
      </w:r>
    </w:p>
    <w:p>
      <w:r>
        <w:br/>
        <w:t>Стоять сини, як велети,&lt;br /&gt;</w:t>
        <w:br/>
        <w:t>обабіч батька й матінки —&lt;br /&gt;</w:t>
        <w:br/>
        <w:t>січуть нукерські панцири&lt;br /&gt;</w:t>
        <w:br/>
        <w:t>і багатурські ватянки.</w:t>
      </w:r>
    </w:p>
    <w:p>
      <w:r>
        <w:br/>
        <w:t>А доньки, вправні лучниці,&lt;br /&gt;</w:t>
        <w:br/>
        <w:t>руками ніжнобілими&lt;br /&gt;</w:t>
        <w:br/>
        <w:t>із самострілів київських&lt;br /&gt;</w:t>
        <w:br/>
        <w:t>кладуть батирів стрілами.</w:t>
      </w:r>
    </w:p>
    <w:p>
      <w:r>
        <w:br/>
        <w:t>— Стріляйте їх! Стріляйте їх! —&lt;br /&gt;</w:t>
        <w:br/>
        <w:t>Батий здаля вигукує&lt;br /&gt;</w:t>
        <w:br/>
        <w:t>і перший сам із ханського&lt;br /&gt;</w:t>
        <w:br/>
        <w:t>золоченого лука б'є.</w:t>
      </w:r>
    </w:p>
    <w:p>
      <w:r>
        <w:br/>
        <w:t>Неначе хмара буряна&lt;br /&gt;</w:t>
        <w:br/>
        <w:t>знялася над батирами —&lt;br /&gt;</w:t>
        <w:br/>
        <w:t>так сипонули стрілами,&lt;br /&gt;</w:t>
        <w:br/>
        <w:t>і списами, й сокирами.</w:t>
      </w:r>
    </w:p>
    <w:p>
      <w:r>
        <w:br/>
        <w:t>І впали... впали мертвими&lt;br /&gt;</w:t>
        <w:br/>
        <w:t>Малуша із Любавою,&lt;br /&gt;</w:t>
        <w:br/>
        <w:t>Іван, що бився лівою,&lt;br /&gt;</w:t>
        <w:br/>
        <w:t>й Петро, що бився правою...</w:t>
      </w:r>
    </w:p>
    <w:p>
      <w:r>
        <w:br/>
        <w:t>Над ними мати вклякнула&lt;br /&gt;</w:t>
        <w:br/>
        <w:t>посеред поля ратного.&lt;br /&gt;</w:t>
        <w:br/>
        <w:t>Дмитро завмер — і випустив&lt;br /&gt;</w:t>
        <w:br/>
        <w:t>з руки меча булатного.</w:t>
      </w:r>
    </w:p>
    <w:p>
      <w:r>
        <w:br/>
        <w:t>На нього враз накинулись —&lt;br /&gt;</w:t>
        <w:br/>
        <w:t>вхопили, заарканили,&lt;br /&gt;</w:t>
        <w:br/>
        <w:t>скрутили навіть руку ту,&lt;br /&gt;</w:t>
        <w:br/>
        <w:t>яку стрілою ранили.</w:t>
      </w:r>
    </w:p>
    <w:p>
      <w:r>
        <w:br/>
        <w:t>І от він серед Києва,&lt;br /&gt;</w:t>
        <w:br/>
        <w:t>напівживий, заюшений,&lt;br /&gt;</w:t>
        <w:br/>
        <w:t>нещасним полонеником&lt;br /&gt;</w:t>
        <w:br/>
        <w:t>тепер стояти змушений.</w:t>
      </w:r>
    </w:p>
    <w:p>
      <w:r>
        <w:br/>
        <w:t>Навколо — стогін ранених,&lt;br /&gt;</w:t>
        <w:br/>
        <w:t>повсюди — трупи й згарища.&lt;br /&gt;</w:t>
        <w:br/>
        <w:t>Там бродять завойовники,&lt;br /&gt;</w:t>
        <w:br/>
        <w:t>немов криваві марища.</w:t>
      </w:r>
    </w:p>
    <w:p>
      <w:r>
        <w:br/>
        <w:t>Та враз вони завмерли всі&lt;br /&gt;</w:t>
        <w:br/>
        <w:t>в поклоні шанобливому:&lt;br /&gt;</w:t>
        <w:br/>
        <w:t>Батий вступив до Києва&lt;br /&gt;</w:t>
        <w:br/>
        <w:t>на огиреві сивому.</w:t>
      </w:r>
    </w:p>
    <w:p>
      <w:r>
        <w:br/>
        <w:t>Під'їхав... Серед вулиці&lt;br /&gt;</w:t>
        <w:br/>
        <w:t>із почтом зупиняється.&lt;br /&gt;</w:t>
        <w:br/>
        <w:t>Побіля нього псом брудним&lt;br /&gt;</w:t>
        <w:br/>
        <w:t>Стонога-раб тиняється.</w:t>
      </w:r>
    </w:p>
    <w:p>
      <w:r>
        <w:br/>
        <w:t>Дмитрові каже здалеку:&lt;br /&gt;</w:t>
        <w:br/>
        <w:t>— Вклонися хану — й житимеш!..&lt;br /&gt;</w:t>
        <w:br/>
        <w:t>Служив ти досі князеві,&lt;br /&gt;</w:t>
        <w:br/>
        <w:t>тепер — йому служитимеш!</w:t>
      </w:r>
    </w:p>
    <w:p>
      <w:r>
        <w:br/>
        <w:t>— Гей, песе!.. Перед ворогом&lt;br /&gt;</w:t>
        <w:br/>
        <w:t>я не зігнуся ободом! —&lt;br /&gt;</w:t>
        <w:br/>
        <w:t>І в вічі хану дивиться&lt;br /&gt;</w:t>
        <w:br/>
        <w:t>Дмитро сміливим поглядом.</w:t>
      </w:r>
    </w:p>
    <w:p>
      <w:r>
        <w:br/>
        <w:t>Батий сидить, мов статуя,&lt;br /&gt;</w:t>
        <w:br/>
        <w:t>на воєводу щулиться.&lt;br /&gt;</w:t>
        <w:br/>
        <w:t>Кругом — руїни київські,&lt;br /&gt;</w:t>
        <w:br/>
        <w:t>забиті трупом вулиці.</w:t>
      </w:r>
    </w:p>
    <w:p>
      <w:r>
        <w:br/>
        <w:t>— Ойє, Дмитро?&lt;br /&gt;</w:t>
        <w:br/>
        <w:t>— Атож, Дмитро.&lt;br /&gt;</w:t>
        <w:br/>
        <w:t>— Ну, от — наш спір і скінчений.&lt;br /&gt;</w:t>
        <w:br/>
        <w:t>Для вас — поразкою... Для нас —&lt;br /&gt;</w:t>
        <w:br/>
        <w:t>звитягою увінчаний!</w:t>
      </w:r>
    </w:p>
    <w:p>
      <w:r>
        <w:br/>
        <w:t>— О ні, спір тільки розпочавсь!&lt;br /&gt;</w:t>
        <w:br/>
        <w:t>— Ха-ха! Яким же побитом?&lt;br /&gt;</w:t>
        <w:br/>
        <w:t>Я гордий Київ розчавив,&lt;br /&gt;</w:t>
        <w:br/>
        <w:t>розвіяв з димом-копотом!&lt;br /&gt;</w:t>
        <w:br/>
        <w:t>— Ти справді Київ повалив...&lt;br /&gt;</w:t>
        <w:br/>
        <w:t>Хай ще сто міст повалиться...&lt;br /&gt;</w:t>
        <w:br/>
        <w:t>Та знай, що має два кінці&lt;br /&gt;</w:t>
        <w:br/>
        <w:t>судьби примхлива палиця!..&lt;br /&gt;</w:t>
        <w:br/>
        <w:t>— Боги зі мною!&lt;br /&gt;</w:t>
        <w:br/>
        <w:t>— Поки що!&lt;br /&gt;</w:t>
        <w:br/>
        <w:t>— Довіку!&lt;br /&gt;</w:t>
        <w:br/>
        <w:t>— Хто це відає!&lt;br /&gt;</w:t>
        <w:br/>
        <w:t>Не завжди той вечеряє,&lt;br /&gt;</w:t>
        <w:br/>
        <w:t>хто вранці смачно снідає!&lt;br /&gt;</w:t>
        <w:br/>
        <w:t>— Від океану Східного[14]&lt;br /&gt;</w:t>
        <w:br/>
        <w:t>до моря Присмеркового[15]</w:t>
      </w:r>
    </w:p>
    <w:p>
      <w:r>
        <w:br/>
        <w:t>ніхто й ніщо не стримає&lt;br /&gt;</w:t>
        <w:br/>
        <w:t>коня мого солового!&lt;br /&gt;</w:t>
        <w:br/>
        <w:t>— Твій кінь розкішний,— слів нема!&lt;br /&gt;</w:t>
        <w:br/>
        <w:t>Але й таке трапляється,&lt;br /&gt;</w:t>
        <w:br/>
        <w:t>що навіть якнайкращий кінь,&lt;br /&gt;</w:t>
        <w:br/>
        <w:t>буває, спотикається!</w:t>
      </w:r>
    </w:p>
    <w:p>
      <w:r>
        <w:br/>
        <w:t>Від подиву і лютості&lt;br /&gt;</w:t>
        <w:br/>
        <w:t>нукери аж здригнулися —&lt;br /&gt;</w:t>
        <w:br/>
        <w:t>на речника сміливого&lt;br /&gt;</w:t>
        <w:br/>
        <w:t>шаблями замахнулися.</w:t>
      </w:r>
    </w:p>
    <w:p>
      <w:r>
        <w:br/>
        <w:t>Та їх спинила піднята&lt;br /&gt;</w:t>
        <w:br/>
        <w:t>пухка рука Батиєва.&lt;br /&gt;</w:t>
        <w:br/>
        <w:t>— Ойє, верніть меча йому&lt;br /&gt;</w:t>
        <w:br/>
        <w:t>та випустіть із Києва!</w:t>
      </w:r>
    </w:p>
    <w:p>
      <w:r>
        <w:br/>
        <w:t>Заради сили й мужності&lt;br /&gt;</w:t>
        <w:br/>
        <w:t>нехай життям втішається,&lt;br /&gt;</w:t>
        <w:br/>
        <w:t>в моїм довічній величі&lt;br /&gt;</w:t>
        <w:br/>
        <w:t>нехай переконається!</w:t>
      </w:r>
    </w:p>
    <w:p>
      <w:r>
        <w:br/>
        <w:t>Нехай іде — і дивиться,&lt;br /&gt;</w:t>
        <w:br/>
        <w:t>як я міста топтатиму,&lt;br /&gt;</w:t>
        <w:br/>
        <w:t>як кінськими копитами&lt;br /&gt;</w:t>
        <w:br/>
        <w:t>землю потрясатиму!..</w:t>
      </w:r>
    </w:p>
    <w:p>
      <w:r>
        <w:br/>
        <w:t>* * *</w:t>
      </w:r>
    </w:p>
    <w:p>
      <w:r>
        <w:br/>
        <w:t>Важко глянув воєвода&lt;br /&gt;</w:t>
        <w:br/>
        <w:t>на страшні руїни міста,&lt;br /&gt;</w:t>
        <w:br/>
        <w:t>на своїх синів і дочок,&lt;br /&gt;</w:t>
        <w:br/>
        <w:t>що лягли за рідну землю.</w:t>
      </w:r>
    </w:p>
    <w:p>
      <w:r>
        <w:br/>
        <w:t>І, спираючись рукою&lt;br /&gt;</w:t>
        <w:br/>
        <w:t>на плече своїй дружині,&lt;br /&gt;</w:t>
        <w:br/>
        <w:t>вийшов з брами Золотої&lt;br /&gt;</w:t>
        <w:br/>
        <w:t>в біле поле каламутне.</w:t>
      </w:r>
    </w:p>
    <w:p>
      <w:r>
        <w:br/>
        <w:t>Відійшли вони за Либідь,&lt;br /&gt;</w:t>
        <w:br/>
        <w:t>стали — глянули на Київ.&lt;br /&gt;</w:t>
        <w:br/>
        <w:t>Там життя зосталось їхнє,&lt;br /&gt;</w:t>
        <w:br/>
        <w:t>їхнє щастя, їхня радість...</w:t>
      </w:r>
    </w:p>
    <w:p>
      <w:r>
        <w:br/>
        <w:t>Впала мати серед поля&lt;br /&gt;</w:t>
        <w:br/>
        <w:t>у бур'ян, покритий снігом,—&lt;br /&gt;</w:t>
        <w:br/>
        <w:t>білі руки заломила,&lt;br /&gt;</w:t>
        <w:br/>
        <w:t>болем серця закричала:</w:t>
      </w:r>
    </w:p>
    <w:p>
      <w:r>
        <w:br/>
        <w:t>— Сини мої — лебедики,&lt;br /&gt;</w:t>
        <w:br/>
        <w:t>доньки любі — голубоньки,&lt;br /&gt;</w:t>
        <w:br/>
        <w:t>навіщо ж вас постріляно&lt;br /&gt;</w:t>
        <w:br/>
        <w:t>і шаблями порубано!</w:t>
      </w:r>
    </w:p>
    <w:p>
      <w:r>
        <w:br/>
        <w:t>Плаче мати серед степу,&lt;br /&gt;</w:t>
        <w:br/>
        <w:t>у сухім холоднім зіллі...&lt;br /&gt;</w:t>
        <w:br/>
        <w:t>Дим над Києвом димиться,&lt;br /&gt;</w:t>
        <w:br/>
        <w:t>сонце красне заступивши.</w:t>
      </w:r>
    </w:p>
    <w:p>
      <w:r>
        <w:br/>
        <w:t>Б'ється мати, ніби чайка,&lt;br /&gt;</w:t>
        <w:br/>
        <w:t>об сувору мерзлу землю.&lt;br /&gt;</w:t>
        <w:br/>
        <w:t>— Сини мої — лебедики!&lt;br /&gt;</w:t>
        <w:br/>
        <w:t>Доньки любі — голубоньки!</w:t>
      </w:r>
    </w:p>
    <w:p>
      <w:r>
        <w:br/>
        <w:t>* * *</w:t>
      </w:r>
    </w:p>
    <w:p>
      <w:r>
        <w:br/>
        <w:t>Спорожнів, збезлюднів Київ,&lt;br /&gt;</w:t>
        <w:br/>
        <w:t>мертвий став, як домовина.&lt;br /&gt;</w:t>
        <w:br/>
        <w:t>Тільки іноді із лісу&lt;br /&gt;</w:t>
        <w:br/>
        <w:t>забігають вовчі зграї.</w:t>
      </w:r>
    </w:p>
    <w:p>
      <w:r>
        <w:br/>
        <w:t>Тільки в пустках і руїнах&lt;br /&gt;</w:t>
        <w:br/>
        <w:t>стогне, скиглить хуртовина&lt;br /&gt;</w:t>
        <w:br/>
        <w:t>та Софія бовваніє&lt;br /&gt;</w:t>
        <w:br/>
        <w:t>на похмурім небокраї.</w:t>
      </w:r>
    </w:p>
    <w:p>
      <w:r>
        <w:br/>
        <w:t>І ніхто з людей до міста&lt;br /&gt;</w:t>
        <w:br/>
        <w:t>у снігах не топче стежки.&lt;br /&gt;</w:t>
        <w:br/>
        <w:t>Хто живий лишився — в нетрі,&lt;br /&gt;</w:t>
        <w:br/>
        <w:t>у глухі ліси забрався.</w:t>
      </w:r>
    </w:p>
    <w:p>
      <w:r>
        <w:br/>
        <w:t>Та й кому потрібні трупи&lt;br /&gt;</w:t>
        <w:br/>
        <w:t>та зчорнілі головешки?&lt;br /&gt;</w:t>
        <w:br/>
        <w:t>Всяк у хижках, у печерах&lt;br /&gt;</w:t>
        <w:br/>
        <w:t>від загибелі ховався.</w:t>
      </w:r>
    </w:p>
    <w:p>
      <w:r>
        <w:br/>
        <w:t>Лиш напровесні,&lt;br /&gt;</w:t>
        <w:br/>
        <w:t>як рястом&lt;br /&gt;</w:t>
        <w:br/>
        <w:t>Подніпров'я заквітчалось,&lt;br /&gt;</w:t>
        <w:br/>
        <w:t>на Софії дзвін зненацька&lt;br /&gt;</w:t>
        <w:br/>
        <w:t>міддю гримнув голосною.</w:t>
      </w:r>
    </w:p>
    <w:p>
      <w:r>
        <w:br/>
        <w:t>З тої миті він щоранку,&lt;br /&gt;</w:t>
        <w:br/>
        <w:t>лиш на світ благословлялось,&lt;br /&gt;</w:t>
        <w:br/>
        <w:t>над полями, над лісами&lt;br /&gt;</w:t>
        <w:br/>
        <w:t>вдалину котивсь луною.</w:t>
      </w:r>
    </w:p>
    <w:p>
      <w:r>
        <w:br/>
        <w:t>За Дніпро — аж на Посулля,&lt;br /&gt;</w:t>
        <w:br/>
        <w:t>за Ірпінь — аж на Полісся,&lt;br /&gt;</w:t>
        <w:br/>
        <w:t>за Десну — в бори дрімучі&lt;br /&gt;</w:t>
        <w:br/>
        <w:t>звуки дзвона долітали.</w:t>
      </w:r>
    </w:p>
    <w:p>
      <w:r>
        <w:br/>
        <w:t>І виходили із сховищ&lt;br /&gt;</w:t>
        <w:br/>
        <w:t>на поляни, на узлісся&lt;br /&gt;</w:t>
        <w:br/>
        <w:t>всі, хто чудом врятувався&lt;br /&gt;</w:t>
        <w:br/>
        <w:t>від татарської навали.</w:t>
      </w:r>
    </w:p>
    <w:p>
      <w:r>
        <w:br/>
        <w:t>— Хто там дзвонить?&lt;br /&gt;</w:t>
        <w:br/>
        <w:t>Хто там дзвонить? —&lt;br /&gt;</w:t>
        <w:br/>
        <w:t>перешіптувались люди.</w:t>
      </w:r>
    </w:p>
    <w:p>
      <w:r>
        <w:br/>
        <w:t>— Може, то сама Софія?&lt;br /&gt;</w:t>
        <w:br/>
        <w:t>— А чи вітер на дзвіниці? —&lt;br /&gt;</w:t>
        <w:br/>
        <w:t>І пливли чутки всілякі —&lt;br /&gt;</w:t>
        <w:br/>
        <w:t>неймовірні — звідусюди,</w:t>
      </w:r>
    </w:p>
    <w:p>
      <w:r>
        <w:br/>
        <w:t>— Домовик?&lt;br /&gt;</w:t>
        <w:br/>
        <w:t>— Чи волхв?&lt;br /&gt;</w:t>
        <w:br/>
        <w:t>— Чи дідько?&lt;br /&gt;</w:t>
        <w:br/>
        <w:t>— А можливо, просто — птиці?</w:t>
      </w:r>
    </w:p>
    <w:p>
      <w:r>
        <w:br/>
        <w:t>Згодом вістка вірогідна&lt;br /&gt;</w:t>
        <w:br/>
        <w:t>прокотилася землею,&lt;br /&gt;</w:t>
        <w:br/>
        <w:t>й поговір той недоладний&lt;br /&gt;</w:t>
        <w:br/>
        <w:t>сам собою припинився.</w:t>
      </w:r>
    </w:p>
    <w:p>
      <w:r>
        <w:br/>
        <w:t>То Дмитро вернувся в Київ&lt;br /&gt;</w:t>
        <w:br/>
        <w:t>із дружиною своєю&lt;br /&gt;</w:t>
        <w:br/>
        <w:t>і в сплюндрованому місті&lt;br /&gt;</w:t>
        <w:br/>
        <w:t>над горою поселився.</w:t>
      </w:r>
    </w:p>
    <w:p>
      <w:r>
        <w:br/>
        <w:t>Він щодня у дзвони&lt;br /&gt;</w:t>
        <w:br/>
        <w:t>дзвонить —&lt;br /&gt;</w:t>
        <w:br/>
        <w:t>всіх живих киян скликає&lt;br /&gt;</w:t>
        <w:br/>
        <w:t>до розореного міста,&lt;br /&gt;</w:t>
        <w:br/>
        <w:t>щоб життя там відновити.</w:t>
      </w:r>
    </w:p>
    <w:p>
      <w:r>
        <w:br/>
        <w:t>Він щодня у дзвони&lt;br /&gt;</w:t>
        <w:br/>
        <w:t>дзвонить,&lt;br /&gt;</w:t>
        <w:br/>
        <w:t>мов усіх повідомляє,&lt;br /&gt;</w:t>
        <w:br/>
        <w:t>що прадавній красень Київ&lt;br /&gt;</w:t>
        <w:br/>
        <w:t>жив,&lt;br /&gt;</w:t>
        <w:br/>
        <w:t>живе&lt;br /&gt;</w:t>
        <w:br/>
        <w:t>і буде жити!</w:t>
      </w:r>
    </w:p>
    <w:p>
      <w:r>
        <w:br/>
        <w:t>Він підніметься з руїни,&lt;br /&gt;</w:t>
        <w:br/>
        <w:t>він із попелу постане,&lt;br /&gt;</w:t>
        <w:br/>
        <w:t>в боротьбі здобуде право&lt;br /&gt;</w:t>
        <w:br/>
        <w:t>на життя і на свободу.</w:t>
      </w:r>
    </w:p>
    <w:p>
      <w:r>
        <w:br/>
        <w:t>Ти хотів його згубити,&lt;br /&gt;</w:t>
        <w:br/>
        <w:t>та відродиться він, хане,&lt;br /&gt;</w:t>
        <w:br/>
        <w:t>й вічно буде пам'ятати —&lt;br /&gt;</w:t>
        <w:br/>
        <w:t>прославляти воєводу!</w:t>
      </w:r>
    </w:p>
    <w:p>
      <w:r>
        <w:br/>
        <w:t>[1] Б а г а т у р, або батир — богатир, витязь.</w:t>
      </w:r>
    </w:p>
    <w:p>
      <w:r>
        <w:br/>
        <w:t>[2] Улус — табір кочовиків.</w:t>
      </w:r>
    </w:p>
    <w:p>
      <w:r>
        <w:br/>
        <w:t>[3] К и б и т к а — віз кочовиків з халабудою.</w:t>
      </w:r>
    </w:p>
    <w:p>
      <w:r>
        <w:br/>
        <w:t>[4] С к о т н и ц я — скарбниця.</w:t>
      </w:r>
    </w:p>
    <w:p>
      <w:r>
        <w:br/>
        <w:t>[5] Г р и д н и ц я — помешкання в князівському будинку для воїнів-дружинників.</w:t>
      </w:r>
    </w:p>
    <w:p>
      <w:r>
        <w:br/>
        <w:t>[6] Н у к е р — дружинник ханської гвардії.</w:t>
      </w:r>
    </w:p>
    <w:p>
      <w:r>
        <w:br/>
        <w:t>[7] Б е к — поміщик, воєвода.</w:t>
      </w:r>
    </w:p>
    <w:p>
      <w:r>
        <w:br/>
        <w:t>[8] К а л к а — річка в Донецькій області, на берегах якої татари уперше в 1223 р. розбили дружини руських князів.</w:t>
      </w:r>
    </w:p>
    <w:p>
      <w:r>
        <w:br/>
        <w:t>[9] З а б о р о л о — міська стіна.</w:t>
      </w:r>
    </w:p>
    <w:p>
      <w:r>
        <w:br/>
        <w:t>[10] П р я — двобій, поєдинок.</w:t>
      </w:r>
    </w:p>
    <w:p>
      <w:r>
        <w:br/>
        <w:t>[11] П о р о к и — стінобитні машини.</w:t>
      </w:r>
    </w:p>
    <w:p>
      <w:r>
        <w:br/>
        <w:t>[12] К е л е п — зброя (палиця, сходка на молоток).</w:t>
      </w:r>
    </w:p>
    <w:p>
      <w:r>
        <w:br/>
        <w:t>[13] Ц е р б е р — у древньогрецькій міфології — триголовий пес, ідо охороняє вхід до підземного царства.</w:t>
      </w:r>
    </w:p>
    <w:p>
      <w:r>
        <w:br/>
        <w:t>[14] Східний океан — Тихий океан.</w:t>
      </w:r>
    </w:p>
    <w:p>
      <w:r>
        <w:br/>
        <w:t>[15] Присмеркове море — Атлантичний океан.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Воєвода Дмитро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