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Воєнні ідилії</w:t>
      </w:r>
    </w:p>
    <w:p>
      <w:r>
        <w:br/>
        <w:t xml:space="preserve"> І.</w:t>
      </w:r>
    </w:p>
    <w:p>
      <w:r>
        <w:br/>
        <w:t>Погоріла наша хата, погоріла,&lt;br /&gt;</w:t>
        <w:br/>
        <w:t>І стодола з вітром, з димом полетіла,&lt;br /&gt;</w:t>
        <w:br/>
        <w:t>Осталися на подвір'ю стіни голі,&lt;br /&gt;</w:t>
        <w:br/>
        <w:t>Ходить вітер по світлиці і стодолі…&lt;br /&gt;</w:t>
        <w:br/>
        <w:t>…А мамуню положили на дно ями…&lt;br /&gt;</w:t>
        <w:br/>
        <w:t>…А татуньо поїхали з москалями…&lt;br /&gt;</w:t>
        <w:br/>
        <w:t>…А ми ходим цілу днину коло хати…&lt;br /&gt;</w:t>
        <w:br/>
        <w:t>…А смерком йдем до сусіда ночувати..&lt;br /&gt;</w:t>
        <w:br/>
        <w:t>…А у нашім огороді діл копали,&lt;br /&gt;</w:t>
        <w:br/>
        <w:t>Молодого жовнярика поховали…</w:t>
      </w:r>
    </w:p>
    <w:p>
      <w:r>
        <w:br/>
        <w:t>II.</w:t>
      </w:r>
    </w:p>
    <w:p>
      <w:r>
        <w:br/>
        <w:t>На вулиці днюють… Як стане смеркати,&lt;br /&gt;</w:t>
        <w:br/>
        <w:t>Сусід їх закличе до теплої хати,&lt;br /&gt;</w:t>
        <w:br/>
        <w:t>В кутку хліб поставить та мисчину страви&lt;br /&gt;</w:t>
        <w:br/>
        <w:t>Та й на ніч лягати каже коло лави.&lt;br /&gt;</w:t>
        <w:br/>
        <w:t>Вже довго бідують… Хату їм спалили,&lt;br /&gt;</w:t>
        <w:br/>
        <w:t>Мама з жалю вмерла, тата полонили,&lt;br /&gt;</w:t>
        <w:br/>
        <w:t>Мама вже на правді, дітям сну немає,&lt;br /&gt;</w:t>
        <w:br/>
        <w:t>А тато медалі на сухар міняє.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Воєнні ідилії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