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Вогники</w:t>
      </w:r>
    </w:p>
    <w:p>
      <w:r>
        <w:br/>
        <w:t xml:space="preserve"> &lt;p&gt;Якось давно, в темний осінній вечір, довелось мені пливти похмурою сибірською рікою. Раптом на завороті ріки, попереду, під темними горами блимнув вогник.</w:t>
      </w:r>
    </w:p>
    <w:p>
      <w:r>
        <w:br/>
        <w:t>Блимнув яскраво, сильно, зовсім близько...</w:t>
      </w:r>
    </w:p>
    <w:p>
      <w:r>
        <w:br/>
        <w:t>— Ну, слава богу! — сказав я з радістю,— близько нічліг!</w:t>
      </w:r>
    </w:p>
    <w:p>
      <w:r>
        <w:br/>
        <w:t>Гребець обернувся, поглянув через плече на вогонь і знов апатично наліг на весла.</w:t>
      </w:r>
    </w:p>
    <w:p>
      <w:r>
        <w:br/>
        <w:t>— Далеко!</w:t>
      </w:r>
    </w:p>
    <w:p>
      <w:r>
        <w:br/>
        <w:t>Я не повірив: вогник так і стояв, виступаючи вперед з непевної тьми. Але гребець був правий: виявилося, справді, далеко.</w:t>
      </w:r>
    </w:p>
    <w:p>
      <w:r>
        <w:br/>
        <w:t>Властивість цих нічних огнів — наближатись, перемагаючи тьму, і блискотіти, і обіцяти, і вабити своєю близькістю. Здається, от-от іще два-три удари веслом,— і путь скінчиться... А тимчасом — далеко!..</w:t>
      </w:r>
    </w:p>
    <w:p>
      <w:r>
        <w:br/>
        <w:t>І довго ще пливли ми по темній, як чорнило, ріці. Міжгір'я і скелі випливали, насувались і відпливали, залишаючись позаду й гублячись, здавалося, в безкраїй далині, а вогник усе стояв попереду, переливаючись і ваблячи,— все так само близько, і все так само далеко...</w:t>
      </w:r>
    </w:p>
    <w:p>
      <w:r>
        <w:br/>
        <w:t>Мені часто згадується тепер і ця темна ріка, затінена скелястими горами, і цей живий вогник. Багато вогнів і раніш і потім вабили не одного мене своєю близькістю. Але життя тече все в тих же похмурих берегах, а вогні ще далеко. І знов доводиться налягати на весла...</w:t>
      </w:r>
    </w:p>
    <w:p>
      <w:r>
        <w:br/>
        <w:t>Але все-таки... все-таки попереду — вогні!..</w:t>
      </w:r>
    </w:p>
    <w:p>
      <w:r>
        <w:br/>
        <w:t>1900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