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Вогники в океані</w:t>
      </w:r>
    </w:p>
    <w:p>
      <w:r>
        <w:br/>
        <w:t xml:space="preserve"> &lt;p&gt;Після далекого плавання корабель наш повертався на Батьківщину.</w:t>
      </w:r>
    </w:p>
    <w:p>
      <w:r>
        <w:br/>
        <w:t>Він ніби вгадав заповітне бажання моряків — швидше зустрітися з ріднею та друзями — і мчав прудко й невпинно. Тільки пінявий слід лишався за кормою.</w:t>
      </w:r>
    </w:p>
    <w:p>
      <w:r>
        <w:br/>
        <w:t>Тихо хлюпотіла вода. Здавалось, неповороткі, хвостаті риби виграють довкола.</w:t>
      </w:r>
    </w:p>
    <w:p>
      <w:r>
        <w:br/>
        <w:t>Насправді ж ворушилися там ліниві, пригладжені вітром хвилі.</w:t>
      </w:r>
    </w:p>
    <w:p>
      <w:r>
        <w:br/>
        <w:t>Пекуче південне сонце стояло в зеніті — прямо над головою.</w:t>
      </w:r>
    </w:p>
    <w:p>
      <w:r>
        <w:br/>
        <w:t>Вийдеш на палубу, а тіні немає. Білими свічками виструнчилися високі щогли, і теж без тіней.</w:t>
      </w:r>
    </w:p>
    <w:p>
      <w:r>
        <w:br/>
        <w:t>Все залила-захлюпала іскриста сонячна повінь!</w:t>
      </w:r>
    </w:p>
    <w:p>
      <w:r>
        <w:br/>
        <w:t>Було це за тридев'ять земель, далеко-далеко на чужині...</w:t>
      </w:r>
    </w:p>
    <w:p>
      <w:r>
        <w:br/>
        <w:t>Усі ми вірили: хоч куди заведуть дороги, хоч скільки стрінеться морів, — перепливемо і повернемось додому.</w:t>
      </w:r>
    </w:p>
    <w:p>
      <w:r>
        <w:br/>
        <w:t>Океан. Безмежна водяна пустеля. Сотні кілометрів до найближчого берега. А штурман візьме схожий на бінокль прилад — секстант, наведе його на зірку-другу. Схилиться над картою, підрахує щось і скаже:</w:t>
      </w:r>
    </w:p>
    <w:p>
      <w:r>
        <w:br/>
        <w:t>— Корабель наш перебуває в такому-то й такому місці.</w:t>
      </w:r>
    </w:p>
    <w:p>
      <w:r>
        <w:br/>
        <w:t>Накреслить на карті лінію — маршрут нашого корабля.</w:t>
      </w:r>
    </w:p>
    <w:p>
      <w:r>
        <w:br/>
        <w:t>І ми пливемо далі.</w:t>
      </w:r>
    </w:p>
    <w:p>
      <w:r>
        <w:br/>
        <w:t>Сонечко. Вітер. Блакить.</w:t>
      </w:r>
    </w:p>
    <w:p>
      <w:r>
        <w:br/>
        <w:t>Та океан, підступний і хитрий велетень, ніколи не дрімає. Якщо ж і спить, на думці в нього завжди одне: побільше лиха накоїти морякові!</w:t>
      </w:r>
    </w:p>
    <w:p>
      <w:r>
        <w:br/>
        <w:t>Ось що трапилося з нами, коли ми залишили південні краї і поверталися додому.</w:t>
      </w:r>
    </w:p>
    <w:p>
      <w:r>
        <w:br/>
        <w:t>...Спочатку було тихо й спокійно.</w:t>
      </w:r>
    </w:p>
    <w:p>
      <w:r>
        <w:br/>
        <w:t>Та враз небо почорніло! Повіяв різкий, холодний вітер. У повітрі закружляли перші сніжинки. Вони то безладно роїлися за кормою, немов чайки, яким викинеш кусень хліба, то стукали в скло ілюмінаторів.</w:t>
      </w:r>
    </w:p>
    <w:p>
      <w:r>
        <w:br/>
        <w:t>Нескінченні білі хвилі перекочувалися через борт, заливали палубу.</w:t>
      </w:r>
    </w:p>
    <w:p>
      <w:r>
        <w:br/>
        <w:t>Вгору-вниз! Вгору-вниз! — як на велетенській гойдалці, піднімали корабель.</w:t>
      </w:r>
    </w:p>
    <w:p>
      <w:r>
        <w:br/>
        <w:t>Вітер розгойдував щогли, пронизливо свистів у снастях.</w:t>
      </w:r>
    </w:p>
    <w:p>
      <w:r>
        <w:br/>
        <w:t>Кидало корабель з хвилі на хвилю, клало з борту на борт. Проте він — верткий, неначе кіт,— кожного разу випростовувався.</w:t>
      </w:r>
    </w:p>
    <w:p>
      <w:r>
        <w:br/>
        <w:t>Ось уже більше тижня як заштормило. Дня не відрізнити від ночі: ні зірок, ні сонця — над світом непроглядна пітьма!</w:t>
      </w:r>
    </w:p>
    <w:p>
      <w:r>
        <w:br/>
        <w:t>Збилися ми з дороги і, де перебували,— визначити не можемо. Навіть штурман мовчить, немов у рот набрав води.</w:t>
      </w:r>
    </w:p>
    <w:p>
      <w:r>
        <w:br/>
        <w:t>Ще півбіди, коли далеко берег. У відкритому морі хвилі тебе гойдають, та й тільки. "Штормує корабель!" — кажуть моряки. Та горе, якщо поруч земля! Вітер щомить може жбурнути кораблик на скелі.</w:t>
      </w:r>
    </w:p>
    <w:p>
      <w:r>
        <w:br/>
        <w:t>Живим звідти не вибратися!</w:t>
      </w:r>
    </w:p>
    <w:p>
      <w:r>
        <w:br/>
        <w:t>Єдине, що допомагає мореплавцям, котрі заблудилися, це — маяки.</w:t>
      </w:r>
    </w:p>
    <w:p>
      <w:r>
        <w:br/>
        <w:t>І ми їх угледіли, берегові рятівні огні! Крізь туман і морок побачили.</w:t>
      </w:r>
    </w:p>
    <w:p>
      <w:r>
        <w:br/>
        <w:t>Заяскравіло вдалині, освітило океан розлютований.</w:t>
      </w:r>
    </w:p>
    <w:p>
      <w:r>
        <w:br/>
        <w:t>Раз у раз розплющував маяк своє око.</w:t>
      </w:r>
    </w:p>
    <w:p>
      <w:r>
        <w:br/>
        <w:t>І ми ще дужче повірили, що переборемо бурю — крізь шторм проб'ємося до рідного берега!</w:t>
      </w:r>
    </w:p>
    <w:p>
      <w:r>
        <w:br/>
        <w:t>А я згадав Курильські острови — як ми там маяки засвічували.</w:t>
      </w:r>
    </w:p>
    <w:p>
      <w:r>
        <w:br/>
        <w:t>"Яке то щастя, — подумалося, — що вогонь, який ти запалив, не гасне — радість приносить людям!"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Вогники в океані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