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Власть на місцях</w:t>
      </w:r>
    </w:p>
    <w:p>
      <w:r>
        <w:br/>
        <w:t xml:space="preserve"> &lt;p&gt;КЛАСТЬ НА МІСЦЯХ</w:t>
      </w:r>
    </w:p>
    <w:p>
      <w:r>
        <w:br/>
        <w:t>(Щоденник товариша Юхна — Пролетарського)</w:t>
      </w:r>
    </w:p>
    <w:p>
      <w:r>
        <w:br/>
        <w:t>Ні, почну, мабуть, знову писати. Олівець і папір є, було б про віщо. Одне погано: ніяк не діждуся "знаменательного" дня, щоб з нього почати. Але одначе не журюся: от уяіе п'ятий місяць, як немає перевороту, а мусить бути.</w:t>
      </w:r>
    </w:p>
    <w:p>
      <w:r>
        <w:br/>
        <w:t>А поки-що так, між иншим, почну... Стривай, а число ? Сьогодні 14 ... або ні — це ж по старому, а я революціонер. Писатиму по новому___</w:t>
      </w:r>
    </w:p>
    <w:p>
      <w:r>
        <w:br/>
        <w:t>27 листопада 1919 року. Ітак, починаю, напишу й сховаю... Ех, жаль того щоденника! Півроку ж писав, картинками уквітчав і на тобі: прийшов Тиміш Курган, прохає, що почитать, я візьми й дай йому щоденника, думаю : "Хай почитає чоловік — мо, похвалить !"</w:t>
      </w:r>
    </w:p>
    <w:p>
      <w:r>
        <w:br/>
        <w:t>А він, супостат, на цигарки попалив... Ні, тепер уже ніколи цього не допущу, не діжде. Буду писати, писати й писати, аж поки постаріюсь... а потім дітям та онукам і читатиму.</w:t>
      </w:r>
    </w:p>
    <w:p>
      <w:r>
        <w:br/>
        <w:t>4 грудня. Та й довго и{ нема перевороту, набридло ждати. Погано бути революціонером!</w:t>
      </w:r>
    </w:p>
    <w:p>
      <w:r>
        <w:br/>
        <w:t>грудня. Дядько, в якого я цю ніч ночував, спитався :</w:t>
      </w:r>
    </w:p>
    <w:p>
      <w:r>
        <w:br/>
        <w:t>— Якої и{ ти партії, що ховаєшся?</w:t>
      </w:r>
    </w:p>
    <w:p>
      <w:r>
        <w:br/>
        <w:t>— А біс його знаю !.. Тільки не буржуйської: петлюрівці тим гарні, що носать козацьку одежу, "оселедці", говорять по-українському; а більшовики — що вони панів та буржуїв ріжуть... А втім, хто раніш прийде, то й мої! — відповів я.</w:t>
      </w:r>
    </w:p>
    <w:p>
      <w:r>
        <w:br/>
        <w:t>18 грудня. Сьогодні денікінці де й ділися. Над вечір уже приїхав пертий загін червоних. Дядьки гомонять:</w:t>
      </w:r>
    </w:p>
    <w:p>
      <w:r>
        <w:br/>
        <w:t>— Побачимо, що ці дадуть: чи землю, чи "волю" ? "Волею" називають шомполи, якими їх гріли білі. 10 грудня. Зранку ходив дядько Пилип по селі і загадував на сходку:</w:t>
      </w:r>
    </w:p>
    <w:p>
      <w:r>
        <w:br/>
        <w:t>— Ідіть усі, і старі, і малі — приїхав оратир ! Опівдні коло во.тости зібралося все село. Говорив</w:t>
      </w:r>
    </w:p>
    <w:p>
      <w:r>
        <w:br/>
        <w:t>оратор, говорили й наші дехто; а люди кричали "правильно!" і плескали в долошки. Далі почали вибирати ревком.</w:t>
      </w:r>
    </w:p>
    <w:p>
      <w:r>
        <w:br/>
        <w:t>Кандидатів одноголосно намітили з п'ятдесят, а коли дійшло до виборів, кожен відмовлявся. Вибирали до вечора і таки вибрали. Всі справжні пролетарі!*, як сказав оратор. І мене вибрали, люди одноголосно кричали:</w:t>
      </w:r>
    </w:p>
    <w:p>
      <w:r>
        <w:br/>
        <w:t>— Хай послужить ! Йому ж однаково нічого робити. — А й справді нічого: батько ще торік із дому прогнав, ходжу собі, блукаю... А, щоб люди їсти давали, кажу, що від денікінців ховаюся.</w:t>
      </w:r>
    </w:p>
    <w:p>
      <w:r>
        <w:br/>
        <w:t>23 груднії. Я член ревкому. Мені одвели окрему кімнату і сказали :</w:t>
      </w:r>
    </w:p>
    <w:p>
      <w:r>
        <w:br/>
        <w:t>— Ти "завотнаробраз" !</w:t>
      </w:r>
    </w:p>
    <w:p>
      <w:r>
        <w:br/>
        <w:t>24 грудня. Рже я не Петро, а Петро Еасильович (0, яка шана!). З наказу ревкому став на кватнру до куркуля Семки, і "сообес" видав свиту. Одне погано : черевики вже зовсім розлазяться, і каріуз, того... без козирка й з діркою.</w:t>
      </w:r>
    </w:p>
    <w:p>
      <w:r>
        <w:br/>
        <w:t>25 грудня. Сьогодні мій "отнаробраз" перевели до попа в хату. (Попа кудись евакували).</w:t>
      </w:r>
    </w:p>
    <w:p>
      <w:r>
        <w:br/>
        <w:t>Дали мені секретаря й сторожа.</w:t>
      </w:r>
    </w:p>
    <w:p>
      <w:r>
        <w:br/>
        <w:t>27 грудня. Канцелярія моя в повнім порядку. €; ша-хва й два столи. Стулка поки — що одна ; завтра обіцяв голова ревкому в когось "націоналізнугь" (голова,</w:t>
      </w:r>
    </w:p>
    <w:p>
      <w:r>
        <w:br/>
        <w:t>хлопець, того___ матросом був). На вечір наказали</w:t>
      </w:r>
    </w:p>
    <w:p>
      <w:r>
        <w:br/>
        <w:t>явитися на партійне зібрання. Ходив. Яким це робом я став комуністом ?! Ніяк не придумаю ...</w:t>
      </w:r>
    </w:p>
    <w:p>
      <w:r>
        <w:br/>
        <w:t>28 грудня. Почали братися з секретарем за діло. (Стулка виге є. для секретаря). Стали міркувати, що ж мусить робити "отнаробраз" ? Ухвалили взяти на учот всі школи, вчителів, лікарню, злучний пункт___ Секретар порадив взяти ще й парового млина.</w:t>
      </w:r>
    </w:p>
    <w:p>
      <w:r>
        <w:br/>
        <w:t>Хазяйка ввечері костила комуністів, говорила, що вони анцихристи, що їх бог покарає. Довго не спав — а що, як і справді є бог?..</w:t>
      </w:r>
    </w:p>
    <w:p>
      <w:r>
        <w:br/>
        <w:t>31 грудня. "Срочно" одержали циркуляра про святкування нового року. Півдня морочили з ним голови й нічого не придумали. На наше щастя, прийшов учитель і все пояснив. В момент я дав наказа по селі — дошки й рядна збирати й робити в чайній, сцену...</w:t>
      </w:r>
    </w:p>
    <w:p>
      <w:r>
        <w:br/>
        <w:t>Увечері людей битком набилося, мабуть півсела присунуло. Прочитав я людям циркуляра, голова оратором вийшов, а після цього вчитель ще й "Бувальщину" заграв. Треба буде й собі до нього в артисти записатися.</w:t>
      </w:r>
    </w:p>
    <w:p>
      <w:r>
        <w:br/>
        <w:t>1920 рік</w:t>
      </w:r>
    </w:p>
    <w:p>
      <w:r>
        <w:br/>
        <w:t>1 січня. В учителів я вже свій чоловік: напувають чайком і грають на грамофоні. (Що значить "зав", а раніш би й до порога не допустили!). В чанній перед вечором зчинилася бійка: баби не помирилися із-за ряден і вчепилися за коси. Нрийшлося для усмирения Одарку курносу посадити до холодної.</w:t>
      </w:r>
    </w:p>
    <w:p>
      <w:r>
        <w:br/>
        <w:t>2 січня. Коли здоровкався з учителькою, вона мені зробила "замічанію":</w:t>
      </w:r>
    </w:p>
    <w:p>
      <w:r>
        <w:br/>
        <w:t>— У вас, товаришу завідуючий, короста на руках. Я дам записку фельдшерові, і він дасть вам масти...</w:t>
      </w:r>
    </w:p>
    <w:p>
      <w:r>
        <w:br/>
        <w:t>Я почервонів, але виду не подав___</w:t>
      </w:r>
    </w:p>
    <w:p>
      <w:r>
        <w:br/>
        <w:t>Сторож привів фельдшера прямо в "отнаробраз". Він подивився мені на руки і скоро притирив мені цілу банку якоїсь вонючої масти. Увечері намажуся нею й залізу на піч у просо спати.</w:t>
      </w:r>
    </w:p>
    <w:p>
      <w:r>
        <w:br/>
        <w:t>3 січня. Сьогодні відбувся у школі волосний з'їзд учителів. Я ніколи не думав, що їх так багато під моєю орудою (29 мужеського й 12 жіночого роду). Говорили довго й балакали. Вчителі найбільше напирали, щоб платню видали, бо вже по п'ять місяців не одержували.</w:t>
      </w:r>
    </w:p>
    <w:p>
      <w:r>
        <w:br/>
        <w:t>Одна вчителька, що сиділа поруч мене, все чогось вертілась на стільці й морщила носа. (Аж увечері я догадався, що це від мене мастю так відгонило). Прочитав я їм всі циркуляри, які були в "отнаробразі", а під кінець потиснув усім руки й прохав чесно працювати на користь народу й радянської влади.</w:t>
      </w:r>
    </w:p>
    <w:p>
      <w:r>
        <w:br/>
        <w:t>4 січня. Одержали з повіту циркуляра на (12 листах), щоб "отнаробраз" об'їздив усі школи й срочно надіслав наслідки обслідування до повіту.</w:t>
      </w:r>
    </w:p>
    <w:p>
      <w:r>
        <w:br/>
        <w:t>— Еге! — сказав я.</w:t>
      </w:r>
    </w:p>
    <w:p>
      <w:r>
        <w:br/>
        <w:t>— Да-да!—відповів секретар.</w:t>
      </w:r>
    </w:p>
    <w:p>
      <w:r>
        <w:br/>
        <w:t>5 січня. Післязавтра різдво. За сніданням хазяїн чоіось довго все говорив за "совітську власть", що вона сама підходяща для мужика, і т. ин. А нарешті переліз на землю, що в нього комітет забрав ... Поснідавши, він витяг з-під полу новенькі чоботи й дав мені:</w:t>
      </w:r>
    </w:p>
    <w:p>
      <w:r>
        <w:br/>
        <w:t>— Нате, — говорить,— Петро Васильовичу ; носіть на здоров'ячко!</w:t>
      </w:r>
    </w:p>
    <w:p>
      <w:r>
        <w:br/>
        <w:t>Що з ним иодіялося ?!</w:t>
      </w:r>
    </w:p>
    <w:p>
      <w:r>
        <w:br/>
        <w:t>6 січня. В учителів не було дров. Прийшлось іти до куркулів націоналізувати. Над вечір учитель покликав мене до себе. В кімнатах було тепло й святково прибрано. Напоїв він мене чайком, а потім і говорить :</w:t>
      </w:r>
    </w:p>
    <w:p>
      <w:r>
        <w:br/>
        <w:t>— Вибачте, товаришу завідуючий, від вас, як із сажу дхне,— викупайтеся, якщо бажайте.</w:t>
      </w:r>
    </w:p>
    <w:p>
      <w:r>
        <w:br/>
        <w:t>Спасибі чоловікові, ще й білизну чисту дав, а то три місяці в одній ходив...</w:t>
      </w:r>
    </w:p>
    <w:p>
      <w:r>
        <w:br/>
        <w:t>7 січня. Цілий день гуляв — святки. Увечері зайшов Кирюша Ґалан і підмовив мене на вечерниці. Гуляв до півночи й підморгував дівчатам. Вони теж, того ... позирають на мене. Настя Цибульчина вже й спати підмовляла, та Кирюша не пораяв. А все тому, що нові чоботи й свита — дівчата не дурні... (Туди к бісу, з;ібув: вже ж і каргу з у мене новий, і навіть не кар і уз, а шляпа. Вчора на горищі в попа Знайшов).</w:t>
      </w:r>
    </w:p>
    <w:p>
      <w:r>
        <w:br/>
        <w:t>8 січня. Спав у Кирюгаі. Вранці боліла і олова —</w:t>
      </w:r>
    </w:p>
    <w:p>
      <w:r>
        <w:br/>
        <w:t>на похмілля. Випили по чарці — пройшло___По обіді</w:t>
      </w:r>
    </w:p>
    <w:p>
      <w:r>
        <w:br/>
        <w:t>пішли до вчителів. Кирюша не хотів іти, огинався:</w:t>
      </w:r>
    </w:p>
    <w:p>
      <w:r>
        <w:br/>
        <w:t>— Вони панн, а я мужик !</w:t>
      </w:r>
    </w:p>
    <w:p>
      <w:r>
        <w:br/>
        <w:t>Я сказав, що тепер усі рівні, і таки потяг його. Слово по слову, випили по чарчині — перейшли на "ти". З'Ишлася компанія: дяків Павло, бухгальтер кооперації, Вірка—бувшого станового пристава донька,</w:t>
      </w:r>
    </w:p>
    <w:p>
      <w:r>
        <w:br/>
        <w:t>прикажчик Микола, вчителі й вчительки___Ухвалили</w:t>
      </w:r>
    </w:p>
    <w:p>
      <w:r>
        <w:br/>
        <w:t>організувати "Просвіту". Я спершу не тямив, що воно За "Просвіта", але волосний писар мені пояснив.</w:t>
      </w:r>
    </w:p>
    <w:p>
      <w:r>
        <w:br/>
        <w:t>Вчителя обрали за режисера й почали розучувати "Кум мірошник" та "По ревізії". Я знову дав розпорядження будувати сценуг, і ввечері гранули. Всі були дуже задоволені, а ми ще й грошей 5.000 карбованців зібрали.</w:t>
      </w:r>
    </w:p>
    <w:p>
      <w:r>
        <w:br/>
        <w:t>9 січня. Сьогодні хто не стріне мене — всі сміються. "Що за біс?" —думав я.</w:t>
      </w:r>
    </w:p>
    <w:p>
      <w:r>
        <w:br/>
        <w:t>Прийшов до Кирюші, і там стріли регетом. Я вже починав сердитися, аж тут Іван, Кирюшин брат, таке говорить:</w:t>
      </w:r>
    </w:p>
    <w:p>
      <w:r>
        <w:br/>
        <w:t>— Ну й чудний ти був, Петро Васильовичу, вчора. Ми ледве кишок не порвали від реготу, коли ти Ходою вийшов...</w:t>
      </w:r>
    </w:p>
    <w:p>
      <w:r>
        <w:br/>
        <w:t>Ага! Що значить "Просвіта"?!</w:t>
      </w:r>
    </w:p>
    <w:p>
      <w:r>
        <w:br/>
        <w:t>10 січня. Секретар не прийшов у канцелярію. Посла" сторожа за ним — його й дома не було: гуляк десь на хуторах. (Маленьке начальство, а вя;е знає своє діло!).</w:t>
      </w:r>
    </w:p>
    <w:p>
      <w:r>
        <w:br/>
        <w:t>Ну, нічого робити, прийшлося самому прийматися за діло. З повіту знов прислали, щоб швидше учот роГшли. Ще написали, що лікарня, злучний пункт і млин пе входять у наші функції. Тим краще, менше турботи!</w:t>
      </w:r>
    </w:p>
    <w:p>
      <w:r>
        <w:br/>
        <w:t>/ / січня. Приходили із Заміського з проханням дозволити відкрити "Просвіту". Я написав резолюцію: "Не возбраняється".</w:t>
      </w:r>
    </w:p>
    <w:p>
      <w:r>
        <w:br/>
        <w:t>Увечері гуляв із Кирюшею та иншими просвітянами на вечерницях.</w:t>
      </w:r>
    </w:p>
    <w:p>
      <w:r>
        <w:br/>
        <w:t>15 січня. Ночуємо на Мельниковій у школі. Робимо учот і "обслєдованію". В школі холодно, хоч собак ганяй. Шкільний садок рубається на паливо в ква-тирі вчителів. Школярі не ходить до школи ще з осени.</w:t>
      </w:r>
    </w:p>
    <w:p>
      <w:r>
        <w:br/>
        <w:t>Переночуємо — і на Водяну Балку.</w:t>
      </w:r>
    </w:p>
    <w:p>
      <w:r>
        <w:br/>
        <w:t>1 лютою. Учот і "обслєдованіє" нарешті закінчили. Скрізь, окрім двох шкіл, навчання не провадиться. Вчителі сидять у холоді й голоді. Платню не одержували в деяких школах ще з весни. За те, на наше щастя, хоч "Просвіти" працюють: у кожній школі грають вистави — аж пил курить.</w:t>
      </w:r>
    </w:p>
    <w:p>
      <w:r>
        <w:br/>
        <w:t>13 лютого. Наша "Просвіта" вже зовсім організована. Записалося 77 членів. Є. гуртки: драматичний, хоровий та музичний. Драмгуртком відає вчитель, музичним — Кирюша, а хоровим — псаломщик Покров-ської церкви. Робота йде гарно, бо псаломщик добре нотл знаю і так на сцені викомарюю, що любо й послухати.</w:t>
      </w:r>
    </w:p>
    <w:p>
      <w:r>
        <w:br/>
        <w:t>Особливо гарно виходить: "Боже великий, Україну спаси...". Навіть дехто хрестився, коли співали.</w:t>
      </w:r>
    </w:p>
    <w:p>
      <w:r>
        <w:br/>
        <w:t>20 лютою. Мій хазяїн знову за землю натякав ... Набрав "бежу" на штани.</w:t>
      </w:r>
    </w:p>
    <w:p>
      <w:r>
        <w:br/>
        <w:t>5 березня. Прийшов циркуляр, щоб готувалися до свят: Шевченківського та Лютневої революції.</w:t>
      </w:r>
    </w:p>
    <w:p>
      <w:r>
        <w:br/>
        <w:t>Ухвалили відсвяткувати разом обор, свята і в неділю, бо в будень ніхто не прийде. "Просвіта" готую драму "Хто батька забуваю, того бог караю".</w:t>
      </w:r>
    </w:p>
    <w:p>
      <w:r>
        <w:br/>
        <w:t>Ухвалили відправити по Шевченкові панахиду. З попом умовитись доручено мені.</w:t>
      </w:r>
    </w:p>
    <w:p>
      <w:r>
        <w:br/>
        <w:t>14 березня. Народу на панахиді була повна церква. Учитель довго мітингував про життя Шевченка та йою революційні заслуги.</w:t>
      </w:r>
    </w:p>
    <w:p>
      <w:r>
        <w:br/>
        <w:t>Коли диякон затянув: "^ще молімся оупокоюнії раба божія Тарасія...", багацько бабів плакало.</w:t>
      </w:r>
    </w:p>
    <w:p>
      <w:r>
        <w:br/>
        <w:t>Увечері в чайній була вистава, а потім танці. Було весело й сумно.</w:t>
      </w:r>
    </w:p>
    <w:p>
      <w:r>
        <w:br/>
        <w:t>Я квітня. Пройшли перевибори до волвиконкому. Л знову член. На сході кричали:</w:t>
      </w:r>
    </w:p>
    <w:p>
      <w:r>
        <w:br/>
        <w:t>— Нехай ще послужить!</w:t>
      </w:r>
    </w:p>
    <w:p>
      <w:r>
        <w:br/>
        <w:t>Біс вас бери, служитиму___</w:t>
      </w:r>
    </w:p>
    <w:p>
      <w:r>
        <w:br/>
        <w:t>9 квітня. Сьогодні відбулося перше засідання волвиконкому. Мене призначили завкомтрудом. "Нароб-разом" тепер учитель: я за нього слово на сході крикнув, а всі і вчепилися.</w:t>
      </w:r>
    </w:p>
    <w:p>
      <w:r>
        <w:br/>
        <w:t>Що воно за "комтруд" ?!</w:t>
      </w:r>
    </w:p>
    <w:p>
      <w:r>
        <w:br/>
        <w:t>А втім, біс його бери ! Не святі ж горшки ліплять... Справимося!</w:t>
      </w:r>
    </w:p>
    <w:p>
      <w:r>
        <w:br/>
        <w:t>10 квітня. Комтруд міститься у волвиконкомі. (5 секретар і помічник. Цілий день розбирався з ділами та циркулярами.</w:t>
      </w:r>
    </w:p>
    <w:p>
      <w:r>
        <w:br/>
        <w:t>Е-е, комтруд не "наробраз"—тут більше роботи. Прийшов строчно циркуляр взяти на учот всіх коней, ковалів, слюсарів, докторів, малярів і т. д., і т. ин. Розіслали накази всім тридцядковим радам, щоб вислали на четвер до виконкому.</w:t>
      </w:r>
    </w:p>
    <w:p>
      <w:r>
        <w:br/>
        <w:t>Над вечір одеряіали строчну телефонограму, щоб комтруд вислав завтра в повіт двісті підвід.</w:t>
      </w:r>
    </w:p>
    <w:p>
      <w:r>
        <w:br/>
        <w:t>Строчно розіслав на хутори міліцію ганять підводи.</w:t>
      </w:r>
    </w:p>
    <w:p>
      <w:r>
        <w:br/>
        <w:t>13 квітня. Підвід приїхало сімдесять п'ять. Всі дядьки костять мене на чім світ стоїть.</w:t>
      </w:r>
    </w:p>
    <w:p>
      <w:r>
        <w:br/>
        <w:t>Анцихристи, ледацюги, безбоишики! Тут робота в полі, а вони на панщину ганяють! Вислав усі до повіту.</w:t>
      </w:r>
    </w:p>
    <w:p>
      <w:r>
        <w:br/>
        <w:t>Увечері знов телефонограма: "Почему не высланы подводы ? В случае невысылки завтра будете отвечать но законам революционного времени..."</w:t>
      </w:r>
    </w:p>
    <w:p>
      <w:r>
        <w:br/>
        <w:t>От тобі й на! Ще ми й винні виходимо...</w:t>
      </w:r>
    </w:p>
    <w:p>
      <w:r>
        <w:br/>
        <w:t>14 квітня. Виявилось, що всі сімдесят п'ять підвід по дорозі в город утекли. Прийшлося вставати вдосвіта й самому їхати по підводи. Всі селяни були вже в полі й сіяли. З лихом пополам, з-під гвинтівки, назволі-кали з полів півтораста підвід. Направив із міліцією в повіт.</w:t>
      </w:r>
    </w:p>
    <w:p>
      <w:r>
        <w:br/>
        <w:t>И с. Яхременках не поїхав ніхто: — Стріляй,— говорить,— а не поїдемо. Де це видно, щоб із плуга випрягати й на панщину?</w:t>
      </w:r>
    </w:p>
    <w:p>
      <w:r>
        <w:br/>
        <w:t>Для авторитету забрав усіх тридцяткових начальників у холодну.</w:t>
      </w:r>
    </w:p>
    <w:p>
      <w:r>
        <w:br/>
        <w:t>Увечері пройшов пленум волвиконкому. Представник із повіту довго говорив про підхід до селянства, про розверстку... Стояло ще якесь питання, але я проспав: якось дрімнув у куточку й прокинувся вже як розходилися...</w:t>
      </w:r>
    </w:p>
    <w:p>
      <w:r>
        <w:br/>
        <w:t>21 квітня. Підводи, мабуть, замучать, к бісовому батькові! Кожного дня подавай у город тридцять, а то й півсотні підвід. Та ще своїх начальників розвелося— хоч греблю гати. Кожен сопляк н папкою носиться; по ділу чи без діла — подавай йому підаоду. А чого, спитай, їздить ? Я^чню на хуторах їсти...</w:t>
      </w:r>
    </w:p>
    <w:p>
      <w:r>
        <w:br/>
        <w:t>23 квітня. Хазяїн мій сердиться на мене. Говорить:</w:t>
      </w:r>
    </w:p>
    <w:p>
      <w:r>
        <w:br/>
        <w:t>— Чоботи й штани носиш, а землю Микита Піцько засіяв. Хіба на нього, сукиного сина, я її з осени виорав ?..</w:t>
      </w:r>
    </w:p>
    <w:p>
      <w:r>
        <w:br/>
        <w:t>На снідання жінка подала капусти та солоних огірків.</w:t>
      </w:r>
    </w:p>
    <w:p>
      <w:r>
        <w:br/>
        <w:t>— Іж, мовляв, комуніст бісів! Не все ж і вареники... Ю квітня. Прокинувся пізно. До вух доносилися якісь</w:t>
      </w:r>
    </w:p>
    <w:p>
      <w:r>
        <w:br/>
        <w:t>вибухи. Вискочив у чім був на подвір'я: з-за лісу чулися орудійні постріли ...</w:t>
      </w:r>
    </w:p>
    <w:p>
      <w:r>
        <w:br/>
        <w:t>З острахом подався до волвиконкому.</w:t>
      </w:r>
    </w:p>
    <w:p>
      <w:r>
        <w:br/>
        <w:t>"Невже переворот?"—стукотіло в голові.</w:t>
      </w:r>
    </w:p>
    <w:p>
      <w:r>
        <w:br/>
        <w:t>Скрізь вештаються люди, щось перешіптуються; чулось инколи:</w:t>
      </w:r>
    </w:p>
    <w:p>
      <w:r>
        <w:br/>
        <w:t>— Догралися товариші ! Оце вам і "совітська власть"...</w:t>
      </w:r>
    </w:p>
    <w:p>
      <w:r>
        <w:br/>
        <w:t>Але певно ніхто не знав, в чому справа. Носилися чутки, що скрізь повстання.</w:t>
      </w:r>
    </w:p>
    <w:p>
      <w:r>
        <w:br/>
        <w:t>Міліція поскидала з себе зброю; ходять ні живі, ні мертві...</w:t>
      </w:r>
    </w:p>
    <w:p>
      <w:r>
        <w:br/>
        <w:t>Під обід приїхало двоє вершників із села Сніжкова З відозвою Сніжкінського "временного правительства)] про повстання. У відозві говорилося:</w:t>
      </w:r>
    </w:p>
    <w:p>
      <w:r>
        <w:br/>
        <w:t>"Ми Йдемо проти комуністів та жидів, проти гнобителів українського народу. Ми хочемо встановити справжню народню владу..." і т. ин. Говорили ще, що Київ і Полтава в руках Петлюри, а нам треба ного підтримати. Попатужимо всі свої СИЛИ, візьмемо Валки й підемо на Харків ...</w:t>
      </w:r>
    </w:p>
    <w:p>
      <w:r>
        <w:br/>
        <w:t>Ми не знали, що робити.</w:t>
      </w:r>
    </w:p>
    <w:p>
      <w:r>
        <w:br/>
        <w:t>Воєнком наш, Йосип Романович, розіслав скрізь і інців скликати народ і наказав бити в дзвона. Дехто, особливо просвітянці, уже розібрали зброю, що покидала міліція. Івана Пересаденка вибрали отаманом. Рябенка Петра — осавулом, мене — писарем. Отаман наказав розходиться по домах, а вдосвіта всім зібратися ...</w:t>
      </w:r>
    </w:p>
    <w:p>
      <w:r>
        <w:br/>
        <w:t>Смеркло. Прийшов додому, ліг спати. Але сон не йшов на розум ... Щось ворушилося всередині — чи боязнь, чи чорт його знає.</w:t>
      </w:r>
    </w:p>
    <w:p>
      <w:r>
        <w:br/>
        <w:t>Зодягся, взяв рушницю, пішов до виконкому. Пусто, двері відчинені; глянув у КУТОК : лежать рушниці, набої'. .</w:t>
      </w:r>
    </w:p>
    <w:p>
      <w:r>
        <w:br/>
        <w:t>Що за біс?</w:t>
      </w:r>
    </w:p>
    <w:p>
      <w:r>
        <w:br/>
        <w:t>Пішов до Мишка. Він говорить, що рушницю кинув, хай їй біс. Та й усі просвітянці покидали... То це, виходить, я сам ?.. Кинув рушницю, пішов спати.</w:t>
      </w:r>
    </w:p>
    <w:p>
      <w:r>
        <w:br/>
        <w:t>/ травня. Не спав усю ніч: все ввижалося, що от-от прийдуть повстанці або більшовики й заберуть...</w:t>
      </w:r>
    </w:p>
    <w:p>
      <w:r>
        <w:br/>
        <w:t>Перед ранком заснув. Крізь сон чую, що когось — от ловлять ... Прокинувся — було вже під обід.</w:t>
      </w:r>
    </w:p>
    <w:p>
      <w:r>
        <w:br/>
        <w:t>Дядько прийшов із церкви (була неділя) і розповідав, що наїхали більшовики й ловлять Пересаденка й инших (про мене нічого не сказав, супостат, підожди, я тобі віддячу!). В чому був, вискочив за городи, а далі — в ліс. Над вечір зустрівся з Петром Рябенком. З-за кущів один одного злякалися ; я більше, бо в Петра була рушниця. Він мені розповів, що до мене аяі двічі приїжджали, скрізь нишпорили, штрикали штиками в солому, в погріб стріляли...</w:t>
      </w:r>
    </w:p>
    <w:p>
      <w:r>
        <w:br/>
        <w:t>"От тобі й на, достукався!" пронеслось у голові.</w:t>
      </w:r>
    </w:p>
    <w:p>
      <w:r>
        <w:br/>
        <w:t>.. Военкома шомполами відшмагали й посадили в холодпу.</w:t>
      </w:r>
    </w:p>
    <w:p>
      <w:r>
        <w:br/>
        <w:t>— Тікаймо далі, Петька ?!</w:t>
      </w:r>
    </w:p>
    <w:p>
      <w:r>
        <w:br/>
        <w:t>— Тікаймо!..</w:t>
      </w:r>
    </w:p>
    <w:p>
      <w:r>
        <w:br/>
        <w:t>2 травня. Ночували за десять верстов у Туман о-вому лісі. Прокинулися рано:</w:t>
      </w:r>
    </w:p>
    <w:p>
      <w:r>
        <w:br/>
        <w:t>— Що робити? Петро говорить:</w:t>
      </w:r>
    </w:p>
    <w:p>
      <w:r>
        <w:br/>
        <w:t>— Ходім у Сніжків, подивимося, що хоч там робиться.</w:t>
      </w:r>
    </w:p>
    <w:p>
      <w:r>
        <w:br/>
        <w:t>По дорозі звернули на хутір і поснідали. (Дядько, глянувши на Петрову рушницю, зараз дав).</w:t>
      </w:r>
    </w:p>
    <w:p>
      <w:r>
        <w:br/>
        <w:t>В Сніжкові був центр усього повстання: з Ков'яг, Перекопу, Хмельової всі перебралися сюди. В бувшім волвиконкомі був штаб "временного правительства"! на чолі з Дацьком і Назаренком. В штабі нам дали хлібину, шматок сала й направили на фронт. Командував там Бандура Олексій, матрос із Водопою. В цепу лежало чоловік триста повстанців і стріляли в напрямку Валок. Відтіля строчив кллемет. Бачу я таьс діло й говорю Петрові:</w:t>
      </w:r>
    </w:p>
    <w:p>
      <w:r>
        <w:br/>
        <w:t>— Давай тікати поки не пізно!</w:t>
      </w:r>
    </w:p>
    <w:p>
      <w:r>
        <w:br/>
        <w:t>Петро не від того. Потихеньку рачком долізли до кущів — і дай бог ноги !</w:t>
      </w:r>
    </w:p>
    <w:p>
      <w:r>
        <w:br/>
        <w:t>Верстов за сім від Сніжкова лягли в кущах відпочити. Скоро побачили ще кількох товаришів по нещастю, які тікали на чому світ держиться. Над вечір нас зібралося чоловіка з двадцять.</w:t>
      </w:r>
    </w:p>
    <w:p>
      <w:r>
        <w:br/>
        <w:t>— Не вдержалися,— розповідали деякі.— У їх кулемети, а ми з відрізами та п'ятьома набоями.</w:t>
      </w:r>
    </w:p>
    <w:p>
      <w:r>
        <w:br/>
        <w:t>Смеркало. З боку Сніжкова виднілася червона заграва й чулися поодинокі постріли.</w:t>
      </w:r>
    </w:p>
    <w:p>
      <w:r>
        <w:br/>
        <w:t>Це більшовики палять Сніжків і розстрілюють нашого братчика! — хвалився один повстанець.— Я ледве втік. Кого вловлять з рушницею, на місці пускають у розход.</w:t>
      </w:r>
    </w:p>
    <w:p>
      <w:r>
        <w:br/>
        <w:t>Кге, — думаю,— треба тікати !</w:t>
      </w:r>
    </w:p>
    <w:p>
      <w:r>
        <w:br/>
        <w:t>Та й усі не від того. Але ну їй? Більшість ухвалили йти на Коломак і на Дикамські ліси. А ми</w:t>
      </w:r>
    </w:p>
    <w:p>
      <w:r>
        <w:br/>
        <w:t>3 Петькою ТІІЇЄНЬКО В кущі й дьорнули на Корсунове, а далі — на Мельникове</w:t>
      </w:r>
    </w:p>
    <w:p>
      <w:r>
        <w:br/>
        <w:t>Була вже північ. Нас перестрів якийсь кінний загін.</w:t>
      </w:r>
    </w:p>
    <w:p>
      <w:r>
        <w:br/>
        <w:t>"Невже попалися?"—промайнуло в голові.</w:t>
      </w:r>
    </w:p>
    <w:p>
      <w:r>
        <w:br/>
        <w:t>На наше щастя, це теж були повстанці з Мельникового та инших хуторів.</w:t>
      </w:r>
    </w:p>
    <w:p>
      <w:r>
        <w:br/>
        <w:t>18 травня. От уже третій тиждень блукаємо по степах Полтавщини. Петро в одному хуторі вже іі дівчину собі знайшов. Мені не до дівчат: хочеться назад, але боюсь:</w:t>
      </w:r>
    </w:p>
    <w:p>
      <w:r>
        <w:br/>
        <w:t>"Що як розстріляють?"</w:t>
      </w:r>
    </w:p>
    <w:p>
      <w:r>
        <w:br/>
        <w:t>25 травня. Петро — великий боягуз: вдень усе спить по житах, а ночами по дівчатах швендяє. Рушниці вже немає — програв у двадцять одно. Замість сорочки носить якусь бабську холодайку. (Через цю холодайку, мабуть, і дівчина його кинула). Я найнявся до одної куркульки орати та гній у поле возити.</w:t>
      </w:r>
    </w:p>
    <w:p>
      <w:r>
        <w:br/>
        <w:t>З череня. Чистив хлів од гною. В землі надибав закопану бодню з салом. Взяв два шматки, останню знову прикопав. Над вечір прийшов Петро іі попрохав чобіт:</w:t>
      </w:r>
    </w:p>
    <w:p>
      <w:r>
        <w:br/>
        <w:t>— Забара Іван жениться, піду на весілля.</w:t>
      </w:r>
    </w:p>
    <w:p>
      <w:r>
        <w:br/>
        <w:t>Я дав. Дивлюся, що й сорочки в нього нема, картуз поганий — дав і це.</w:t>
      </w:r>
    </w:p>
    <w:p>
      <w:r>
        <w:br/>
        <w:t>5 червня. Що за біс, що Петро й досі не повертається ? Холодно ранками босоніж ..</w:t>
      </w:r>
    </w:p>
    <w:p>
      <w:r>
        <w:br/>
        <w:t>А. тут до куркульки наймичка найнялася, можна б нрилабузнитися — боюся : яка з^босилом гульня ?</w:t>
      </w:r>
    </w:p>
    <w:p>
      <w:r>
        <w:br/>
        <w:t>20 черепи. Химка й босого полюбила (иона тел; боса). Удень вкупі оремо, гній возимо, а вночі — звісно, молодецьке діло ...</w:t>
      </w:r>
    </w:p>
    <w:p>
      <w:r>
        <w:br/>
        <w:t>Одне погано — куркулька годую препаскудно : куліш та затірка, щоб вона ними подавилася! А ще ж, гадина, чотирьох корів мас-;, п'ятеро свиней... А втім, біс її Пери ! МИ З Химкою сальцем із бодні підживаюмося.</w:t>
      </w:r>
    </w:p>
    <w:p>
      <w:r>
        <w:br/>
        <w:t>2,5 червня. Набридло жить у стену. Ех, якби оце тут "Просвіту" організуваїи! Біда—ні з ким: сами куркулі та дезертири. Страшно жить у степу; навіть більшовики не показуються. А по ночах тільки й чуч=ш стрілянину. Хто на кого — біс його знаю. Каягуть — самоохорона.</w:t>
      </w:r>
    </w:p>
    <w:p>
      <w:r>
        <w:br/>
        <w:t>28 червня. Розізнали якось волвиконкомці, де я. Прислали записку : "Дурень, чого ховаюшся ? Являйся ні в и діне !".</w:t>
      </w:r>
    </w:p>
    <w:p>
      <w:r>
        <w:br/>
        <w:t>"Еге, явись, а ви розстріляюте або в тюрму запроторите !"</w:t>
      </w:r>
    </w:p>
    <w:p>
      <w:r>
        <w:br/>
        <w:t>2 липня. Я ж пролетарій, за віщо ж мене стрілятимуть? Аджсж воюнком Посни служить. Та ще ж і босий я... Біс його бери, явлюсь!</w:t>
      </w:r>
    </w:p>
    <w:p>
      <w:r>
        <w:br/>
        <w:t>3 липня. Піднявся рано, кажу тітці:</w:t>
      </w:r>
    </w:p>
    <w:p>
      <w:r>
        <w:br/>
        <w:t>—&amp;#9632; Я вже йду від нас, дайте що за труди! — А дулі під ніс не хочеш? — відповіла вона сердито.— Жер, жер, дармоїд, та ще й гроші давай! Пішов так, на суху.</w:t>
      </w:r>
    </w:p>
    <w:p>
      <w:r>
        <w:br/>
        <w:t>0 .іипня. Хоч би на сміх хто запитався, де я блукав. Голова тільки сказав:</w:t>
      </w:r>
    </w:p>
    <w:p>
      <w:r>
        <w:br/>
        <w:t>-— Чудило горохове! Чого я; ти ховався? Ми я; усі на місці, а Йосипа тільки випороли.</w:t>
      </w:r>
    </w:p>
    <w:p>
      <w:r>
        <w:br/>
        <w:t>У липня. Волвиконком доручив мені об'їздити всі хутори і взяти на учот всі сем'ї червоноармійців. Ну, що ж, поїду!</w:t>
      </w:r>
    </w:p>
    <w:p>
      <w:r>
        <w:br/>
        <w:t>Погано тільки, що нема чобіт, а картуза вже дістав.</w:t>
      </w:r>
    </w:p>
    <w:p>
      <w:r>
        <w:br/>
        <w:t>12 липня. Я виїхав. Захватив із собою рушницю системи "Гра" без жодного патрона В без бойка (для виду й "устраше;нія", бо так ніхто ні їсти, ні пити не дасть, а тим більше підводи).</w:t>
      </w:r>
    </w:p>
    <w:p>
      <w:r>
        <w:br/>
        <w:t>Дали здоровенного мандата в руки й секретаря З папкою.</w:t>
      </w:r>
    </w:p>
    <w:p>
      <w:r>
        <w:br/>
        <w:t>Ночуймо в Манілах. На обід баба поставила кваші. Мій секретар закрутив носом:</w:t>
      </w:r>
    </w:p>
    <w:p>
      <w:r>
        <w:br/>
        <w:t>Как еті хохли да єдять ето кушаньє? Хазнюш-ка! Как оно по-вашому хотя називається ?</w:t>
      </w:r>
    </w:p>
    <w:p>
      <w:r>
        <w:br/>
        <w:t>Баба як визвірилась на нього та як гримне:</w:t>
      </w:r>
    </w:p>
    <w:p>
      <w:r>
        <w:br/>
        <w:t>-— Так, як і по — твойому, сукин сину! Хіба я не знаю, що ти Співаків із Митники ? Ич, який руський об'явився ! Жери, коли дала..</w:t>
      </w:r>
    </w:p>
    <w:p>
      <w:r>
        <w:br/>
        <w:t>Секретар мій присмирнів і мовчки їв.</w:t>
      </w:r>
    </w:p>
    <w:p>
      <w:r>
        <w:br/>
        <w:t>25 липня. Заїздив у Минківку. Увечері грали "Новий закон". Добре учкурнув я кума Данила: всі люди ледве кишок не порвали.</w:t>
      </w:r>
    </w:p>
    <w:p>
      <w:r>
        <w:br/>
        <w:t>Чобіт на сцену взяв у Романа. Як би в них і на учот поїхати?</w:t>
      </w:r>
    </w:p>
    <w:p>
      <w:r>
        <w:br/>
        <w:t>З серпня. Знов я на хуторах. Тепер я більш авторитетний : таки завіз Романові чоботи.</w:t>
      </w:r>
    </w:p>
    <w:p>
      <w:r>
        <w:br/>
        <w:t>7 серпня. Чудовий хутір Чупаківка! Люди заможні, кавунів га меду хоч залийся ...</w:t>
      </w:r>
    </w:p>
    <w:p>
      <w:r>
        <w:br/>
        <w:t>А ввечері на луках дівчата коней пасуть.</w:t>
      </w:r>
    </w:p>
    <w:p>
      <w:r>
        <w:br/>
        <w:t>З Веклою я цю ніч підночував; не хочеться Й виїжджати відціля.</w:t>
      </w:r>
    </w:p>
    <w:p>
      <w:r>
        <w:br/>
        <w:t>9 серпня. Вже три дні живемо в Чупаківпі. Секретар теж знайшов дівчину. Галькою звуть.</w:t>
      </w:r>
    </w:p>
    <w:p>
      <w:r>
        <w:br/>
        <w:t>Ха — ра — шо!</w:t>
      </w:r>
    </w:p>
    <w:p>
      <w:r>
        <w:br/>
        <w:t>12 серпня. В хуторі Корсуновім злапали трьох дезертирів, та повтікали, чорти. Клацав — клацав я рушницею, кричав їм "руки вгору!", а вони тобі хоч би що:</w:t>
      </w:r>
    </w:p>
    <w:p>
      <w:r>
        <w:br/>
        <w:t>— їдьте,— говорять,— поки пики цілі!</w:t>
      </w:r>
    </w:p>
    <w:p>
      <w:r>
        <w:br/>
        <w:t>І втекли, чи то пак пішли потихеньку.</w:t>
      </w:r>
    </w:p>
    <w:p>
      <w:r>
        <w:br/>
        <w:t>Гаразд, що хоч "Гра" не відняли...</w:t>
      </w:r>
    </w:p>
    <w:p>
      <w:r>
        <w:br/>
        <w:t>16 серпня. Ідемо без пересадки додому. Повен віз кавунів, яблук, груш, слив, баклажанів і ночовки меду. Під возом, на підтоках, примостили двоє курчат і гусака (на возі не влазило). Увечері вся "Просвіта" їла й гуляла. Кирюша припер молодої слив'яної самогонки.</w:t>
      </w:r>
    </w:p>
    <w:p>
      <w:r>
        <w:br/>
        <w:t>/ серпня. Сьогодні спас. Грали "Гайдамаки". Тяжка-претяжка драма на 4 дії. Я грав Юрка.</w:t>
      </w:r>
    </w:p>
    <w:p>
      <w:r>
        <w:br/>
        <w:t>Квитки продавали за гроші й за яйця (курячі).</w:t>
      </w:r>
    </w:p>
    <w:p>
      <w:r>
        <w:br/>
        <w:t>20 серпня. Мене обрали на голову "Просвіти" (слава богу, не цураються). Ну що ж, почнемо працювати ! Сьогодні вже відбулося засідання ради. Ухвалили енергійно працювати й намітили план: 1) підняти роботу старих гуртків, які вже є,; 2) взяти на учот усі культурні сили села й окружних хуторів; 3) в порядку трудової дисципліни притягти до роботи всіх музикантів — нехай грають у "Просвіті" що-неділі й свята; і) пропозицію ком'ячейки про утворення політичного гургка відхилити. "Просвіта" аполітична й ні в яку політику не вмішуються. її завдання — культурно — національне відродження України ; 5) зробити капітальний ремонт помешкання "Просвіти", з чим звернутися до тювітнархозу.</w:t>
      </w:r>
    </w:p>
    <w:p>
      <w:r>
        <w:br/>
        <w:t>29 серпня. Повітнархоз обіцяю все зробити, навіть електростанцію й водокачку. Працюємо всі як божевільні : взяли на учот усіх учителів, докторів, ветеринарів, музикантів, гімназистів, семінаристів, дочок і синів попа й дяка. Навіть крамарів не обминули — хай працюють на користь народу. Повідбирали де були які грамофони й привезли до "Просвіти". Готуймо вистави: "Мартин Боруля", "Пан — штукаревич", "Дві сестри", "Бувальщину", "Про що тирса шелестіла" і т. д.</w:t>
      </w:r>
    </w:p>
    <w:p>
      <w:r>
        <w:br/>
        <w:t>2 вересня. Лафа! При школі відкрилися дитячі ясла. Три вчительки. Вже дехто з просвітян підгулюють З ними.</w:t>
      </w:r>
    </w:p>
    <w:p>
      <w:r>
        <w:br/>
        <w:t>А я тільки повидлом та яблуками в них підживаюся (до чорта навезли з городу для дітей).</w:t>
      </w:r>
    </w:p>
    <w:p>
      <w:r>
        <w:br/>
        <w:t>5 вересня. Просвітяни всі закохані: Нестір у Пашу З дитячого садка, Гнат — у Марусю, а Мишко, Ки-рюша, Максим — у Вірку (хоч вона й дочка колишнього станового пристава, але у "Просвіті" вона активістка). Один я нейтралітет держу: ні до якої або, навпаки ніхто до мене, бо я скорше скидаюся на босяка, хоч і і олова "Просвіти".</w:t>
      </w:r>
    </w:p>
    <w:p>
      <w:r>
        <w:br/>
        <w:t>7 вересни. На репетиції дівчата ходять несправно: а деякі й зовсім не являються. Говорять, що робота вдома... Треба буде принять мюри.</w:t>
      </w:r>
    </w:p>
    <w:p>
      <w:r>
        <w:br/>
        <w:t>10 вересня. Сьогодні — вистава. Зранку зійшлися всі музиканти й цілий день ріжуть у "Просвіті". Народу — сила.</w:t>
      </w:r>
    </w:p>
    <w:p>
      <w:r>
        <w:br/>
        <w:t>Лена Набоківна спізнилася на генеральну. При-йшлося після репетиції посадити в холодну. Привели аж після другого дзвоника перед виставою. Стала як шовкова.</w:t>
      </w:r>
    </w:p>
    <w:p>
      <w:r>
        <w:br/>
        <w:t>19 вересня. Міліція нагонила до "Просвіти" іілотни-ків, малярів, мазальниць.</w:t>
      </w:r>
    </w:p>
    <w:p>
      <w:r>
        <w:br/>
        <w:t>Почали робить ремонт. Люди страшенно незадово-лені, лаються:</w:t>
      </w:r>
    </w:p>
    <w:p>
      <w:r>
        <w:br/>
        <w:t>— Сукини сини, безбожники, апцихристи ! Тут молотьба, оранка, а вони "Просвіту" роблять, щоб вона згоріла!</w:t>
      </w:r>
    </w:p>
    <w:p>
      <w:r>
        <w:br/>
        <w:t>Прнйшлося міліціонера ставить, щоб не тікали, а дуже вже язикатих запер у холодну.</w:t>
      </w:r>
    </w:p>
    <w:p>
      <w:r>
        <w:br/>
        <w:t>17 вересня. В сусідній економії я надибав піяніно. З мандатом земвідділу поїхав забирати. Прийшлося брати з бою, але все-таки взяв.</w:t>
      </w:r>
    </w:p>
    <w:p>
      <w:r>
        <w:br/>
        <w:t>По дорозі трапилась притичина: чортові воли захотіли пити і з розгону заїхали в ставок. Ледве — ледве вирячкувалися ___</w:t>
      </w:r>
    </w:p>
    <w:p>
      <w:r>
        <w:br/>
        <w:t>26 вересня. Завтра їдемо на Мельникове "Гайдамаки" ставити. В комтруд заказав на завтра двадцять підвід і один тарантас. Послав на ніч на Мельникове міліціонера й двох просвітян з рушницями (не справжніми.</w:t>
      </w:r>
    </w:p>
    <w:p>
      <w:r>
        <w:br/>
        <w:t>а тими, що для сцени) з наказом зібрати: СОТЕІЮ яе,ць, СОТЕІЮ кавунів, 20 фунтів мед^, 15 хлібин (білих). 10 штук курей і т. ші.</w:t>
      </w:r>
    </w:p>
    <w:p>
      <w:r>
        <w:br/>
        <w:t>27 вересня. Виїхали з дому і в'їхали ЕЩ Мельникове З музикою: Еіа здоровенній гарбі поставили ПІЯНІЕІО, на другій посадили 13 музикантів (скрипки, сопілки, гармошки, баси й т. ші.). Четверо коней ледве везли. Спочатку все поїли, що було приготовлене, а потім стали виставляти. Грали на славу: перед початком проспівали Третій Комуністичний ІЕїтерЕіаціоЕіал і Заповіт. Всі люди зосталися задоволеЕіі. вчитель тільки жалівся, що вікна стрілявшою в школі повибивали.</w:t>
      </w:r>
    </w:p>
    <w:p>
      <w:r>
        <w:br/>
        <w:t>Гуляли до самого ранку, а потім поїхали з піснями й музикою Еіа Минківку.</w:t>
      </w:r>
    </w:p>
    <w:p>
      <w:r>
        <w:br/>
        <w:t>4 жовтня. РЄМОЕІТ іде туго. Ніяк людей не виженеш на роботу. А які й прийдуть, то роблять ЕІЄ за страх, а за совість—чи то пак навпаки.</w:t>
      </w:r>
    </w:p>
    <w:p>
      <w:r>
        <w:br/>
        <w:t>Максим ледве ЕІЄ повісився з-за Вірки : клята дівчина, ЕІЄ віддає, ніяк йому серця___</w:t>
      </w:r>
    </w:p>
    <w:p>
      <w:r>
        <w:br/>
        <w:t>10 жовтня. Ком'ячейка прямо насідає, щоб я подавав заяву. Решетило — той навіть тюрмою лякає. (Решетило — д^роЕіь набитий, неграмотний, але добре матюкається, і селяни говорять, що це справжЕіій комуніст). Прийдеться вступати до партії, а то чого доброго___На ЕІЬОГО ЕІЄ вір.</w:t>
      </w:r>
    </w:p>
    <w:p>
      <w:r>
        <w:br/>
        <w:t>/4 жовтня. Сьогодні покрова й ярмарок у Минківці. Реквізували в крамарів три шапки для СЦЄЕШ, набрали горшків, мисок; &gt; кацапів відібрали пояси, хустки В різне барахло. Ввечері гради "Пан — штукаревич", а після вистави були тавіці. Просвітяни танцювали на сцєеіі, а публіка— в залі.</w:t>
      </w:r>
    </w:p>
    <w:p>
      <w:r>
        <w:br/>
        <w:t>Дядько Фока попрохав мене, щоб потаЕіцювати і йому Еіа сцені. Я дозволив.</w:t>
      </w:r>
    </w:p>
    <w:p>
      <w:r>
        <w:br/>
        <w:t>Не встиг: я й вгледітись, як публіка так і лягла від реюту; потім Еііби когось засоромилась і вмент замовкла. ГляЕіув я еш сцену й застиг иа місці: Фока</w:t>
      </w:r>
    </w:p>
    <w:p>
      <w:r>
        <w:br/>
        <w:t>стояв задом до публіки, а штани___висіли на халя</w:t>
      </w:r>
    </w:p>
    <w:p>
      <w:r>
        <w:br/>
        <w:t>вах. Всім стало еііяково___ Ніяково стало й Фоці:</w:t>
      </w:r>
    </w:p>
    <w:p>
      <w:r>
        <w:br/>
        <w:t>посадив у кутузку.</w:t>
      </w:r>
    </w:p>
    <w:p>
      <w:r>
        <w:br/>
        <w:t>15 жовтня. Бідеіого Фоку відправив до повіту, в нолітбюро, а відтіль л підвал. Цілий день тільки й балачок, що за Фоку.</w:t>
      </w:r>
    </w:p>
    <w:p>
      <w:r>
        <w:br/>
        <w:t>Наробив слави...</w:t>
      </w:r>
    </w:p>
    <w:p>
      <w:r>
        <w:br/>
        <w:t>17 жовтня. Секретар ком'ячейки приніс до мене на квартиру анкету й говорить: — ЗаповЕїяіі!</w:t>
      </w:r>
    </w:p>
    <w:p>
      <w:r>
        <w:br/>
        <w:t>Нічої о робити — зановЕїив.</w:t>
      </w:r>
    </w:p>
    <w:p>
      <w:r>
        <w:br/>
        <w:t>20 жовтня. До голови "Просвіти" прибавилось ще: "Завполітосвіт ячейки КСМУ".</w:t>
      </w:r>
    </w:p>
    <w:p>
      <w:r>
        <w:br/>
        <w:t>НО жовтня. Ех, а одежі нема... Холод кусаються, а я ходжу в драних Кнрюшчшшх черевиках та в старому кобеЕіяці. Гаразд хоч кобеняк із шаЕіькою — буде чим вуха затулити ...</w:t>
      </w:r>
    </w:p>
    <w:p>
      <w:r>
        <w:br/>
        <w:t>6 листопада. Нарешті ремоЕїт закінчили: побілили, зробили Еіову сцену, відгородили місця для музикантів і артистів. Залю й кімнати гарЕіо прибрали, уквітчали. На стІЕіах навішали портретів : Шевченка, Франка. Богдана Хмельницького. Леніна, князя</w:t>
      </w:r>
    </w:p>
    <w:p>
      <w:r>
        <w:br/>
        <w:t>Володимира, Троцького і т. ші. Мобілізував усі куль-турні сили для святкування завтріпшього ДЕІЯ.</w:t>
      </w:r>
    </w:p>
    <w:p>
      <w:r>
        <w:br/>
        <w:t>7 листопади. Святкували во всю. Всі, що були в Еіас, портрети почіпляли на дрючки, забрали прапори й пішли Еіа демонстрацію. Попереду йшли музиканти, За ними просвітяЕіський та церковний хори, далі начальство й школярі. Пройшли всі вулиці й завулки, як хресним ходом. Народу зібралась сила. Почали мітингувати : годину, друїу, третю — коли дивимося: аж нікого немаь; — порозходилися.</w:t>
      </w:r>
    </w:p>
    <w:p>
      <w:r>
        <w:br/>
        <w:t>Грали ввечері "Мартина Борулю". В програмі були ще танці, та повіт не дозволив.</w:t>
      </w:r>
    </w:p>
    <w:p>
      <w:r>
        <w:br/>
        <w:t>10 листопада. Я знову ЕіачальЕіик: голова комісії по збору пожертов для ЧервоЕіої армії. Спорудив я велику гарбу, уквітчав її, прибив ззаду дрючка з дошкою, Еіа якій написав: "Жертвуйте Еіа Червону армію!" і послав по хуторах. На цю роботу мобілізував просвітяЕі та комсомольців. Щоб ВОЕІИ ЕІЄ перегризлися між собою, зробив для комсомольців другу гарбу.</w:t>
      </w:r>
    </w:p>
    <w:p>
      <w:r>
        <w:br/>
        <w:t>13 листопада. Просвітяни сьогодні поверЕіулися. Всі, як свати на весіллі, перев'язаЕіі рушниками й п'яні, як дим. Привезли повну гарбу різного барахла: полоша, сорочок, рушників, підштаЕіиків; навіть дві заячі шкурки. Для чого вони їх брали ? Не ЗЕїаю...</w:t>
      </w:r>
    </w:p>
    <w:p>
      <w:r>
        <w:br/>
        <w:t>і "і листопада. Комсомольці теж поверЕіулися. Правда, тверезі, але привезли зовсім мало.</w:t>
      </w:r>
    </w:p>
    <w:p>
      <w:r>
        <w:br/>
        <w:t>Що за біс?</w:t>
      </w:r>
    </w:p>
    <w:p>
      <w:r>
        <w:br/>
        <w:t>І реба розізнати, н чому справа.</w:t>
      </w:r>
    </w:p>
    <w:p>
      <w:r>
        <w:br/>
        <w:t>17 листопада. Поїхав і сам із просвітянами. Побував і в тих хуторах, де комсомольці були. Розізнав, у чому справа: комсомольці не прохали, а просто вимагали; матюкалися в бога, коли їли, шапок ЕІС скидали й т. д. ПросвітяЕіи шіакше поводилися : прохали, коли їли в кого, то без шапок і хрестилися. Селянам це подобалося, і їм давали.</w:t>
      </w:r>
    </w:p>
    <w:p>
      <w:r>
        <w:br/>
        <w:t>Треба буде й комсомольцям так порадити.</w:t>
      </w:r>
    </w:p>
    <w:p>
      <w:r>
        <w:br/>
        <w:t>24 листопада. ИросвітяЕіи, опріч пожертов на армію, привезли ще й п'ятеро курей, два гусаки й півсотні яєць.</w:t>
      </w:r>
    </w:p>
    <w:p>
      <w:r>
        <w:br/>
        <w:t>Кажуть, люди понадавали ...</w:t>
      </w:r>
    </w:p>
    <w:p>
      <w:r>
        <w:br/>
        <w:t>З грудня. І я грішний: дістав собі на хуторах свиту й обмотки. КО6ЄЕІЯК пригодиться для морозів.</w:t>
      </w:r>
    </w:p>
    <w:p>
      <w:r>
        <w:br/>
        <w:t>На кватирі в куркуля Глевкого. Годує ПОГЭЕЮ, бо я зараз мале Еіачальство.</w:t>
      </w:r>
    </w:p>
    <w:p>
      <w:r>
        <w:br/>
        <w:t>5 грудня. В Тумайовім лісі об'явилася банда. Орудую нею Бандура. €; чутки, що й Петро Рябенко там. Лихого від банди поки-що не бачимо, не знаю, як далі буде.</w:t>
      </w:r>
    </w:p>
    <w:p>
      <w:r>
        <w:br/>
        <w:t>Повітпарком озброїв усю нашу ячейку і комсомол. Мені дісталася руська ґвинтівка і бравнІЕіг.</w:t>
      </w:r>
    </w:p>
    <w:p>
      <w:r>
        <w:br/>
        <w:t>Нехай тепер поткнеться Бандура!</w:t>
      </w:r>
    </w:p>
    <w:p>
      <w:r>
        <w:br/>
        <w:t>10 грудня. НачальЕіиків розвелося у волості, хоч греблю гати. 7 членів волвиконкому, 7 секретарів. 5 членів правлІЕшя КНС, 7 писарчуків, 4 сторожи, 2 кур'єри, 24 комуністи, 37 комсомольців... І кожен носитьгя з папкою (архів волосного правління роз-тягли), кожен їздить по хуторах, кожному подавай підводу ... (Біда комтрудові!) І кожен обов'язково везе З хуторів сало, масло, курей, пшеницю ... Навіть дехто З просвітян їздять на хутори яєчню їсти.</w:t>
      </w:r>
    </w:p>
    <w:p>
      <w:r>
        <w:br/>
        <w:t>1 це ще не все: ще міліції 12 чоловіка, продаген-тів 2, продінструктор, народній суддя, народній слідчий, секретар, писарчук ...</w:t>
      </w:r>
    </w:p>
    <w:p>
      <w:r>
        <w:br/>
        <w:t>А скільки щоденно приїжджає, проїжджає, виїжджає : то міліція з города, то делегати в город, то шструктор з губерні...</w:t>
      </w:r>
    </w:p>
    <w:p>
      <w:r>
        <w:br/>
        <w:t>Біда мужичкам!</w:t>
      </w:r>
    </w:p>
    <w:p>
      <w:r>
        <w:br/>
        <w:t>13 груднії. їздив сьогодні в повітпартком. Підводник дорогою плакався:</w:t>
      </w:r>
    </w:p>
    <w:p>
      <w:r>
        <w:br/>
        <w:t>— Ех, біда, Петро Васильовичу! Хліба вже немає;, викачали... Не знаю, чи хоч до весни дотяітіу — тоді на траву підемо пастися. А тут ще паЕіщиЕіа скоро замучить: то в підводи їдь, то сам іди Еіа роботу, то дітей посилай... Або оце: хіба ж для цього ми революції добивалися, щоб секретарів на вечерниці возити ?</w:t>
      </w:r>
    </w:p>
    <w:p>
      <w:r>
        <w:br/>
        <w:t>— Як?</w:t>
      </w:r>
    </w:p>
    <w:p>
      <w:r>
        <w:br/>
        <w:t>— Позавчора прийшов над вечір Сергій Співак; запрягай, говорить, у Ирусівку за дезертирами поїдемо. Нічого робити — поїхав. Відтіль уже як їхав, узнав, що він Еіа вечерЕшці туди їздить.</w:t>
      </w:r>
    </w:p>
    <w:p>
      <w:r>
        <w:br/>
        <w:t>15 грудня. Волвиконком призЕїачпв МЄЕІЄ ДО продовольчої комісії працювати. Ех, трудЕіо приходиться — ЕІІЯК не везуть дядьки:</w:t>
      </w:r>
    </w:p>
    <w:p>
      <w:r>
        <w:br/>
        <w:t>— Душі хіба візьмете! Вже й так все ви-тягли...</w:t>
      </w:r>
    </w:p>
    <w:p>
      <w:r>
        <w:br/>
        <w:t>І&amp; грудня. Мобілізовано всі сили для викачки розверстки, їздимо по хуторах і лазимо по коморах, горищах, копаймося в соломі, в полові — шукаймо хліба-</w:t>
      </w:r>
    </w:p>
    <w:p>
      <w:r>
        <w:br/>
        <w:t>"Злосеіі" не вміщаються в холодній.</w:t>
      </w:r>
    </w:p>
    <w:p>
      <w:r>
        <w:br/>
        <w:t>1921 рік</w:t>
      </w:r>
    </w:p>
    <w:p>
      <w:r>
        <w:br/>
        <w:t>1 січня. Святкували новий рік. Нового ЕІІЧОГО не було.</w:t>
      </w:r>
    </w:p>
    <w:p>
      <w:r>
        <w:br/>
        <w:t>5 січня. Відібрав в одпого бувшого петлюрівця черкеску для "Просвіти".</w:t>
      </w:r>
    </w:p>
    <w:p>
      <w:r>
        <w:br/>
        <w:t>— СоромЕїо, — говорив петлюрівець, — українцеві і в украЇЕіця брати !</w:t>
      </w:r>
    </w:p>
    <w:p>
      <w:r>
        <w:br/>
        <w:t>А "Просвіта" хіба не українці ?! Навіть багато з нриїждяшх петлюрівцями просвітян Еіазивають.</w:t>
      </w:r>
    </w:p>
    <w:p>
      <w:r>
        <w:br/>
        <w:t>7 січня. Різдво. Зодягся по — козацькому: в черкеску, широкі ЗЄЛЄЕІІ шаровари, шапку з червоним верхом. До пояса причепив бравнінг, австрійський тесак, здоровенну люльку й ЗЄЛЄЕІО — червоний кисет. Ну, чим не козак ? Всі дівчата так і лишгуть, як мухи до мед&gt;. (До кобеняка, не бійсь, не липли___).</w:t>
      </w:r>
    </w:p>
    <w:p>
      <w:r>
        <w:br/>
        <w:t>На вечерниці тепер ми ЕІЄ ХОДИМО (у ЕШС самих вечерниці). Як тільки вечір — всі вже в "Просвіті". ОДИЕІ грає на ПІЯЕІІНО, другий на громофоні, третій ще Еіа чому___Весело!</w:t>
      </w:r>
    </w:p>
    <w:p>
      <w:r>
        <w:br/>
        <w:t>Дівчата хіхікають, а хлопці їм підморгують. Танцюємо, співаємо, граємо в різні фанти, сусідки, квочки. А під півеііч розлазимося парочками по куточках : той на сцеЕіу, той у суфлерську будку, той ще куди.. ,</w:t>
      </w:r>
    </w:p>
    <w:p>
      <w:r>
        <w:br/>
        <w:t>Верховодить } сім Кирюша.</w:t>
      </w:r>
    </w:p>
    <w:p>
      <w:r>
        <w:br/>
        <w:t>Ха — ра — шо!</w:t>
      </w:r>
    </w:p>
    <w:p>
      <w:r>
        <w:br/>
        <w:t>22 січня. Увечері, мов божевільний, прибіг Оргій Співак:</w:t>
      </w:r>
    </w:p>
    <w:p>
      <w:r>
        <w:br/>
        <w:t>— Хлопці! Петро Рябеико в Мипківці!..</w:t>
      </w:r>
    </w:p>
    <w:p>
      <w:r>
        <w:br/>
        <w:t>— Та ну, ти бачив ?</w:t>
      </w:r>
    </w:p>
    <w:p>
      <w:r>
        <w:br/>
        <w:t>— Своїми очима бачив: по всіх КЄШЄЕІЯХ нагани, за ПОЯСОМ бомби, в руках дві рушниці...</w:t>
      </w:r>
    </w:p>
    <w:p>
      <w:r>
        <w:br/>
        <w:t>— А не брешеш ти?</w:t>
      </w:r>
    </w:p>
    <w:p>
      <w:r>
        <w:br/>
        <w:t>— Щоб я з оцього місця не зійшов...</w:t>
      </w:r>
    </w:p>
    <w:p>
      <w:r>
        <w:br/>
        <w:t>"От тобі й Петро! Невже й мені його боятися"?</w:t>
      </w:r>
    </w:p>
    <w:p>
      <w:r>
        <w:br/>
        <w:t>20 січня. Решетило з міліцією що-почи їздить облави робити Еіа БаЕідуру. Не знаю, чи бандити його бояться, а що СЄЛЯЕІИ, то як звіра жахаються.</w:t>
      </w:r>
    </w:p>
    <w:p>
      <w:r>
        <w:br/>
        <w:t>25 січня. Прислали з повіту ЕІОВОГО голову волвиконкому (старий не згодився — позапартійний).</w:t>
      </w:r>
    </w:p>
    <w:p>
      <w:r>
        <w:br/>
        <w:t>Новий голова — задавака й великий П'ЯЕІИЦЯ. Видно зразу, бо й приїхав п'яний ...</w:t>
      </w:r>
    </w:p>
    <w:p>
      <w:r>
        <w:br/>
        <w:t>26 січня. Новий голова захорів. Напився вчора в досточку й проспав цілу ніч під тином.</w:t>
      </w:r>
    </w:p>
    <w:p>
      <w:r>
        <w:br/>
        <w:t>Віс ного зна, чи й виживе...</w:t>
      </w:r>
    </w:p>
    <w:p>
      <w:r>
        <w:br/>
        <w:t>28 січня. Решетило пропав. Перестріли вчора баЕі-дити й забрали.</w:t>
      </w:r>
    </w:p>
    <w:p>
      <w:r>
        <w:br/>
        <w:t>З міліції нікого ЕІЄ зачепили. Приїхали до Минківки ЕІІ живі, ЕІІ мертві.</w:t>
      </w:r>
    </w:p>
    <w:p>
      <w:r>
        <w:br/>
        <w:t>29 січня. Знайшли Решетила в Тумайовім лісі мертвим. Кажуть — дуже ПОЕІІВЄЧЄЕШЙ .. .</w:t>
      </w:r>
    </w:p>
    <w:p>
      <w:r>
        <w:br/>
        <w:t>Дядьки потихеЕіьку гомонять:</w:t>
      </w:r>
    </w:p>
    <w:p>
      <w:r>
        <w:br/>
        <w:t>— Так йому, супостатові, і треба!</w:t>
      </w:r>
    </w:p>
    <w:p>
      <w:r>
        <w:br/>
        <w:t>.5 лютого. Верталися пізно з города: я, Денис Сергійович (секретав військового відділу; та Нестюшка.</w:t>
      </w:r>
    </w:p>
    <w:p>
      <w:r>
        <w:br/>
        <w:t>Заїхали в Кобзарі вку до куркуля одного переночувати. Хазяйка наварила вареЕіикін —сіли вечеряти. Сем'я в куркуля Еісвелика: він, жінка, маленька ди-і'ііЕіа та Христя — Еіаймнчка. Ів вареЕіики, а очима стріляв Еіа Хрнстю. і"она, зустрівшись із моїм поіля дом, соромилась.</w:t>
      </w:r>
    </w:p>
    <w:p>
      <w:r>
        <w:br/>
        <w:t>"Ех,—думаю собі, —як би з нею переспати?"</w:t>
      </w:r>
    </w:p>
    <w:p>
      <w:r>
        <w:br/>
        <w:t>Повечерявши, лягли покотом на соломі спати. Хлопці — ті все з дядьком гомоеіять про різну політику, а я слідкую, де хто лягає...</w:t>
      </w:r>
    </w:p>
    <w:p>
      <w:r>
        <w:br/>
        <w:t>Дивлюся: дядько з тіткою на полу лягли, а Христя З малим на піч полізла.</w:t>
      </w:r>
    </w:p>
    <w:p>
      <w:r>
        <w:br/>
        <w:t>"Ну, — думаю, — еіє втечеш: і Еіа печі знайду!"</w:t>
      </w:r>
    </w:p>
    <w:p>
      <w:r>
        <w:br/>
        <w:t>Погасили лямпу — лежимо, розмовляємо, чи пак хлопці з дядьком розмовляють. А я мовчу, жду, поки ви к бісу замовшіете й захропите.</w:t>
      </w:r>
    </w:p>
    <w:p>
      <w:r>
        <w:br/>
        <w:t>Прождав з півгодини, а воеііі все розмовляють.</w:t>
      </w:r>
    </w:p>
    <w:p>
      <w:r>
        <w:br/>
        <w:t>"І язик еіє задубіє тарагорнти! — вилаявся я про себе. — Тут спати як із ружжя хочеться, очі вже зовсім злипаються... Засну — пропаде заряд, бо вя;с хоч із гармат стріляй — не прокшіуся".</w:t>
      </w:r>
    </w:p>
    <w:p>
      <w:r>
        <w:br/>
        <w:t>Що ти робитимеш?</w:t>
      </w:r>
    </w:p>
    <w:p>
      <w:r>
        <w:br/>
        <w:t>А втім, стривай, от що зроблю: розкриюся зараз і гак засну. ВЕІОЧІ змерзну й прокинуся ... СказаЕіо — зроблеЕіо.</w:t>
      </w:r>
    </w:p>
    <w:p>
      <w:r>
        <w:br/>
        <w:t>Прокидаюся — тихо в хаті, всі хропуть, як побиті. — Ну, тепер господи благослови!.. ПотихеЕіьку підвівся, зліз на лежаЕіку, далі Еіа піч. Христя розхрнстаЕіа спала (Еіа печі було жарко).</w:t>
      </w:r>
    </w:p>
    <w:p>
      <w:r>
        <w:br/>
        <w:t>Я потихеньку ліг поруч із нею, обхопив руками, при-тис до себе:</w:t>
      </w:r>
    </w:p>
    <w:p>
      <w:r>
        <w:br/>
        <w:t>— Христе, Христечко! Христа прокшгулася:</w:t>
      </w:r>
    </w:p>
    <w:p>
      <w:r>
        <w:br/>
        <w:t>— Хто це ?</w:t>
      </w:r>
    </w:p>
    <w:p>
      <w:r>
        <w:br/>
        <w:t>— Це я, Христечко, тихше ...</w:t>
      </w:r>
    </w:p>
    <w:p>
      <w:r>
        <w:br/>
        <w:t>— Хто я?.. Тікайте, чого вам треба...</w:t>
      </w:r>
    </w:p>
    <w:p>
      <w:r>
        <w:br/>
        <w:t>Я міцніше О6ЕІЯВ ІЇ, затулив губами їй рота, щоб не кричала. ВОЕШ спершу пручалася, а потім... як рвоЕіеть-ся, так я й відлетів від неї та дитині КОЛІЕІОМ у живіт.</w:t>
      </w:r>
    </w:p>
    <w:p>
      <w:r>
        <w:br/>
        <w:t>Господи! Що тут зчиЕіилося! Прямо біда: дитиЕіа в крик, галасує як опечеЕіа; Христя її забавляє, а вона ще гірше...</w:t>
      </w:r>
    </w:p>
    <w:p>
      <w:r>
        <w:br/>
        <w:t>Чую — тітка прокшгулася :</w:t>
      </w:r>
    </w:p>
    <w:p>
      <w:r>
        <w:br/>
        <w:t>— Христе! Чого воЕіа? ПерелякаЕіа Христя винувато відповіла:</w:t>
      </w:r>
    </w:p>
    <w:p>
      <w:r>
        <w:br/>
        <w:t>— А біс її зЕїає . • • плаче й плаче...</w:t>
      </w:r>
    </w:p>
    <w:p>
      <w:r>
        <w:br/>
        <w:t>Чую — тітка підвелася, засвітила лямпу й лізе з нею на піч.</w:t>
      </w:r>
    </w:p>
    <w:p>
      <w:r>
        <w:br/>
        <w:t>"Пропав, —— думаю, — аж тепер проиав!.."</w:t>
      </w:r>
    </w:p>
    <w:p>
      <w:r>
        <w:br/>
        <w:t>Заліз у куток, сховався за комшюк — сиджу ні живий, ЕІІ мертвий. Та Христя, спасибі їй, вирятувала: накшіула МЄЕІІ на голову кожуха, а зверху ще й рядном накрила.</w:t>
      </w:r>
    </w:p>
    <w:p>
      <w:r>
        <w:br/>
        <w:t>— Сиди, — мовляв, — коли втьопався по Еіікуди — Забавили вони дитшіу, погасили лямпу та ЗЕІОВ полягали. Посидів ще трохи — тихо. Мабуть, сплять. ШВИДЄЕІЬКО зібрався з печи, ліг Еіа своє місце й ЗасЕїув...</w:t>
      </w:r>
    </w:p>
    <w:p>
      <w:r>
        <w:br/>
        <w:t>Уранці дядько все чогось посміхався, а коли сіли •снідати, то й питає:</w:t>
      </w:r>
    </w:p>
    <w:p>
      <w:r>
        <w:br/>
        <w:t>— А признайтеся, хлопці, хто з вас уночі на піч лазив? Дивлюся: хлопці мої — зирк — зирк одші Еіа ОДЕІОГО,</w:t>
      </w:r>
    </w:p>
    <w:p>
      <w:r>
        <w:br/>
        <w:t>а далі й Еіа мене.</w:t>
      </w:r>
    </w:p>
    <w:p>
      <w:r>
        <w:br/>
        <w:t>— Грішний,—кажу, — я лазив___</w:t>
      </w:r>
    </w:p>
    <w:p>
      <w:r>
        <w:br/>
        <w:t>9 лютого. На ячейку Еіашу Еіаводить жах Петро РябеЕіко. Тільки й балачок, що за ЕІЬОГО. Одні говорять, що він укупі з Бандурою орудує; другі — що вій сам має банду, а я нічогісінько ЕІЄ думаю.</w:t>
      </w:r>
    </w:p>
    <w:p>
      <w:r>
        <w:br/>
        <w:t>/8 лютого. Був на повітовій парткоЕіфереЕіції.</w:t>
      </w:r>
    </w:p>
    <w:p>
      <w:r>
        <w:br/>
        <w:t>Сидів, слухав, мовчав___</w:t>
      </w:r>
    </w:p>
    <w:p>
      <w:r>
        <w:br/>
        <w:t>2 бережи. Ночував у хуторі ііільхівщиеіі.</w:t>
      </w:r>
    </w:p>
    <w:p>
      <w:r>
        <w:br/>
        <w:t>(зднв із Нестором (секретар земвідділу) за місцевим податком. Повечерявши, пішли на вечерниці. (Мм скрізь Еіа хуторах ходимо, де "Просвіт" немає). Гуляли довго й обнімалися з дівчатами.</w:t>
      </w:r>
    </w:p>
    <w:p>
      <w:r>
        <w:br/>
        <w:t>Враз двері в хату — рип: на дверях показався Петро Рябенко. Глянув я на ЕІЬОГО, гляЕіув на свою рушницю, що лежала на печі, і застиг ЕШ місці... Ми його злякалися, а вій нас... В мене збоку висів бравЕїІЕіг, а в нього з КЄШЄЕІІ стирчав обріз ...</w:t>
      </w:r>
    </w:p>
    <w:p>
      <w:r>
        <w:br/>
        <w:t>Постояли ми хвилину, поздоровкалися...</w:t>
      </w:r>
    </w:p>
    <w:p>
      <w:r>
        <w:br/>
        <w:t>— Ну що ж,— запитав ВІЕІ перший, — будемо битися чи миритися ?</w:t>
      </w:r>
    </w:p>
    <w:p>
      <w:r>
        <w:br/>
        <w:t>Всі, хто були в хаті, враз притихли, а далі поти-хеЕіьку рип — рип із хати.</w:t>
      </w:r>
    </w:p>
    <w:p>
      <w:r>
        <w:br/>
        <w:t>Дивлюся, заходять ще якісь три суб'єкти в хату: в ОДЕІОГО стирчить обрізаЕі, у другого наганйшко...</w:t>
      </w:r>
    </w:p>
    <w:p>
      <w:r>
        <w:br/>
        <w:t>6 Беладонна (</w:t>
      </w:r>
    </w:p>
    <w:p>
      <w:r>
        <w:br/>
        <w:t>— Сідай, поговоримо!</w:t>
      </w:r>
    </w:p>
    <w:p>
      <w:r>
        <w:br/>
        <w:t>Зібрався я нарешті відповісти Петрові. Сіли на лаві, запалили цигарки.</w:t>
      </w:r>
    </w:p>
    <w:p>
      <w:r>
        <w:br/>
        <w:t>Що ми говорили — не пам'ятаю. Знаю тільки, що-розійшлися мирно. Коли прощалися (це я пам'ятаю),-він сказав:</w:t>
      </w:r>
    </w:p>
    <w:p>
      <w:r>
        <w:br/>
        <w:t>— Гляди ж, нікому не говори, що ми зустрічалися — тобі ж гірше буде!</w:t>
      </w:r>
    </w:p>
    <w:p>
      <w:r>
        <w:br/>
        <w:t>5 березня. Добився в земвідділі дозволу забрати з. бувшого маєтка Фесенка всі, які там були, меблі. "Просвіту" прибрали, так що й не впізнаєш: скрізь стоять м'які дивани та крісла, на стінах висять зо лоті багети та дзеркала, на стелях — люстри та різні ліхтарики. А на земляну долівку ще й килима простелили, щоб не курила. Ніяк не виженеш нікого з "Просвіти", дехто й спить там.</w:t>
      </w:r>
    </w:p>
    <w:p>
      <w:r>
        <w:br/>
        <w:t>16 березня. "Просвіта" працює на всі. Підготовляємося до великодніх свят. Робішо нові декорації, Кирюша буфет відчинив.</w:t>
      </w:r>
    </w:p>
    <w:p>
      <w:r>
        <w:br/>
        <w:t>З квітня. їздив у Харків. Накупив різного барахла-для "Просвіти". Собі купив нового картуза і звізду на нього.</w:t>
      </w:r>
    </w:p>
    <w:p>
      <w:r>
        <w:br/>
        <w:t>На станції Люботин почув, що на Ков'ягах Махно. Зірвав з картуза звізду, зав'язав вкупі з бравнингом та нартбілетом у хусточку: коли що — закину к бісовому батькові. (їхав зверху на вагоні — багацько так їздить).</w:t>
      </w:r>
    </w:p>
    <w:p>
      <w:r>
        <w:br/>
        <w:t>Приїхав на Ков'ягн — тихо. Прийшов у Валки — стоп! Направили— мене в повії парком, а— там дали' рушницю в руки — і в караул за город. В Минківцг був Махно.</w:t>
      </w:r>
    </w:p>
    <w:p>
      <w:r>
        <w:br/>
        <w:t>5 квітня. Мпнківка сумна — сім чоловік зарубано. Волвиконком стоїть як пустка: палили — палили мах-новці — не згорів, ввесь кам'яний. По вулицях вітер граються циркулярами та наказами.</w:t>
      </w:r>
    </w:p>
    <w:p>
      <w:r>
        <w:br/>
        <w:t>Дожидаємо з городу духової музики.</w:t>
      </w:r>
    </w:p>
    <w:p>
      <w:r>
        <w:br/>
        <w:t>.9 квітня. Починаємо роботу знову. Удень працюємо, а вночі — хто куди —</w:t>
      </w:r>
    </w:p>
    <w:p>
      <w:r>
        <w:br/>
        <w:t>"Просвіту" махновці не зачепили. Сиитали сторожа:</w:t>
      </w:r>
    </w:p>
    <w:p>
      <w:r>
        <w:br/>
        <w:t>— Це що таке?</w:t>
      </w:r>
    </w:p>
    <w:p>
      <w:r>
        <w:br/>
        <w:t>— "Просвєт___" — відповів сторож.</w:t>
      </w:r>
    </w:p>
    <w:p>
      <w:r>
        <w:br/>
        <w:t>13 квітня. Наказано з повіту членам волвиконком та комуністам деяіурити ночами коло телефону. Добре їм з городу наказувати!</w:t>
      </w:r>
    </w:p>
    <w:p>
      <w:r>
        <w:br/>
        <w:t>14 квітня. Дежуримо, щоб воно___Зачинишся кругом, вікна візьмеш на прогоничі й сидиш...</w:t>
      </w:r>
    </w:p>
    <w:p>
      <w:r>
        <w:br/>
        <w:t>19 квітня. Вчора був чистий четвер. Увечері ходили па "страсті" ^не в церкву, звичайно, а в о граду). Зібралися просвітяни, комсомольці, міліція, полягали на зеленій травиці й ну побрехеньки точити (а щоб відніше було, свічки в землю повстромляли).</w:t>
      </w:r>
    </w:p>
    <w:p>
      <w:r>
        <w:br/>
        <w:t>Враз чуємо — стрілянина.</w:t>
      </w:r>
    </w:p>
    <w:p>
      <w:r>
        <w:br/>
        <w:t>"Ну, це,—думаю, — так. В нас що-дня стрілянина, то на собак, то на горобців".</w:t>
      </w:r>
    </w:p>
    <w:p>
      <w:r>
        <w:br/>
        <w:t>По хвилі прибігають декількакомсомолятзрушницями:</w:t>
      </w:r>
    </w:p>
    <w:p>
      <w:r>
        <w:br/>
        <w:t>— Хлопці! — кричать.— Ми банду обстріляли ! Ми не повірили й лежимо собі___Але через деякий час знов почли стрілянину і вже зовсім близько.</w:t>
      </w:r>
    </w:p>
    <w:p>
      <w:r>
        <w:br/>
        <w:t>Я кинувся до виконкому. Тільки з огради — а тут мені назустріч верхівці на конях.</w:t>
      </w:r>
    </w:p>
    <w:p>
      <w:r>
        <w:br/>
        <w:t>кЕге, — стукнуло в голові, — справді банда!"</w:t>
      </w:r>
    </w:p>
    <w:p>
      <w:r>
        <w:br/>
        <w:t>Від "Просвіти" татакав автомат___</w:t>
      </w:r>
    </w:p>
    <w:p>
      <w:r>
        <w:br/>
        <w:t>Я в ограду й хотів на садки, але було вже пізно: церкву оточили бандити.</w:t>
      </w:r>
    </w:p>
    <w:p>
      <w:r>
        <w:br/>
        <w:t>Всі, хто був в ограді, шарахнули в церкву.</w:t>
      </w:r>
    </w:p>
    <w:p>
      <w:r>
        <w:br/>
        <w:t>А там що тяорилося — просто страх і Служба припинилась; піп заліз у вівтар і не показувався; баби плачуть, ііти кричать... А надворі стріляють, аж небові жарко.</w:t>
      </w:r>
    </w:p>
    <w:p>
      <w:r>
        <w:br/>
        <w:t>"Ну, — думаю, — пропав !"</w:t>
      </w:r>
    </w:p>
    <w:p>
      <w:r>
        <w:br/>
        <w:t>Заліз коло клироса в куток, порвав і позатикав за шахву всі документи, стою, очима блимаю. Чую — хтось сіна*-; за рукав; глянув — батько!</w:t>
      </w:r>
    </w:p>
    <w:p>
      <w:r>
        <w:br/>
        <w:t>— Надівай швидше свиту!.. На тобі ж галіфе червоне... Швидше, швидше!.. — Скинув з себе свиту, натягаю на мене... — Та свічку в руки на! Ставай навколішки й молися! Мо, бог пронесе... Молися, сину !..</w:t>
      </w:r>
    </w:p>
    <w:p>
      <w:r>
        <w:br/>
        <w:t>Не розбереш батьківського серця: то проганяю, то жалує;. Зціпив у руках я свічку, вставився очима на якогось святого й дрижу___ Хотів молитися — молитви з голови повилітали...</w:t>
      </w:r>
    </w:p>
    <w:p>
      <w:r>
        <w:br/>
        <w:t>ііачу — пройшов один бандит із наганом, далі другий— когось шукають. Гукнули:</w:t>
      </w:r>
    </w:p>
    <w:p>
      <w:r>
        <w:br/>
        <w:t>— Микита Рябенко, виходь. Засіл котіло серце:</w:t>
      </w:r>
    </w:p>
    <w:p>
      <w:r>
        <w:br/>
        <w:t>"Викажуть, викажуть, викажуть!.. Зараз мене викажуть ..."</w:t>
      </w:r>
    </w:p>
    <w:p>
      <w:r>
        <w:br/>
        <w:t>Знов почулося:</w:t>
      </w:r>
    </w:p>
    <w:p>
      <w:r>
        <w:br/>
        <w:t>— Баби, діди, дітвора, виходь!</w:t>
      </w:r>
    </w:p>
    <w:p>
      <w:r>
        <w:br/>
        <w:t>З криком і плачем посунули з церкви.</w:t>
      </w:r>
    </w:p>
    <w:p>
      <w:r>
        <w:br/>
        <w:t>— Приготов документи'</w:t>
      </w:r>
    </w:p>
    <w:p>
      <w:r>
        <w:br/>
        <w:t>Вставивсь дужче на святого й не змигну. Л святий хоч би що — дивиться кудись на бік ...</w:t>
      </w:r>
    </w:p>
    <w:p>
      <w:r>
        <w:br/>
        <w:t>Зиркнув праворуч: стоїть завзем, за пий міліціонер, а алі ще хтось... Лиць немає, якась крейда. Замість молитви почав лічити:</w:t>
      </w:r>
    </w:p>
    <w:p>
      <w:r>
        <w:br/>
        <w:t>— Раз, два, три___десять ... сто ... тисяча ...</w:t>
      </w:r>
    </w:p>
    <w:p>
      <w:r>
        <w:br/>
        <w:t>Врач всі шарахнули до дверей... Я за ними. Ех,</w:t>
      </w:r>
    </w:p>
    <w:p>
      <w:r>
        <w:br/>
        <w:t>як вихопився з церкви та на садки, га в йоле, та знов па садки — заліз кудись у солому і спати___</w:t>
      </w:r>
    </w:p>
    <w:p>
      <w:r>
        <w:br/>
        <w:t>Прокинувся сьогодні вранці, глянув навкруги.</w:t>
      </w:r>
    </w:p>
    <w:p>
      <w:r>
        <w:br/>
        <w:t>Ого-го! За цілих сім верстов драла дав!</w:t>
      </w:r>
    </w:p>
    <w:p>
      <w:r>
        <w:br/>
        <w:t>2 травнії. Улаштовували виставу серед білого дня. Вчора попробували ввечері — ніхто не прийшов. Боялися.</w:t>
      </w:r>
    </w:p>
    <w:p>
      <w:r>
        <w:br/>
        <w:t>10 травин. Життя в селі завмерло. Всюди тільки іі балачок що за бандитів: там зарубали вісім чоловік, там вирізали всю міліцію ...</w:t>
      </w:r>
    </w:p>
    <w:p>
      <w:r>
        <w:br/>
        <w:t>Сумно й страшно.</w:t>
      </w:r>
    </w:p>
    <w:p>
      <w:r>
        <w:br/>
        <w:t>Старі люди яідуть анцихриста.</w:t>
      </w:r>
    </w:p>
    <w:p>
      <w:r>
        <w:br/>
        <w:t>Михайло Кравець з біблією всюди носиться — читає всім:</w:t>
      </w:r>
    </w:p>
    <w:p>
      <w:r>
        <w:br/>
        <w:t>— Настануть дні, коли буде град и мор. Брат воз-стане на брата, батько на сина, дочка на матір... І буде всюди плач і скреяіет зубів... Кайтеся, православні, кайтеся!.. Настали останні дні!..</w:t>
      </w:r>
    </w:p>
    <w:p>
      <w:r>
        <w:br/>
        <w:t>20 травня. Дощів усю весну немає. Земля пересохла й порепалася. По шляхах і вулицях вітер ганяє стовпи пилюки... Хліба в полі — як сухотні, та й тих мало засіяно:</w:t>
      </w:r>
    </w:p>
    <w:p>
      <w:r>
        <w:br/>
        <w:t>— Навіщо сіяти, коли прийдуть комуністи й заберуть . ..</w:t>
      </w:r>
    </w:p>
    <w:p>
      <w:r>
        <w:br/>
        <w:t>Михайло Кравець, той зовсім НІЧОГО не робить ... Зиму цілу просидів пнем у хаті. Садок, хлівець — все пішло па паливо. Тепер стріху смикає, кропиву зварити. Діти сидять голодні, босі, голі. Всі кошлаті, брудні, в струпах... (Бідні діти — малі ще, а ніхто не зглянеться. Мати опухла з осени й задубіла).</w:t>
      </w:r>
    </w:p>
    <w:p>
      <w:r>
        <w:br/>
        <w:t>А Михайло сидить. молиться ночами, читає, біблію — я;де страшного суду.</w:t>
      </w:r>
    </w:p>
    <w:p>
      <w:r>
        <w:br/>
        <w:t>23 травня. Від спеки ніде не. сховаєшся.</w:t>
      </w:r>
    </w:p>
    <w:p>
      <w:r>
        <w:br/>
        <w:t>Від бандитів ще гірше.</w:t>
      </w:r>
    </w:p>
    <w:p>
      <w:r>
        <w:br/>
        <w:t>Почуємо в житах, перелісках, в ярках...</w:t>
      </w:r>
    </w:p>
    <w:p>
      <w:r>
        <w:br/>
        <w:t>25 травин. Все-таки грали в "Просвіті". Я був якраз на сцені. Враз чує&gt;ю під вікном :</w:t>
      </w:r>
    </w:p>
    <w:p>
      <w:r>
        <w:br/>
        <w:t>— Тікайте, банда !</w:t>
      </w:r>
    </w:p>
    <w:p>
      <w:r>
        <w:br/>
        <w:t>Всі шарахпулц тікати. Я в одежі дяка, в гримі вихопився, заліз кудись в солому і просидів до вечора. Банди не було, проїхав через село червоний загін.</w:t>
      </w:r>
    </w:p>
    <w:p>
      <w:r>
        <w:br/>
        <w:t>26 травня. Ех. утекти б кудись із Минківки, подалі від цього пекла ... Не пускають :</w:t>
      </w:r>
    </w:p>
    <w:p>
      <w:r>
        <w:br/>
        <w:t>— Раз комуніст, сиди на місці! — А який я комуніст?! ЗО травин. Ночував з Денисом край хутора (в старому</w:t>
      </w:r>
    </w:p>
    <w:p>
      <w:r>
        <w:br/>
        <w:t>закинутому курені). Враз прокинулися від тупотняви і.іпсьішх ніг. У хутір немов пронеслася кавалерія.</w:t>
      </w:r>
    </w:p>
    <w:p>
      <w:r>
        <w:br/>
        <w:t>Залізли кудись у гній і просиділи до ранку.</w:t>
      </w:r>
    </w:p>
    <w:p>
      <w:r>
        <w:br/>
        <w:t>Зі травня. Даром налякалися: чортові парубки, туляючи, впіймали чиюсь коняку, прив'язали їй до хвоста драну цеберку й пустили в хутір. Коняка, як буря, носилася по хуторі, переполошила всіх собак, а нас на смерть перелякала.</w:t>
      </w:r>
    </w:p>
    <w:p>
      <w:r>
        <w:br/>
        <w:t>З червня. Я з просвітянами в Харкові. Приїхали на екскурсію.</w:t>
      </w:r>
    </w:p>
    <w:p>
      <w:r>
        <w:br/>
        <w:t>Відвели нам окрему кімнату в сельбуді, видали талони на обіди, хліб, цукор, цигарки.</w:t>
      </w:r>
    </w:p>
    <w:p>
      <w:r>
        <w:br/>
        <w:t>Ходили скрізь по садках, музеях, театрах...</w:t>
      </w:r>
    </w:p>
    <w:p>
      <w:r>
        <w:br/>
        <w:t>Тихо, спокійно й бандитів немає,.</w:t>
      </w:r>
    </w:p>
    <w:p>
      <w:r>
        <w:br/>
        <w:t>Ха — ра — шо!</w:t>
      </w:r>
    </w:p>
    <w:p>
      <w:r>
        <w:br/>
        <w:t>9 червня. В мене, мабуть, щаслива "иланіда": приїхали в Мипківку — знов п'ять чоловік зарубано. Позавчора Махно навідувався.</w:t>
      </w:r>
    </w:p>
    <w:p>
      <w:r>
        <w:br/>
        <w:t>Оповідають, що був великий бій з червоними. Стріляли з гармат. У Кравця стару матір убито.</w:t>
      </w:r>
    </w:p>
    <w:p>
      <w:r>
        <w:br/>
        <w:t>10 червня. Що буде, те й буде: перенесли таємно телефона за село н лісок. Провели від шляху про-•водку, дежуримо там.</w:t>
      </w:r>
    </w:p>
    <w:p>
      <w:r>
        <w:br/>
        <w:t>До виконкому тільки вдень навідуємося.</w:t>
      </w:r>
    </w:p>
    <w:p>
      <w:r>
        <w:br/>
        <w:t>18 червня. Селяни без сліз плачу гь (сліз немає — висушила спека).</w:t>
      </w:r>
    </w:p>
    <w:p>
      <w:r>
        <w:br/>
        <w:t>— Хліб забрали, *коней забрали — все забрали... Сьогодні червоні, завтра махновці, далі ще який чорт... І кожен бере, кожному дай !..</w:t>
      </w:r>
    </w:p>
    <w:p>
      <w:r>
        <w:br/>
        <w:t>23 червня. Бурею пронісся Іванюк. Проніс із собою жах, знущання, смерть ...</w:t>
      </w:r>
    </w:p>
    <w:p>
      <w:r>
        <w:br/>
        <w:t>25 чертя. І в цю йору, коли так хочеться кудись, забігти, сховатися, мене призначено завземвідділом. Смерть удвоє, ближчою стала !..</w:t>
      </w:r>
    </w:p>
    <w:p>
      <w:r>
        <w:br/>
        <w:t>А, може, втекти й справді? Ну його к бісу!</w:t>
      </w:r>
    </w:p>
    <w:p>
      <w:r>
        <w:br/>
        <w:t>28 червня. Селяни косять. Рідкими-рідкими стайками вкриваються поля. Тяяшо зідхають селяни: "Ех, не минувати лиха, буде знову біда!.."</w:t>
      </w:r>
    </w:p>
    <w:p>
      <w:r>
        <w:br/>
        <w:t>10 літня. Знову завітав Махно, знову заніс &amp;#161;3 собою три молодих життя ...</w:t>
      </w:r>
    </w:p>
    <w:p>
      <w:r>
        <w:br/>
        <w:t>Що лі далі буде?</w:t>
      </w:r>
    </w:p>
    <w:p>
      <w:r>
        <w:br/>
        <w:t>— Голод, злидні, смерть ...</w:t>
      </w:r>
    </w:p>
    <w:p>
      <w:r>
        <w:br/>
        <w:t>13 липня. Страшне село вночі: тихо — тихо ...</w:t>
      </w:r>
    </w:p>
    <w:p>
      <w:r>
        <w:br/>
        <w:t>Не чуть дівочих пісень, парубоцьких перегуків.</w:t>
      </w:r>
    </w:p>
    <w:p>
      <w:r>
        <w:br/>
        <w:t>Тінями ходять вартові по вулицях, та собаки жалібно виють...</w:t>
      </w:r>
    </w:p>
    <w:p>
      <w:r>
        <w:br/>
        <w:t>Ходимо всі звірами, з бомбами, рушницями в руках... Ідеш селом — і тобі здасться, що сотні очей на тебе на-шуть, сотні рушниць наставлено ... А селяни ще й лаються : "Бандити гарні, а ви гірші від усяких бандитів!"</w:t>
      </w:r>
    </w:p>
    <w:p>
      <w:r>
        <w:br/>
        <w:t>Ну. як не обидно?</w:t>
      </w:r>
    </w:p>
    <w:p>
      <w:r>
        <w:br/>
        <w:t>25 липня. В Минківці утворено райревком. Прислали нових голову та военкома. Старих заарештували й посадили в тюрму.</w:t>
      </w:r>
    </w:p>
    <w:p>
      <w:r>
        <w:br/>
        <w:t>Мене бог милував, якось оставили.</w:t>
      </w:r>
    </w:p>
    <w:p>
      <w:r>
        <w:br/>
        <w:t>Ще гірше стало жити : там бандити насідають, а тут нове начальство...</w:t>
      </w:r>
    </w:p>
    <w:p>
      <w:r>
        <w:br/>
        <w:t>"Ідейні комуністи" називаються:</w:t>
      </w:r>
    </w:p>
    <w:p>
      <w:r>
        <w:br/>
        <w:t>— Того ніззя, того не можна... Годі, — кажуть,— на мужичих шиях їздити!</w:t>
      </w:r>
    </w:p>
    <w:p>
      <w:r>
        <w:br/>
        <w:t>От тобі й на: навіщо тоді й власть пролетарська Здалася ?!.</w:t>
      </w:r>
    </w:p>
    <w:p>
      <w:r>
        <w:br/>
        <w:t>4 серпня. І я в тюрмі... І мене заарештували...</w:t>
      </w:r>
    </w:p>
    <w:p>
      <w:r>
        <w:br/>
        <w:t>— Боже мій, за віщо ?.. Що всі свої сили віддавав за диктатуру?.. Що життям своїм відстоював Минківку від бандитів, контр — революції та куркуляччя?..</w:t>
      </w:r>
    </w:p>
    <w:p>
      <w:r>
        <w:br/>
        <w:t>Ех, нема правди на світі !</w:t>
      </w:r>
    </w:p>
    <w:p>
      <w:r>
        <w:br/>
        <w:t>14 серпня. Нас обвинувачують, що ніби — то ми пропили півтораста пудів місцевого податку, неправильно повідбирали в куркулів тарантаси, жеребців, кожухи, чоботи ... Знущалися над селянами, деряіали по три дні голодними в холодній і т. д.</w:t>
      </w:r>
    </w:p>
    <w:p>
      <w:r>
        <w:br/>
        <w:t>Та я на ввесь світ закричу, що це неправда!</w:t>
      </w:r>
    </w:p>
    <w:p>
      <w:r>
        <w:br/>
        <w:t>25 серпня. Мене допитували самого. Показували сто двадцять заяв від дядьків, в яких писалося, що я загнав куркулям двадцять десятин лісу, повідбирав у незаможників землю й повернув куркулям, що я нив, гуляв, нічого не робив___</w:t>
      </w:r>
    </w:p>
    <w:p>
      <w:r>
        <w:br/>
        <w:t>— Ну, стривайте, дайте мені повернутися до вас! 21 вересня. К чорту писати !..</w:t>
      </w:r>
    </w:p>
    <w:p>
      <w:r>
        <w:br/>
        <w:t>Не було в світі правди й не буде! Ну де яі таки: ^а мою тяжку працю, за те, що ночами не спав, не доїдав, груддю, можна сказати, відстоював радянську власть і — п'ять років !!!</w:t>
      </w:r>
    </w:p>
    <w:p>
      <w:r>
        <w:br/>
        <w:t>Розпишуся і кришка :</w:t>
      </w:r>
    </w:p>
    <w:p>
      <w:r>
        <w:br/>
        <w:t>Петро Васильович Товариш Юхно — Пролетарський</w:t>
      </w:r>
    </w:p>
    <w:p>
      <w:r>
        <w:br/>
        <w:t>Казань Літо 1926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Власть на місцях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