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Входження в ринок</w:t>
      </w:r>
    </w:p>
    <w:p>
      <w:r>
        <w:br/>
        <w:t xml:space="preserve"> &lt;p&gt;Першим у ринок зопалу вшелешкавсь я.</w:t>
      </w:r>
    </w:p>
    <w:p>
      <w:r>
        <w:br/>
        <w:t>Не спитавши мудрої своєї дружини.</w:t>
      </w:r>
    </w:p>
    <w:p>
      <w:r>
        <w:br/>
        <w:t>Реклама задовбала. З ранку до вечора. Вкрадливий баритон обсотував мою свідомість, умовляв, переконував, що без цього приладу я жити не зможу. Йому день і ніч не давали спокою мої болячки, він про них тільки й думав.</w:t>
      </w:r>
    </w:p>
    <w:p>
      <w:r>
        <w:br/>
        <w:t>Доконала мене його довірлива розповідь про той апарат.</w:t>
      </w:r>
    </w:p>
    <w:p>
      <w:r>
        <w:br/>
        <w:t>Створений для космонавтів, надсекретний прилад оцей надійшов нещодавно у вільний продаж. Його не так легко дістати, бо вмить розкуповують, але оскільки я до них вчасно звернувся, то вони для мене забронювали екземпляр.</w:t>
      </w:r>
    </w:p>
    <w:p>
      <w:r>
        <w:br/>
        <w:t>— Скільки ж він коштує? — перепитую в гендляра телефоном. Я вже дозрів, прилад той уже й спати мені не давав.</w:t>
      </w:r>
    </w:p>
    <w:p>
      <w:r>
        <w:br/>
        <w:t>— Всього чотири тисячі,— не забарився той. І швиденько додав: — Але це тільки для вас. Так він набагато дорожчий.</w:t>
      </w:r>
    </w:p>
    <w:p>
      <w:r>
        <w:br/>
        <w:t>— У мене чотирьох тисяч немає,— сказав я розчаровано. І поклав рурку.</w:t>
      </w:r>
    </w:p>
    <w:p>
      <w:r>
        <w:br/>
        <w:t>За годину — знов його голос:</w:t>
      </w:r>
    </w:p>
    <w:p>
      <w:r>
        <w:br/>
        <w:t>— Анатолію Андрійовичу,— він уже знав моє ім'я та по батькові.— Оскільки ви інвалід Вітчизняної, ми вирішили продати вам по собівартості. Без жодних націнок. Всього дві тисячі... Лади?</w:t>
      </w:r>
    </w:p>
    <w:p>
      <w:r>
        <w:br/>
        <w:t>Ще б не "лади"! Дві тисячі в мене були. На ліки.</w:t>
      </w:r>
    </w:p>
    <w:p>
      <w:r>
        <w:br/>
        <w:t>— Тільки після обіду приносьте.</w:t>
      </w:r>
    </w:p>
    <w:p>
      <w:r>
        <w:br/>
        <w:t>Після обіду дружина збиралася до дітей.</w:t>
      </w:r>
    </w:p>
    <w:p>
      <w:r>
        <w:br/>
        <w:t>Принесли хромоване чудо. Я його одразу ж і заховав, вирішивши потроху підготувати дружину.</w:t>
      </w:r>
    </w:p>
    <w:p>
      <w:r>
        <w:br/>
        <w:t>А наступного дня знову дзвінок. І щебет жіночий:</w:t>
      </w:r>
    </w:p>
    <w:p>
      <w:r>
        <w:br/>
        <w:t>— Вітаю вас із приладом!</w:t>
      </w:r>
    </w:p>
    <w:p>
      <w:r>
        <w:br/>
        <w:t>— Дякую. А хто це?</w:t>
      </w:r>
    </w:p>
    <w:p>
      <w:r>
        <w:br/>
        <w:t>— Я пробачаюсь, але стався недогляд. Щоб користуватися приладом, необхідно приймати пігулки.</w:t>
      </w:r>
    </w:p>
    <w:p>
      <w:r>
        <w:br/>
        <w:t>— Скільки з мене?</w:t>
      </w:r>
    </w:p>
    <w:p>
      <w:r>
        <w:br/>
        <w:t>— Дві тисячі гривень. Щорічно.</w:t>
      </w:r>
    </w:p>
    <w:p>
      <w:r>
        <w:br/>
        <w:t>Пожбуривши рурку, я дістав куплену з дурної голови заразу і довго копав її ногою.</w:t>
      </w:r>
    </w:p>
    <w:p>
      <w:r>
        <w:br/>
        <w:t>А дружина, коли я їй усе розповів, покрутила біля скроні пальцем:</w:t>
      </w:r>
    </w:p>
    <w:p>
      <w:r>
        <w:br/>
        <w:t>— Ти в мене неможливий! Треба ж отак утелющитись!</w:t>
      </w:r>
    </w:p>
    <w:p>
      <w:r>
        <w:br/>
        <w:t>Не заперечував. Запхнув здуру придбаного чорта в куток, завалив книжками.</w:t>
      </w:r>
    </w:p>
    <w:p>
      <w:r>
        <w:br/>
        <w:t>А за півроку настала моя черга крутити пальцем біля скроні: дружина теж ушелешкалась.</w:t>
      </w:r>
    </w:p>
    <w:p>
      <w:r>
        <w:br/>
        <w:t>Зроду-віку не бачив її такою ошелешеною. Ходила з таким виглядом, наче перед нею весь світ завалився. Її, що сім разів зміряє, та й то ще раз переміря... Її, Євдокію Несторівну... Обвели довкруж пальця, наче дитину!</w:t>
      </w:r>
    </w:p>
    <w:p>
      <w:r>
        <w:br/>
        <w:t>Купила електромасажер. Китайський. За три тисячі. Віддала ще й подякувала, що дві тисячі скинули як ветерану війни. А заглянула до універмагу — стоять голуб'ята по чотириста гривень штука.</w:t>
      </w:r>
    </w:p>
    <w:p>
      <w:r>
        <w:br/>
        <w:t>І другого ж дня по телефону щебет жіночий. Про пігулки в дві з половиною тисячі гривень ціною.</w:t>
      </w:r>
    </w:p>
    <w:p>
      <w:r>
        <w:br/>
        <w:t>— Ринкові стосунки, моя дорогенька,— втішав дружину як міг.</w:t>
      </w:r>
    </w:p>
    <w:p>
      <w:r>
        <w:br/>
        <w:t>Ринкові стосунки...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Входження в ринок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