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Визначення киці</w:t>
      </w:r>
    </w:p>
    <w:p>
      <w:r>
        <w:br/>
        <w:t xml:space="preserve"> Киця — це пухнаста система, самодостатня і незалежна, як імператриця&lt;br /&gt;</w:t>
        <w:br/>
        <w:t>Киця — це погляд з глибин галактичних, це вхід в паралельні світи,&lt;br /&gt;</w:t>
        <w:br/>
        <w:t>це така таємниця,&lt;br /&gt;</w:t>
        <w:br/>
        <w:t>вбрана у грацію, у лизанину і в муркотіння.&lt;br /&gt;</w:t>
        <w:br/>
        <w:t>Коли вона робить прохід, антена хвоста поглинає пульсуючі сновидіння.</w:t>
      </w:r>
    </w:p>
    <w:p>
      <w:r>
        <w:br/>
        <w:t>Киця — це дослідний центр, і для неї довколишнє — невичерпне.&lt;br /&gt;</w:t>
        <w:br/>
        <w:t>Носик її, наїжачений вусами, дбає де біле, де чорне.&lt;br /&gt;</w:t>
        <w:br/>
        <w:t>Варта вух перевіряє шумам, звукам і шелестам візу в пашпортах.&lt;br /&gt;</w:t>
        <w:br/>
        <w:t>Ротик її на замку, та до часу, і в ньому ув'язнено ніжного чорта.</w:t>
      </w:r>
    </w:p>
    <w:p>
      <w:r>
        <w:br/>
        <w:t>— Риби, мишва і птахове! Мешканці трьох стихій!&lt;br /&gt;</w:t>
        <w:br/>
        <w:t>Полум'я пізнання кличе вас на конґрес!&lt;br /&gt;</w:t>
        <w:br/>
        <w:t>Киця — уважний слухач, ви сповідайтеся її —&lt;br /&gt;</w:t>
        <w:br/>
        <w:t>самі собою вирішуються проблеми ніг, і плес, і небес…</w:t>
      </w:r>
    </w:p>
    <w:p>
      <w:r>
        <w:br/>
        <w:t>Шахівниця ґравітаційна, заокруглення простору, стеження&lt;br /&gt;</w:t>
        <w:br/>
        <w:t>за петлянням мушви, медитація, позіхання і ніження&lt;br /&gt;</w:t>
        <w:br/>
        <w:t>розглядання з вікна колообігу часу чи звістка,&lt;br /&gt;</w:t>
        <w:br/>
        <w:t>що нарешті потрапили всі ми у тотальне теперішнє.&lt;br /&gt;</w:t>
        <w:br/>
        <w:t>Киця — постмодерністка.</w:t>
      </w:r>
    </w:p>
    <w:p>
      <w:r>
        <w:br/>
        <w:t>Пощо її нагромадження глупств, і томиська нявчань, і манірний заброда&lt;br /&gt;</w:t>
        <w:br/>
        <w:t>з-за морів, що вивчав сто наук і мистецтв — нашу кицю&lt;br /&gt;</w:t>
        <w:br/>
        <w:t>розмалювала Природа&lt;br /&gt;</w:t>
        <w:br/>
        <w:t>чи Господь. Вона — зрима краса. І здобута вона мета.&lt;br /&gt;</w:t>
        <w:br/>
        <w:t>Та бодай раз на рік потребує, дурепа, кота!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Визначення киці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