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Візит</w:t>
      </w:r>
    </w:p>
    <w:p>
      <w:r>
        <w:br/>
        <w:t xml:space="preserve"> &lt;p&gt;Ще не було й п'яти годин ранку, коли Любина Павловна повернулася з церкви. Все тіло нило, ніби хто добре попобив, ноги підкошувались од утоми, а великі чорні очі ніби хто піском позасипав — боляче було заплющити.</w:t>
      </w:r>
    </w:p>
    <w:p>
      <w:r>
        <w:br/>
        <w:t>— Спати, спати, спати,— нечутно шептали її вустоньки.— Ох, не дадуть христослави, почнуть грюкати у вікна, у двері... Ну, та дарма! Не сидіти ж, лупаючи сонними очима, як голодна сова. Треба дідові наказати, щоб не пускав.</w:t>
      </w:r>
    </w:p>
    <w:p>
      <w:r>
        <w:br/>
        <w:t>Вчителька підійшла до вікна й визирнула на вулицю. Ще не розвиднювалося. Було місячно, й чистенький сніжок, що випав звечора, виблискував самоцвітами чудовими.</w:t>
      </w:r>
    </w:p>
    <w:p>
      <w:r>
        <w:br/>
        <w:t>— Як хороше!..— шептала вона, вдивляючись у широку вулицю, по котрій рухались довгі тіні: люди розходились із церкви, чутно було крізь шибки глуху ґутірку й тупотіння ніг.</w:t>
      </w:r>
    </w:p>
    <w:p>
      <w:r>
        <w:br/>
        <w:t>— Спати!.. Діду, а діду!..</w:t>
      </w:r>
    </w:p>
    <w:p>
      <w:r>
        <w:br/>
        <w:t>Вона спустила занавіску, й жваві, тендітні, біленькі пальчики її швидко забігали по гачках на сукні.</w:t>
      </w:r>
    </w:p>
    <w:p>
      <w:r>
        <w:br/>
        <w:t>Ввійшов сторож.</w:t>
      </w:r>
    </w:p>
    <w:p>
      <w:r>
        <w:br/>
        <w:t>— Добридень, панночко люба! З празником поздоровляю.</w:t>
      </w:r>
    </w:p>
    <w:p>
      <w:r>
        <w:br/>
        <w:t>— Спасибі, спасибі, дідуню... От що, дідуню, той... Воно, звісно, трохи ніяково не пускати, але... мені страшенно спати хочеться. Ха-ха-ха!.. вморилась я, дідуню. Такою вже нікчемою, певне, вродилася...</w:t>
      </w:r>
    </w:p>
    <w:p>
      <w:r>
        <w:br/>
        <w:t>— Та спіть, Господь із вами, на здоров'ячко. Ото диви... Та я й близько їх не підпустю... Це ви про христославів?.. Ого, нехай спробують,— заспокоював дідусь.</w:t>
      </w:r>
    </w:p>
    <w:p>
      <w:r>
        <w:br/>
        <w:t>Любина Павловна одсунула шухляду з комоду, витягла паперову торбинку з цукерками, другу з горіхами.</w:t>
      </w:r>
    </w:p>
    <w:p>
      <w:r>
        <w:br/>
        <w:t>— Оце, дідуню, обдаруєте, а мене не будіть.</w:t>
      </w:r>
    </w:p>
    <w:p>
      <w:r>
        <w:br/>
        <w:t>Дід вийшов, не поспішаючись, а панночка нашвидку роздяглася, одкинула червону ковдру з ліжка й хутко пірнула під неї.</w:t>
      </w:r>
    </w:p>
    <w:p>
      <w:r>
        <w:br/>
        <w:t>— О-о-о, як же хороше,— потягнулась вона, закинувши руки за голову. Як гарно!..</w:t>
      </w:r>
    </w:p>
    <w:p>
      <w:r>
        <w:br/>
        <w:t>Заплющила стомлені очі, й темна тінь лягла під ними від спущених довгих вій. Вона повернула голову од вікна, в котре через верхні шибки зазирав їй в обличчя підглядач-місяць.</w:t>
      </w:r>
    </w:p>
    <w:p>
      <w:r>
        <w:br/>
        <w:t>Але сон уникав очей. Пишні чорні коси боляче гнітили голову; в ушах лунали ще досі церковні співи, нило тіло.</w:t>
      </w:r>
    </w:p>
    <w:p>
      <w:r>
        <w:br/>
        <w:t>Любина Павловна підвелася, розплела коси і вкрила ними білосніжну подушку. Думки роями заклубилися в голові, під думки й заснула, а засипаючи, чула, як приходили христослави із звіздою, як дід прохав їх не гомоніти, бо люба панночка спочивають, пізнавала голоси школярів, своїх улюбленців... Все змішалося в якімсь тумані, солодкім-солодкім, як утома після дневної праці важкої.</w:t>
      </w:r>
    </w:p>
    <w:p>
      <w:r>
        <w:br/>
        <w:t>Прокинулась, коли вже, замість місяця, сонечко різко світило в обличчя. Розбудив якийсь незрозумілий гомін.</w:t>
      </w:r>
    </w:p>
    <w:p>
      <w:r>
        <w:br/>
        <w:t>Вона прислухалась.</w:t>
      </w:r>
    </w:p>
    <w:p>
      <w:r>
        <w:br/>
        <w:t>— Либонь, свариться хтось?</w:t>
      </w:r>
    </w:p>
    <w:p>
      <w:r>
        <w:br/>
        <w:t>— Сказано ж вам руським язиком, що не можна, не велено,— пізнала Любина Павловна голос діда.</w:t>
      </w:r>
    </w:p>
    <w:p>
      <w:r>
        <w:br/>
        <w:t>— Кому ти говориш — не можна, хаме, га? Как тето не можна, селі я хачу? Одойди од дверей, старий чорт, а то я по-салдацькому з тобою розщитаюсь!..</w:t>
      </w:r>
    </w:p>
    <w:p>
      <w:r>
        <w:br/>
        <w:t>— Інструктор Сопілка,—розпізнала нарешті Любина Павловна, підвелася й почала зодягатись, дослухаючись.</w:t>
      </w:r>
    </w:p>
    <w:p>
      <w:r>
        <w:br/>
        <w:t>— Молодий ти ще розщитатись зо мною. Кажу: не пустю, ну, значить, і йди собі геть. Иш, залив спозаранку сліпи та й лізе, куди не треба. Ну, чого оце прешся? Не бачили тебе, п'яного? — бурчав дід.</w:t>
      </w:r>
    </w:p>
    <w:p>
      <w:r>
        <w:br/>
        <w:t>— Как ти смієш тикать на мене, хахляка необразована, га? Ти тямиш, старе луб'я, з ким ти розговарюєш?</w:t>
      </w:r>
    </w:p>
    <w:p>
      <w:r>
        <w:br/>
        <w:t>— Де ж пак не знати! Цабе велике!..</w:t>
      </w:r>
    </w:p>
    <w:p>
      <w:r>
        <w:br/>
        <w:t>— Не цабе, а старшой унтер-офіцер Мусєй Сидорович Сопелка. Поняв?.. Одойди!.. Разві ти понімаєш обхожденіє благородное, што мінє треба, как полатається по образованому уставу, візіт іздєлать баришнє.</w:t>
      </w:r>
    </w:p>
    <w:p>
      <w:r>
        <w:br/>
        <w:t>— К чортам!.. Господи прости, согрішиш з тобою... Геть, кажу! все одно не пустю.</w:t>
      </w:r>
    </w:p>
    <w:p>
      <w:r>
        <w:br/>
        <w:t>— Не пустиш? га?.. Ну, дак ми штурмом возьмем.</w:t>
      </w:r>
    </w:p>
    <w:p>
      <w:r>
        <w:br/>
        <w:t>Почулось тупотіння ніг, лемент діда, московська лайка; за хвилину двері грюкнули, й герой втисся в сіни, і дзенькнув клямкою до кімнати Любини Павловни.</w:t>
      </w:r>
    </w:p>
    <w:p>
      <w:r>
        <w:br/>
        <w:t>— Не можна, не можна зараз! — гукнула вона.— Я ще не одяглася. Постривайте хвилинку.</w:t>
      </w:r>
    </w:p>
    <w:p>
      <w:r>
        <w:br/>
        <w:t>— З нашим овдовольствієм, мамзель. Не безпокойтесь,— кланявся й підкручував уса перед дверима голінний Сопілка,— ми покуримо здесєчки, поки ви хвасон наведете. Што ж, ми разві не понімаємо? Видали, слава Богу, образованих дам. М-да... Ти от, старий сапог, тетого й не нюхав, потому ввесь свой вєк хахлом нікчемним прожив і не сліхав, што значить візіт і всьо такоє... А Сопелка, брат, п'ять годов із панством кумпанію держав, з офіцерством і всьо такое...</w:t>
      </w:r>
    </w:p>
    <w:p>
      <w:r>
        <w:br/>
        <w:t>— Ішов би ти, Мусію, додому краще та не соромився б. Ти глянь на себе: на ногах не встоїш, цигарки не скрутиш...</w:t>
      </w:r>
    </w:p>
    <w:p>
      <w:r>
        <w:br/>
        <w:t>— Ну, то ти, положим, не бреши. В ногах у мінє нікакого дроженія не замічається...</w:t>
      </w:r>
    </w:p>
    <w:p>
      <w:r>
        <w:br/>
        <w:t>— Де вже там... А тхне від тебе, як з помийниці. І до кого ти приперся?..</w:t>
      </w:r>
    </w:p>
    <w:p>
      <w:r>
        <w:br/>
        <w:t>— Как до кого? До вчительки.</w:t>
      </w:r>
    </w:p>
    <w:p>
      <w:r>
        <w:br/>
        <w:t>— Та хіба вона тобі кумпанія? От, Господи! нажереться спозаранку й лізе почом здря. Ну, і йшов би собі до своїх-таки мужиків.</w:t>
      </w:r>
    </w:p>
    <w:p>
      <w:r>
        <w:br/>
        <w:t>— Што ти мінє словесность вичитуєш? Говорю тобі, што ськаю по сібє обчества. Вона вчителька, а я вчитель, да ішо й старшой унтер... і ні копейки менш.</w:t>
      </w:r>
    </w:p>
    <w:p>
      <w:r>
        <w:br/>
        <w:t>Одчинились двері.</w:t>
      </w:r>
    </w:p>
    <w:p>
      <w:r>
        <w:br/>
        <w:t>— Прошу, пане інструкторе,— ласкаво посміхаючись, промовила Любина Павловна.</w:t>
      </w:r>
    </w:p>
    <w:p>
      <w:r>
        <w:br/>
        <w:t>— А-а, здрастуйте, мамзель,— прояснів Сопілка.— Наше вам... З празником, значить, і всьо такое. От видиш, дєд, не всі такиї свині, как ти.</w:t>
      </w:r>
    </w:p>
    <w:p>
      <w:r>
        <w:br/>
        <w:t>Сопілка увійшов у кімнату й стукнув зграбно закаблуками, дзенькнувши острогами.</w:t>
      </w:r>
    </w:p>
    <w:p>
      <w:r>
        <w:br/>
        <w:t>— Спасибі, Мусію Сидоровичу,— відповіла на вітання Любина Павловна.— Сідайте.</w:t>
      </w:r>
    </w:p>
    <w:p>
      <w:r>
        <w:br/>
        <w:t>— Тето можна.</w:t>
      </w:r>
    </w:p>
    <w:p>
      <w:r>
        <w:br/>
        <w:t>— Може, вип'єте чарку вина. Тільки, вибачайте, в мене горілки нема, а вино солоденьке.</w:t>
      </w:r>
    </w:p>
    <w:p>
      <w:r>
        <w:br/>
        <w:t>— То ість как тето? — образився Сопілка.— Разві я не понімаю? Слава Богу, п'ять, можна сказать, лет...</w:t>
      </w:r>
    </w:p>
    <w:p>
      <w:r>
        <w:br/>
        <w:t>— Та не в тім річ,— сміялася Любина Павловна.— Може б, ви випили й закусили, а в мене тільки вино та цукерки з горіхами.</w:t>
      </w:r>
    </w:p>
    <w:p>
      <w:r>
        <w:br/>
        <w:t>Вона поставила перед "інструктором" тарілку з гостинцями й одіткнула пляшку з вином.</w:t>
      </w:r>
    </w:p>
    <w:p>
      <w:r>
        <w:br/>
        <w:t>— І ви ж зо мной?</w:t>
      </w:r>
    </w:p>
    <w:p>
      <w:r>
        <w:br/>
        <w:t>— А то як же? Авжеж, вип'ю заради свята.</w:t>
      </w:r>
    </w:p>
    <w:p>
      <w:r>
        <w:br/>
        <w:t>Любина Павловна налила йому шклянку, а собі чарочку.</w:t>
      </w:r>
    </w:p>
    <w:p>
      <w:r>
        <w:br/>
        <w:t>— Ну, цокнемся. Дай Боже, щоб нам добре вчити та не сваритись цілий рік.</w:t>
      </w:r>
    </w:p>
    <w:p>
      <w:r>
        <w:br/>
        <w:t>— Хе-хе-хе! зачим сваритись з такою делікатною барішньою? Тето не модель. Тольки зачим такая неправильность?</w:t>
      </w:r>
    </w:p>
    <w:p>
      <w:r>
        <w:br/>
        <w:t>— Ха-ха-ха! яка неправильность?</w:t>
      </w:r>
    </w:p>
    <w:p>
      <w:r>
        <w:br/>
        <w:t>— Да от, што ви сібє чарочку...</w:t>
      </w:r>
    </w:p>
    <w:p>
      <w:r>
        <w:br/>
        <w:t>— Ну-у, дурниця. Я більш не можу.</w:t>
      </w:r>
    </w:p>
    <w:p>
      <w:r>
        <w:br/>
        <w:t>— Хе-хе-хе! скісняєтесь.</w:t>
      </w:r>
    </w:p>
    <w:p>
      <w:r>
        <w:br/>
        <w:t>— Ні, не те. Просто не звикла більш пити. Та й се... тільки на Різдво та на Великдень.</w:t>
      </w:r>
    </w:p>
    <w:p>
      <w:r>
        <w:br/>
        <w:t>— Хе-хе, розказуйте!.. Другиї баришні здорово п'ють, і водку... самим настоящим манером. А про пиво, то хоч куда.</w:t>
      </w:r>
    </w:p>
    <w:p>
      <w:r>
        <w:br/>
        <w:t>— Де ж се ви бачили таких панночок?</w:t>
      </w:r>
    </w:p>
    <w:p>
      <w:r>
        <w:br/>
        <w:t>— Ого, ми видали... В городе, звєсно. Одпросишся, бувало, з товаришами погулять на цельную ночь і — гайда до барішень. Харащо!.. Дом, знаєте, двохетажной, швіцар і всьо такое. Не встигнеш увайти, как вони вже зустрічають, потому — городськой фасон і образованность. Тольки й слішиш: "Душка Сопелка, пожалуйте сюди". "Душка унтер, вгастітє пивом!" Ну, й вгастиш. Поють, танцюють і всьо такое. Вісьолиї баріщні, не деревенські.</w:t>
      </w:r>
    </w:p>
    <w:p>
      <w:r>
        <w:br/>
        <w:t>Любина Павловна так і прикипіла на місці.</w:t>
      </w:r>
    </w:p>
    <w:p>
      <w:r>
        <w:br/>
        <w:t>— М-да... випийте... Діду,— заметушилась вона,— йдіть до компанії. Сідайте отут із нами.</w:t>
      </w:r>
    </w:p>
    <w:p>
      <w:r>
        <w:br/>
        <w:t>— Спасибі, панночко, дай Боже здоров'я, пошли вам Господи щастя.</w:t>
      </w:r>
    </w:p>
    <w:p>
      <w:r>
        <w:br/>
        <w:t>— На здоров'ячко.</w:t>
      </w:r>
    </w:p>
    <w:p>
      <w:r>
        <w:br/>
        <w:t>— Вдивляюсь я вам, мамзель, што ви любите возиться з тетими мужиками й розговор у вас всьо на мужичий манер.</w:t>
      </w:r>
    </w:p>
    <w:p>
      <w:r>
        <w:br/>
        <w:t>— Так звикла.</w:t>
      </w:r>
    </w:p>
    <w:p>
      <w:r>
        <w:br/>
        <w:t>— А я одучился, потому как, пробивши п'ять лет в городе, не чул тетого паскудства, хіба разве, как на побивку заявишся. Потом — учебная команда, образованіє і всьо такое. Одучилея, слава Богу. Та й не до лиця какось: усякая сволоч за мужика пощитає. А ми сібє ціну понімаємо. Думаю тето на вторительную, потому — разві здєсечки мінє місце? Разві я учебную команду проходил, штоб тут у вас з тетими вонючими габелками службу проходить? Разві вони можуть понімать устав і дісціпліну.</w:t>
      </w:r>
    </w:p>
    <w:p>
      <w:r>
        <w:br/>
        <w:t>— Випийте ще, прошу.</w:t>
      </w:r>
    </w:p>
    <w:p>
      <w:r>
        <w:br/>
        <w:t>— Тето можна. Ну, желаю вам, Мамзель... Ех, шкода, што ви не салдат: пожелав би вам проізводства прямо у пітьфебелі. Потому — виучка у вас єсть, хоч ви, скажемо, й не були в учебній команді. Тольки не харашо, што ви дісціпліни не вместе поддержать з своїми чортинятами.</w:t>
      </w:r>
    </w:p>
    <w:p>
      <w:r>
        <w:br/>
        <w:t>— За віщо ж ви даєте їх?</w:t>
      </w:r>
    </w:p>
    <w:p>
      <w:r>
        <w:br/>
        <w:t>— Да как же їх не ругать. Такиї, знаєте, стерви! так і смотрить кажний, штоб как-небудь хронт с...ть...</w:t>
      </w:r>
    </w:p>
    <w:p>
      <w:r>
        <w:br/>
        <w:t>Раптом одчинилися двері й на порозі з'явилася енергійна постать Сопілчихи з палицею.</w:t>
      </w:r>
    </w:p>
    <w:p>
      <w:r>
        <w:br/>
        <w:t>— Бач, де він вина розпиває... Йди додому! Там родичів наїхало, а він як крізь землю провалився. Зараз мені додому! Годі тобі пумпувати у цієї хвойди! Додому, кажу, йди!</w:t>
      </w:r>
    </w:p>
    <w:p>
      <w:r>
        <w:br/>
        <w:t>Любина Павловна трохи не впала од несподіванки. Чорні очі її заблищали сльозами.</w:t>
      </w:r>
    </w:p>
    <w:p>
      <w:r>
        <w:br/>
        <w:t>— Що ти говориш, навіжена! — обурився дід.</w:t>
      </w:r>
    </w:p>
    <w:p>
      <w:r>
        <w:br/>
        <w:t>— Знаю що, не вчи!.. Бач, злигалися. Мало того, що трохи не щодня пропадав у будні тут, і на святки прийшов одвідати. Муштру школярам вигадали. Знаємо ми цю муштру!..</w:t>
      </w:r>
    </w:p>
    <w:p>
      <w:r>
        <w:br/>
        <w:t>— Жена, замовкни! — підвівся, похитуючись, Сопілка.— А то під розстрєл.</w:t>
      </w:r>
    </w:p>
    <w:p>
      <w:r>
        <w:br/>
        <w:t>— А цього не хочеш?</w:t>
      </w:r>
    </w:p>
    <w:p>
      <w:r>
        <w:br/>
        <w:t>Сопілчиха підняла палицю й огріла чоловіка кілька разів по плечах.</w:t>
      </w:r>
    </w:p>
    <w:p>
      <w:r>
        <w:br/>
        <w:t>— Геть мені додому зараз, падло чортове!</w:t>
      </w:r>
    </w:p>
    <w:p>
      <w:r>
        <w:br/>
        <w:t>"Інструктор" кулею вискочив у сіни.</w:t>
      </w:r>
    </w:p>
    <w:p>
      <w:r>
        <w:br/>
        <w:t>— А ця — свята та божа! Подивишся, ніби й путнє щось, а як фиглі-миглі виробляє. Стривай, це тобі так не минеться. Я тобі покажу причаровувати чужих чоловіків. Знаю, що гарний, що припав до серця... Та дзуськи! Знайди собі, а чужого не одбивай.</w:t>
      </w:r>
    </w:p>
    <w:p>
      <w:r>
        <w:br/>
        <w:t>Любина Павловна впала на ліжко, ридаючи.</w:t>
      </w:r>
    </w:p>
    <w:p>
      <w:r>
        <w:br/>
        <w:t>— И-и!.. Чорт плаче, що води не настане. Пху!..</w:t>
      </w:r>
    </w:p>
    <w:p>
      <w:r>
        <w:br/>
        <w:t>— Слухай,— підступив до оскаженілої молодиці дід.— Йди звідси, поки не зайняв по потилиці. За віщо ото зобідила панночку?</w:t>
      </w:r>
    </w:p>
    <w:p>
      <w:r>
        <w:br/>
        <w:t>— Нехай не...</w:t>
      </w:r>
    </w:p>
    <w:p>
      <w:r>
        <w:br/>
        <w:t>— Що тут за заколот?</w:t>
      </w:r>
    </w:p>
    <w:p>
      <w:r>
        <w:br/>
        <w:t>У хату ввійшли батюшка з дяком.</w:t>
      </w:r>
    </w:p>
    <w:p>
      <w:r>
        <w:br/>
        <w:t>— Чого ти галасуєш тут, а?</w:t>
      </w:r>
    </w:p>
    <w:p>
      <w:r>
        <w:br/>
        <w:t>Молодиця вискочила з кімнати.</w:t>
      </w:r>
    </w:p>
    <w:p>
      <w:r>
        <w:br/>
        <w:t>— Любино Павловно, що з вами? Чого ви? — підійшов панотець до вчительки.</w:t>
      </w:r>
    </w:p>
    <w:p>
      <w:r>
        <w:br/>
        <w:t>— Та тут таке скоїлося, панотченьку, що не приведи Господи!</w:t>
      </w:r>
    </w:p>
    <w:p>
      <w:r>
        <w:br/>
        <w:t>— Що ж саме?</w:t>
      </w:r>
    </w:p>
    <w:p>
      <w:r>
        <w:br/>
        <w:t>— Та прийшов отой падлюшний Сопілченко, покруч московський, а за ним прибігла його молодиця. Розверещалась, розрепетувалась, навіщо панночка в неї чоловіка одбила. Чи ви чули таку напасть? О Господи милосердний!.. Опаскудили нізащо...</w:t>
      </w:r>
    </w:p>
    <w:p>
      <w:r>
        <w:br/>
        <w:t>— Ай-ай-ай!.. Ну, годі Любино Павловно,— заспокоював сердешну панотець,— годі, люба, хороша! Не варто се ваших сліз.</w:t>
      </w:r>
    </w:p>
    <w:p>
      <w:r>
        <w:br/>
        <w:t>Він обережно взяв її за плечі й підвів з ліжка.</w:t>
      </w:r>
    </w:p>
    <w:p>
      <w:r>
        <w:br/>
        <w:t>— Заспокойтесь, не звертайте уваги. Починаймо,— звернувся він до дяка.</w:t>
      </w:r>
    </w:p>
    <w:p>
      <w:r>
        <w:br/>
        <w:t>— Сла-а-а-а-ва в вишніх Богу,— розітнувся по хаті натхнений спів,— і на землі мир, в чоловєцєх благововєніє.</w:t>
      </w:r>
    </w:p>
    <w:p>
      <w:r>
        <w:br/>
        <w:t>Любина Павловна здригалася од ридання.</w:t>
      </w:r>
    </w:p>
    <w:p>
      <w:r>
        <w:br/>
        <w:t>Дід побожно хрестився, хитаючи головою.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Візит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