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Виводили з села</w:t>
      </w:r>
    </w:p>
    <w:p>
      <w:r>
        <w:br/>
        <w:t xml:space="preserve"> &lt;p&gt;Над заходом червона хмара закаменіла. Довкола неї заря обкинула свої біляві пасма, і подобала та хмара на закервавлену голову якогось святого. Із-за тої голови промикалися проміні сонця.</w:t>
      </w:r>
    </w:p>
    <w:p>
      <w:r>
        <w:br/>
        <w:t>На подвір'ї стояла гурма людей. Від заходу било на них світло, як від червоного каменя,— тверде і стале. З хорім іще сипалося багато народу. Як від умерлого — такі смутні виходили.</w:t>
      </w:r>
    </w:p>
    <w:p>
      <w:r>
        <w:br/>
        <w:t>За людьми вийшов молоденький парубок із обстриженою головою. Всі на нього дивилися. Здавалося їм, що та голова, що тепер буяла у кервавім світлі, та має впасти з пліч — десь далеко на цісарську дорогу. В чужих краях, десь аж під сонцем, впаде на дорогу та буде валятися. Мама стояла на порозі.</w:t>
      </w:r>
    </w:p>
    <w:p>
      <w:r>
        <w:br/>
        <w:t>— Ти вже йдеш, синку?</w:t>
      </w:r>
    </w:p>
    <w:p>
      <w:r>
        <w:br/>
        <w:t>— Йду, мамо.</w:t>
      </w:r>
    </w:p>
    <w:p>
      <w:r>
        <w:br/>
        <w:t>— А ти ж на кого нас покидаєш?</w:t>
      </w:r>
    </w:p>
    <w:p>
      <w:r>
        <w:br/>
        <w:t>Жінки заплакали, сестри руки заломали, а мама била головою до одвірка.</w:t>
      </w:r>
    </w:p>
    <w:p>
      <w:r>
        <w:br/>
        <w:t>Підійшов до сина тато.</w:t>
      </w:r>
    </w:p>
    <w:p>
      <w:r>
        <w:br/>
        <w:t>— Сідаймо, синку, на фіру, бо колію спізнимо.</w:t>
      </w:r>
    </w:p>
    <w:p>
      <w:r>
        <w:br/>
        <w:t>— Ще цу ніч переначуй у мене, синку. Я тебе так гірко пістувала, дула-м на ті, як на рану... Я тебе разом з сонцем вірідю і плакати не буду. Переначуй, переначуй, дитинко!</w:t>
      </w:r>
    </w:p>
    <w:p>
      <w:r>
        <w:br/>
        <w:t>Взяла сина за рукави та повела до хати.</w:t>
      </w:r>
    </w:p>
    <w:p>
      <w:r>
        <w:br/>
        <w:t>Мир подався д'воротям. Незабавки вийшла мама з сином. Твар мала бліду як крейда.</w:t>
      </w:r>
    </w:p>
    <w:p>
      <w:r>
        <w:br/>
        <w:t>— Синку,— питався тато,— а мені хто, небоже, кукурудзки вісапає?</w:t>
      </w:r>
    </w:p>
    <w:p>
      <w:r>
        <w:br/>
        <w:t>Хлопи заревіли. Тато впав головою на віз і трясся, як лист.</w:t>
      </w:r>
    </w:p>
    <w:p>
      <w:r>
        <w:br/>
        <w:t>— Гай, ходім.</w:t>
      </w:r>
    </w:p>
    <w:p>
      <w:r>
        <w:br/>
        <w:t>Мама не пускала.</w:t>
      </w:r>
    </w:p>
    <w:p>
      <w:r>
        <w:br/>
        <w:t>— Миколайку, та не йди-бо! Та заки ти обернешси, то пороги в хаті поскривлюютьси, то вугли погниють. Мене не застанеш уже і, відай, сам не прийдеш.</w:t>
      </w:r>
    </w:p>
    <w:p>
      <w:r>
        <w:br/>
        <w:t>Ймила сина за ноги.</w:t>
      </w:r>
    </w:p>
    <w:p>
      <w:r>
        <w:br/>
        <w:t>— Воліла бих ті на лаву лагодити!</w:t>
      </w:r>
    </w:p>
    <w:p>
      <w:r>
        <w:br/>
        <w:t>Пішли.</w:t>
      </w:r>
    </w:p>
    <w:p>
      <w:r>
        <w:br/>
        <w:t>Хто стояв коло воріт, то йшов рекрута відводити.</w:t>
      </w:r>
    </w:p>
    <w:p>
      <w:r>
        <w:br/>
        <w:t>Переходили ліс.</w:t>
      </w:r>
    </w:p>
    <w:p>
      <w:r>
        <w:br/>
        <w:t>Листя встелило дорогу. Позагиналося у мідяні човенця, аби з водою осінньою поплисти у ту дорогу за рекрутом. Ліс переймав голос мамин, ніс його у поле, клав на межі, аби знало, що як весна утвориться, то Миколай на нім вже не буде орати.</w:t>
      </w:r>
    </w:p>
    <w:p>
      <w:r>
        <w:br/>
        <w:t>За лісом стали в полі. Рекрут взявся прощати з селом:</w:t>
      </w:r>
    </w:p>
    <w:p>
      <w:r>
        <w:br/>
        <w:t>— Бувайте здорові і свої і чужі. Як чим докорив-єм, то забудьте, але благословіть у далеку дорогу.</w:t>
      </w:r>
    </w:p>
    <w:p>
      <w:r>
        <w:br/>
        <w:t>Всі поскидали капелюхи.</w:t>
      </w:r>
    </w:p>
    <w:p>
      <w:r>
        <w:br/>
        <w:t>— Повертайси здоровий назад та не забавлєйси.</w:t>
      </w:r>
    </w:p>
    <w:p>
      <w:r>
        <w:br/>
        <w:t>Син з татом сіли на фіру. Мама ймилася руками за колесо.</w:t>
      </w:r>
    </w:p>
    <w:p>
      <w:r>
        <w:br/>
        <w:t>— Синку, озми мене з собов. А ні, то буду полем бічи направці та й тебе здогоню.</w:t>
      </w:r>
    </w:p>
    <w:p>
      <w:r>
        <w:br/>
        <w:t>— Люди добрі, озміть-ко жінку, бо руки собі поломить.</w:t>
      </w:r>
    </w:p>
    <w:p>
      <w:r>
        <w:br/>
        <w:t>Люди силоміць відтягли від воза і держали. Фіра рушила.</w:t>
      </w:r>
    </w:p>
    <w:p>
      <w:r>
        <w:br/>
        <w:t>— Йди здоров, Миколаю! — кричала громада.</w:t>
      </w:r>
    </w:p>
    <w:p>
      <w:r>
        <w:br/>
        <w:t>Тої ночі сиділа на подвір'ї стара мама та захриплим голосом заводила:</w:t>
      </w:r>
    </w:p>
    <w:p>
      <w:r>
        <w:br/>
        <w:t>— Відки тебе візирати, де тебе шукати?!</w:t>
      </w:r>
    </w:p>
    <w:p>
      <w:r>
        <w:br/>
        <w:t>Доньки, як зазулі, до неї говорили. Над ними розстелилося осіннє склепіння небесне. Звізди мерехтіли, як золоті чічки на гладкім залізнім тоці.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Виводили з села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