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Вістуни</w:t>
      </w:r>
    </w:p>
    <w:p>
      <w:r>
        <w:br/>
        <w:t xml:space="preserve"> &lt;p&gt;То будуть старі, бідні вдови, або їх внуки, або старі діди, що коло своїх дітей туляться і чують щодня, який вони тягар у хаті, або то будуть молоді жінки з малими дітьми, що їх чоловіки покинули і десь у великім місті за них забули. Вони будуть іти чередою в поле, минатимуть хрести, що тепер їх ніяка зелень не закриває, лишатимуть за собою блискучі, гладкі, сталеві дороги і будуть розходитися по сивих монотонних стернях, діти будуть шукати колосся, а старі тамтогорічних ковіньок. [ ]</w:t>
      </w:r>
    </w:p>
    <w:p>
      <w:r>
        <w:br/>
        <w:t>І дід Михайло буде іти зі своїми внуками, з двома хлопчиками і з Оксаною, найстаршою між ними. Хлопці будуть, як лошачки, то перебігати діда, то лишатися далеко позаду, а Оксана буде йти все разом. Дід буде нести дрант-ливу чорну верітку [ ] на плечах і буде покашлювати. Оксана буде мати в руці хліб для хлопців і для себе. То буде саме полуднє, а дід буде все казати Оксані:</w:t>
      </w:r>
    </w:p>
    <w:p>
      <w:r>
        <w:br/>
        <w:t>— Це сонце, синку, вже з морозом.</w:t>
      </w:r>
    </w:p>
    <w:p>
      <w:r>
        <w:br/>
        <w:t>Будуть вони іти, іти і зіпруться на одній ниві. Дід стане біля межі, Оксана піде серединою ниви, а хлопці почнуть шукати дуч [ ] по полю, криничок ясних і батіжків та ножиків, загублених пастухами.</w:t>
      </w:r>
    </w:p>
    <w:p>
      <w:r>
        <w:br/>
        <w:t>Оксана здійматиме кожний колосок, що надибле, і буде всі складати в ліву руку, а як жмут згрубіє, то вона його буде складати понад ярок, аби потім легко найти. Вишукувати буде долини, рови, бо там найбільше колосся. Сто разів на минуту буде схилятися і буде виглядати, як найпиль-ніша робітниця. Згодом зачнуть їй поперед очі бігати або сині плями, або одна половина ниви буде така, як має бути, а друга половина буде вся зелена. Вона пристане, затулить долонею очі і буде хвилинку стояти, потім нагло візьме з-перед очей руки, і вся полуда пропаде. Або вона заспіває співанку, заспіває її собі лишень потихеньку з великим стидом і з ясною радістю, що вона вже може співати. Класти буде ноту до ноти і слово до слова з дрижачою непевністю, як мала дитина, що вчиться перший раз ходити і кладе білі ноги з радістю по землі. А що колос підійме, то співанку свою урве і наново її зачне з новим дрижанням тоненького голосу; як ото павутиння, що трясеться по стернях. А як прийде до краю, то сяде собі на пільній доріжці і підіпре голову таким дуже маленьким кулачком, як головка будяка, що буде над нею шуміти тихеньке пророцтво її цілого життя...</w:t>
      </w:r>
    </w:p>
    <w:p>
      <w:r>
        <w:br/>
        <w:t>Зате дід не буде співати, але зігнеться дугою і почне кашляти.</w:t>
      </w:r>
    </w:p>
    <w:p>
      <w:r>
        <w:br/>
        <w:t>— І не знати, що там не дає дихнути, аби розрізав груди та аби ту запеклу кров відти викинув, то, може би, ще пожив трохи...</w:t>
      </w:r>
    </w:p>
    <w:p>
      <w:r>
        <w:br/>
        <w:t>І буде далі витягати ковіньки, і буде кашляти, і сідати. А попри роботу будуть налітати на нього думки і за осінь, і за зиму, і за весну. Десь в голові зароїться таке, що він забуде за ковіньки і за кашель...</w:t>
      </w:r>
    </w:p>
    <w:p>
      <w:r>
        <w:br/>
        <w:t>— Як є чим пропалити взимі, то менше їсти хочеться. Рано собі встань, відмети сніг від порога, набери в шіпці [ ] ковіньок, насип під піч, та й зараз у хаті веселіше. Катерина зварить кулешу, діти повстають, та й вже є для них гаряча ложка борщу, та й тепла піч, та й тобі, діду, межи ними тепло. А як не мож ліпше, то й так добре. Ковінька, як суха, то вона дуже добра...</w:t>
      </w:r>
    </w:p>
    <w:p>
      <w:r>
        <w:br/>
        <w:t>І він буде випорпувати далі з охотою і з більшою силою. Але гадка гадку буде здоганяти, і він їх не віджене.</w:t>
      </w:r>
    </w:p>
    <w:p>
      <w:r>
        <w:br/>
        <w:t>— Коби не вмер ще доти, доки хлопці підростуть, то мала би щастя, бо я би тото усе межи люди розтрутив, аби робило само на себе, а дурна жінка — що вона знає? — лише плакати! Я би то справив на дорогу ліпше від неї...</w:t>
      </w:r>
    </w:p>
    <w:p>
      <w:r>
        <w:br/>
        <w:t>Тепер він закличе хлопців. Вони прибіжать до нього з видовбаним гарбузом.</w:t>
      </w:r>
    </w:p>
    <w:p>
      <w:r>
        <w:br/>
        <w:t>— Мой-ня, а ви чому Оксані не помагаєте, а їсти хочете? Ідіть трошки коло неї грайтеся, бо їй скучно.</w:t>
      </w:r>
    </w:p>
    <w:p>
      <w:r>
        <w:br/>
        <w:t>Хлопці підуть до Оксани, а дід буде далі сотати свої думки.</w:t>
      </w:r>
    </w:p>
    <w:p>
      <w:r>
        <w:br/>
        <w:t>— Хлопці здорові, рослі, аби лиш дочекатися! Менший — то штудерний [ ] такий, як старий. Узимі то допоминається чобіт, бо каже, що на печі йому недобре. Кілько сміху є з нього, що якби вмер, то й ми б осиротіли...</w:t>
      </w:r>
    </w:p>
    <w:p>
      <w:r>
        <w:br/>
        <w:t>Він буде глядіти на сонце, чи низько спустилося, і на ковіньки, чи досить їх назбирав. Потім закличе Оксану, аби йшла помагати йому зносити ковіньки і оббивати їх від глини. Вони знесуть їх в одну купу і зачнуть оббивати бучками. Стовп куряви підійметься над ними, дід буде кашляти. Оксана буде прижмурювати очі, а хлопці будуть їсти хліб. В цей час буде сонце над заходом. З довколишніх сіл припливуть на ниву звуки дзвонів і будуть стелитися разом із росою по стернях, по дорогах заблеють вівці і загукають пастухи, по полю будуть орачі викидати плуги з борозен і збиратися додому. По долинах здійметься сива мряка, ворони будуть летіти до садів у село, і пси будуть тікати додому, бо вже не будуть могти ловити перепелицю по полю.</w:t>
      </w:r>
    </w:p>
    <w:p>
      <w:r>
        <w:br/>
        <w:t>Дід Михайло буде хреститися і збивати пил із сорочки і дуже кашляти. Потім напакує повну верітку ковіньок, внуки йому поможуть її завдати на плечі і зійдуть на дорогу. Оксана буде нести свої сніпки колосся, а хлопці ховатимуть ті ковіньки, що впали з верітки, у пазуху. Заки дійдуть додому, то пазухи міцно їм повіддуваються, а черева їх стануть чорнісінькі від пилу.</w:t>
      </w:r>
    </w:p>
    <w:p>
      <w:r>
        <w:br/>
        <w:t>В селі вони всі зустрінуться: і бідні вдови, і їх внуки, і діди, і молоді жінки, що їх чоловіки покинули,— всі з ковіньками і зі сніпками колосся. Вони вістують, що осінь приходить.</w:t>
      </w:r>
    </w:p>
    <w:p>
      <w:r>
        <w:br/>
        <w:t>— Ковіньки — тут: сухе бадилля.</w:t>
      </w:r>
    </w:p>
    <w:p>
      <w:r>
        <w:br/>
        <w:t>— Дрантлива верітка — дране ряденце.</w:t>
      </w:r>
    </w:p>
    <w:p>
      <w:r>
        <w:br/>
        <w:t>— Дуча — яма.</w:t>
      </w:r>
    </w:p>
    <w:p>
      <w:r>
        <w:br/>
        <w:t>— Шопа, шіпка — сарай, повітка.</w:t>
      </w:r>
    </w:p>
    <w:p>
      <w:r>
        <w:br/>
        <w:t>— Штудерний — хитрий, кмітливий.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Вістуни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