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Віслюк у лев'ячій шкурі</w:t>
      </w:r>
    </w:p>
    <w:p>
      <w:r>
        <w:br/>
        <w:t xml:space="preserve"> &lt;p&gt;Якось чудового літнього дня пасся в лісі віслюк. Трава була соковита й смачна.</w:t>
      </w:r>
    </w:p>
    <w:p>
      <w:r>
        <w:br/>
        <w:t>— Як гарно жити на світі! — втішався вухатий і вряди-годи весело качався на галявині.</w:t>
      </w:r>
    </w:p>
    <w:p>
      <w:r>
        <w:br/>
        <w:t>Отак розкошуючи, заходив віслюк далі та далі в ліс. Нараз під деревом побачив щось руде й волохате.</w:t>
      </w:r>
    </w:p>
    <w:p>
      <w:r>
        <w:br/>
        <w:t>— Що воно таке? О, та це лев'яча шкура! Звідки вона взялася?</w:t>
      </w:r>
    </w:p>
    <w:p>
      <w:r>
        <w:br/>
        <w:t>Подивився віслюк, подивився й хотів був простувати далі. Коли це щось спало йому на думку, і він зареготав.</w:t>
      </w:r>
    </w:p>
    <w:p>
      <w:r>
        <w:br/>
        <w:t>— Ой і втну я штуку! Довго тремтітимуть зі страху і лісова звірина, і люди!</w:t>
      </w:r>
    </w:p>
    <w:p>
      <w:r>
        <w:br/>
        <w:t>Віслюк хутенько схопив шкуру, нап'яв на себе, припасував голову й ноги та й пішов повагом, як справжній лев.</w:t>
      </w:r>
    </w:p>
    <w:p>
      <w:r>
        <w:br/>
        <w:t>Незабаром дістався схилу гори, де пастухи пасли отару. Став віслюк поволі вилазити на гору, вдаючи, що не помічає їх.</w:t>
      </w:r>
    </w:p>
    <w:p>
      <w:r>
        <w:br/>
        <w:t>За мить несамовито завалували собаки й почувся нестямний крик:</w:t>
      </w:r>
    </w:p>
    <w:p>
      <w:r>
        <w:br/>
        <w:t>— Лев! Лев! Просто на нас іде! Тікаймо! Рятуймося!</w:t>
      </w:r>
    </w:p>
    <w:p>
      <w:r>
        <w:br/>
        <w:t>І таке там зчинилося! Пастухи з гирлигами в руках налягли на ноги. Собаки й собі дременули, волаючи:</w:t>
      </w:r>
    </w:p>
    <w:p>
      <w:r>
        <w:br/>
        <w:t>— Лев! Лев! Тікайте!</w:t>
      </w:r>
    </w:p>
    <w:p>
      <w:r>
        <w:br/>
        <w:t>Барани й вівці жалібно замекали:</w:t>
      </w:r>
    </w:p>
    <w:p>
      <w:r>
        <w:br/>
        <w:t>— Лев! Лев! Не кидайте нас, зачекайте!</w:t>
      </w:r>
    </w:p>
    <w:p>
      <w:r>
        <w:br/>
        <w:t>Зачули те інші пастухи та й собі кинулися хто куди, забувши про отари та собак.</w:t>
      </w:r>
    </w:p>
    <w:p>
      <w:r>
        <w:br/>
        <w:t>Що тільки зчинилося на пасовищі! Світ не бачив такої веремії!</w:t>
      </w:r>
    </w:p>
    <w:p>
      <w:r>
        <w:br/>
        <w:t>Віслюк дивився на той шарварок і реготав:</w:t>
      </w:r>
    </w:p>
    <w:p>
      <w:r>
        <w:br/>
        <w:t>— Ну й наробив я шелесту! Хвала лев'ячій шкурі!</w:t>
      </w:r>
    </w:p>
    <w:p>
      <w:r>
        <w:br/>
        <w:t>Насміявшися досхочу, спустився віслюк у долину й попрямував</w:t>
      </w:r>
    </w:p>
    <w:p>
      <w:r>
        <w:br/>
        <w:t>до села. На леваді паслися три корови. Одна з них побачила лева й мало не зомліла із жаху. А отямившись, пустилася навтьоки, ревучи:</w:t>
      </w:r>
    </w:p>
    <w:p>
      <w:r>
        <w:br/>
        <w:t>— Лев! Лев! Тікайте! Рятуйтеся!</w:t>
      </w:r>
    </w:p>
    <w:p>
      <w:r>
        <w:br/>
        <w:t>Інші дві, перестрашені, кинулися слідом.</w:t>
      </w:r>
    </w:p>
    <w:p>
      <w:r>
        <w:br/>
        <w:t>— Що сталося? — здивовано спитала коза.— Чого ви біжите, як навіжені?</w:t>
      </w:r>
    </w:p>
    <w:p>
      <w:r>
        <w:br/>
        <w:t>— Тікай мерщій! За нами женеться лев!</w:t>
      </w:r>
    </w:p>
    <w:p>
      <w:r>
        <w:br/>
        <w:t>— Біда! — мекнула коза й стрілою помчала до села. Вона перегнала корів і, добігши до околиці, заволала:</w:t>
      </w:r>
    </w:p>
    <w:p>
      <w:r>
        <w:br/>
        <w:t>— Лев! Здоровенний, страшний! Я сама бачила! Горе тому хто загається! Рятуйтеся! Ховайтеся!</w:t>
      </w:r>
    </w:p>
    <w:p>
      <w:r>
        <w:br/>
        <w:t>Почув те кінь та й собі пустився чвалом. Почули зайці — аж закуріло за ними. Почула мавпа — чкурнула до лісу.</w:t>
      </w:r>
    </w:p>
    <w:p>
      <w:r>
        <w:br/>
        <w:t>Віслюк усе бачив і втішався, ступаючи неквапно та гордо.</w:t>
      </w:r>
    </w:p>
    <w:p>
      <w:r>
        <w:br/>
        <w:t>— Їй-право, добре бути левом... Всі тебе бояться! Ха-ха-ха!</w:t>
      </w:r>
    </w:p>
    <w:p>
      <w:r>
        <w:br/>
        <w:t>Незабаром вийшов бешкетник на дорогу, що вела до села. Та саме тоді, коли дістався околиці, налетів вітер, шарпнув лев'ячу шкуру та й кинув додолу. І віслюк обернувся на самого себе.</w:t>
      </w:r>
    </w:p>
    <w:p>
      <w:r>
        <w:br/>
        <w:t>Перша побачила його сорока. Та як не крикне, як не зарегоче!</w:t>
      </w:r>
    </w:p>
    <w:p>
      <w:r>
        <w:br/>
        <w:t>— Це ж віслюк! Ха-ха-ха! Віслюк, а не лев! Не бійтеся, кози, корови, коні, вертайтеся на пашу! Та й ви, пастухи, даремно втікали! Збирайте отари та вертайтеся на пасовисько. Не лез то — віслюк! Він тільки лев'ячу шкуру нап'яв. Он вона лежить, ходіть подивіться, як не вірите.</w:t>
      </w:r>
    </w:p>
    <w:p>
      <w:r>
        <w:br/>
        <w:t>— Віслюк? — аж підстрибнула з радощів коза.</w:t>
      </w:r>
    </w:p>
    <w:p>
      <w:r>
        <w:br/>
        <w:t>— Віслюк? — замукали корови й всі разом повернули до левади.</w:t>
      </w:r>
    </w:p>
    <w:p>
      <w:r>
        <w:br/>
        <w:t>— Віслюк? — замекали вівці.— Ой же ми й бевзі!</w:t>
      </w:r>
    </w:p>
    <w:p>
      <w:r>
        <w:br/>
        <w:t>— Віслюк? — завалували собаки.— То це через нього ми так осоромилися?</w:t>
      </w:r>
    </w:p>
    <w:p>
      <w:r>
        <w:br/>
        <w:t>— Віслюк? — розгублено промимрила лисиця.— От бовдур, так налякати! Ну, начувайся ж!</w:t>
      </w:r>
    </w:p>
    <w:p>
      <w:r>
        <w:br/>
        <w:t>— Віслюк? — засміялися зайці.— А ми так злякалися!</w:t>
      </w:r>
    </w:p>
    <w:p>
      <w:r>
        <w:br/>
        <w:t>— Віслюк? — вигукнули захекані пастухи й заходилися виламувати тички, бо гирлиги погубили. А виламавши, кинулися на віслюка та й ну його дубасити!</w:t>
      </w:r>
    </w:p>
    <w:p>
      <w:r>
        <w:br/>
        <w:t>— То тобі величі заманулося? Левом бути захотілося?</w:t>
      </w:r>
    </w:p>
    <w:p>
      <w:r>
        <w:br/>
        <w:t>— В чужій шкурі довго не походиш!</w:t>
      </w:r>
    </w:p>
    <w:p>
      <w:r>
        <w:br/>
        <w:t>— А як і походиш, то недовго поцарюєш!</w:t>
      </w:r>
    </w:p>
    <w:p>
      <w:r>
        <w:br/>
        <w:t>— На тобі ще!</w:t>
      </w:r>
    </w:p>
    <w:p>
      <w:r>
        <w:br/>
        <w:t>— І ще! І ще!</w:t>
      </w:r>
    </w:p>
    <w:p>
      <w:r>
        <w:br/>
        <w:t>Так одлупцювали віслюка, що мало духу не вибили.</w:t>
      </w:r>
    </w:p>
    <w:p>
      <w:r>
        <w:br/>
        <w:t>Ледве живий, дістався він свого хліва, тяжко стогнучи, впав на солому, і полилися йому сльози з очей.</w:t>
      </w:r>
    </w:p>
    <w:p>
      <w:r>
        <w:br/>
        <w:t>— Коли б то тільки біль — поболить і перестане. А чи минеться лиха слава? Ох, як мені тепер поткнутися звірам на очі! О дурна моя голово, о ганьбо моя!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Віслюк у лев'ячій шкурі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