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Вісім тьмяних сонетів</w:t>
      </w:r>
    </w:p>
    <w:p>
      <w:r>
        <w:br/>
        <w:t xml:space="preserve"> I. Реставрація зими</w:t>
      </w:r>
    </w:p>
    <w:p>
      <w:r>
        <w:br/>
        <w:t>З руїн зими дими дбайливо виростають,&lt;br /&gt;</w:t>
        <w:br/>
        <w:t>погойдуючись, зустрічаються одне з одним,&lt;br /&gt;</w:t>
        <w:br/>
        <w:t>погоджуються: "Так-так, мандрагора,&lt;br /&gt;</w:t>
        <w:br/>
        <w:t>так-так, білий сік, і трохи дитячої крові із горла,</w:t>
      </w:r>
    </w:p>
    <w:p>
      <w:r>
        <w:br/>
        <w:t>і трохи гліциній легеньких на цеглу стару,&lt;br /&gt;</w:t>
        <w:br/>
        <w:t>на тяжкі фоліанти без заголовків — коли поодинці&lt;br /&gt;</w:t>
        <w:br/>
        <w:t>та цегла, а вкупі вона розсипається — так, на жарини,&lt;br /&gt;</w:t>
        <w:br/>
        <w:t>а от кров, і гора, й довгі мандри — єднають її".</w:t>
      </w:r>
    </w:p>
    <w:p>
      <w:r>
        <w:br/>
        <w:t>Зупиняє машину водій серед темного лісу,&lt;br /&gt;</w:t>
        <w:br/>
        <w:t>руки прозорі йому не здригнуться,&lt;br /&gt;</w:t>
        <w:br/>
        <w:t>доторкнуті димом нічного віддиху сивіл.</w:t>
      </w:r>
    </w:p>
    <w:p>
      <w:r>
        <w:br/>
        <w:t>Іншу машину інший водій серед темного міста&lt;br /&gt;</w:t>
        <w:br/>
        <w:t>спиняє, на узбіччі дитини з пухнастою кров’ю, —&lt;br /&gt;</w:t>
        <w:br/>
        <w:t>а вранці вже нова зима і гліцинії нові.</w:t>
      </w:r>
    </w:p>
    <w:p>
      <w:r>
        <w:br/>
        <w:t>II. Nevermore</w:t>
      </w:r>
    </w:p>
    <w:p>
      <w:r>
        <w:br/>
        <w:t>Тлін усе виправдовує — вежі, вигнанців,&lt;br /&gt;</w:t>
        <w:br/>
        <w:t>мапи і мзду, в одному сувої загорнені,&lt;br /&gt;</w:t>
        <w:br/>
        <w:t>лиш обітницю, дану колись королівні&lt;br /&gt;</w:t>
        <w:br/>
        <w:t>малим горбанем з поржавілим дзвіночком, —</w:t>
      </w:r>
    </w:p>
    <w:p>
      <w:r>
        <w:br/>
        <w:t>лиш злиденну її не торкається тлін,&lt;br /&gt;</w:t>
        <w:br/>
        <w:t>і в колчан повертаються хвилі його,&lt;br /&gt;</w:t>
        <w:br/>
        <w:t>сакраменту позбавлені першого, другого,&lt;br /&gt;</w:t>
        <w:br/>
        <w:t>злотого, срібного, потай вдоволені цим.</w:t>
      </w:r>
    </w:p>
    <w:p>
      <w:r>
        <w:br/>
        <w:t>…Швидше вежі обернуться на вигнанців,&lt;br /&gt;</w:t>
        <w:br/>
        <w:t>радше мзда порідниться із картами,&lt;br /&gt;</w:t>
        <w:br/>
        <w:t>яже вість принесуть королю вістуни:</w:t>
      </w:r>
    </w:p>
    <w:p>
      <w:r>
        <w:br/>
        <w:t>"О, Жаданий, труну струхлявілу&lt;br /&gt;</w:t>
        <w:br/>
        <w:t>принесло нині море до берега Твого —&lt;br /&gt;</w:t>
        <w:br/>
        <w:t>лиш кістки та волосся злочинців знайшли там".</w:t>
      </w:r>
    </w:p>
    <w:p>
      <w:r>
        <w:br/>
        <w:t>III. Євхаристія</w:t>
      </w:r>
    </w:p>
    <w:p>
      <w:r>
        <w:br/>
        <w:t>Сто гіацинтів хоробрих вирушають до вічного міста,&lt;br /&gt;</w:t>
        <w:br/>
        <w:t>закутавшись у блиск і пил,&lt;br /&gt;</w:t>
        <w:br/>
        <w:t>у пошарпані плащаниці з чужого плеча,&lt;br /&gt;</w:t>
        <w:br/>
        <w:t>грудку землі взявши, грудку землі.</w:t>
      </w:r>
    </w:p>
    <w:p>
      <w:r>
        <w:br/>
        <w:t>Сто гіацинтів, обминаючи вовчі ями,&lt;br /&gt;</w:t>
        <w:br/>
        <w:t>сторожко нюхаючи безшум, хвалу і хулу,&lt;br /&gt;</w:t>
        <w:br/>
        <w:t>ретельно витираючи за собою тіні сутулі,&lt;br /&gt;</w:t>
        <w:br/>
        <w:t>ідуть, пахнуть милом, повторюють ім’я Рема.</w:t>
      </w:r>
    </w:p>
    <w:p>
      <w:r>
        <w:br/>
        <w:t>По дорозі тій, трудній і невечірній,&lt;br /&gt;</w:t>
        <w:br/>
        <w:t>зустрічається Кінь з копитами, стертими вщент;&lt;br /&gt;</w:t>
        <w:br/>
        <w:t>хто повторить Вовчиці виття,</w:t>
      </w:r>
    </w:p>
    <w:p>
      <w:r>
        <w:br/>
        <w:t>змушеної спостерігати зі своєї прозорої ями,&lt;br /&gt;</w:t>
        <w:br/>
        <w:t>як один по одному заходять відважні квіти&lt;br /&gt;</w:t>
        <w:br/>
        <w:t>до пащі блакитної, вперто повторюючи Ромула ім'я?</w:t>
      </w:r>
    </w:p>
    <w:p>
      <w:r>
        <w:br/>
        <w:t>IV. Відвідини</w:t>
      </w:r>
    </w:p>
    <w:p>
      <w:r>
        <w:br/>
        <w:t>Князю, мовчи, дослухайся таємного руху&lt;br /&gt;</w:t>
        <w:br/>
        <w:t>темних сонетів, байдужих до гніву твого,&lt;br /&gt;</w:t>
        <w:br/>
        <w:t>до багатства твого, у ченців одчахнутого,&lt;br /&gt;</w:t>
        <w:br/>
        <w:t>тихих, мов скрик дощаної підлоги опівночі.</w:t>
      </w:r>
    </w:p>
    <w:p>
      <w:r>
        <w:br/>
        <w:t>Князю, мовчи, не хапайся за меч, не волай,&lt;br /&gt;</w:t>
        <w:br/>
        <w:t>закликаючи варту, — не встане вона, сон міцний,&lt;br /&gt;</w:t>
        <w:br/>
        <w:t>і святого хреста не торкайся рукою тремтячою —&lt;br /&gt;</w:t>
        <w:br/>
        <w:t>нешляхетна вона, ця рука, не твоя, не твоя.</w:t>
      </w:r>
    </w:p>
    <w:p>
      <w:r>
        <w:br/>
        <w:t>Князю, мовчи і не зводь пережаханий зір з свого двору,&lt;br /&gt;</w:t>
        <w:br/>
        <w:t>де стоять екіпажі гостей невідомих, струнких, —&lt;br /&gt;</w:t>
        <w:br/>
        <w:t>ти однак не впізнаєш обличчя у масках червоних,</w:t>
      </w:r>
    </w:p>
    <w:p>
      <w:r>
        <w:br/>
        <w:t>а рука твоя — це вона — більше потрібна Йому,&lt;br /&gt;</w:t>
        <w:br/>
        <w:t>іншому князеві, завше на чорно убраному…&lt;br /&gt;</w:t>
        <w:br/>
        <w:t>Все закінчилося, маєш ось вату, бинти.</w:t>
      </w:r>
    </w:p>
    <w:p>
      <w:r>
        <w:br/>
        <w:t>V. О, зроби мені очі</w:t>
      </w:r>
    </w:p>
    <w:p>
      <w:r>
        <w:br/>
        <w:t>В потрійних небесах денний Париж кочує,&lt;br /&gt;</w:t>
        <w:br/>
        <w:t>так — високо, так — поруч, так — внизу.&lt;br /&gt;</w:t>
        <w:br/>
        <w:t>Сліпе дівчисько смутні кроки чує&lt;br /&gt;</w:t>
        <w:br/>
        <w:t>до веретена в трикутній груді.</w:t>
      </w:r>
    </w:p>
    <w:p>
      <w:r>
        <w:br/>
        <w:t>В подвійних небесах нічний Париж —&lt;br /&gt;</w:t>
        <w:br/>
        <w:t>як дивний знак на лицях у сліпої,&lt;br /&gt;</w:t>
        <w:br/>
        <w:t>його проставить рук чужих стрімке тепло;&lt;br /&gt;</w:t>
        <w:br/>
        <w:t>ти спи в незнаному донині супокої,</w:t>
      </w:r>
    </w:p>
    <w:p>
      <w:r>
        <w:br/>
        <w:t>а вранці на рум'яний сніг поглянеш —&lt;br /&gt;</w:t>
        <w:br/>
        <w:t>чужі сліди засвідчать сотворенність&lt;br /&gt;</w:t>
        <w:br/>
        <w:t>того, що бачиш ти. Біл&amp;#250;зна, хмари,</w:t>
      </w:r>
    </w:p>
    <w:p>
      <w:r>
        <w:br/>
        <w:t>художник у худесенькім вікні&lt;br /&gt;</w:t>
        <w:br/>
        <w:t>на тебе дивиться — струнку і сірооку,&lt;br /&gt;</w:t>
        <w:br/>
        <w:t>з серцями в незакінченій груді.</w:t>
      </w:r>
    </w:p>
    <w:p>
      <w:r>
        <w:br/>
        <w:t>VI. Апокаліпсис</w:t>
      </w:r>
    </w:p>
    <w:p>
      <w:r>
        <w:br/>
        <w:t>Потай зривається листя — канони велять, —&lt;br /&gt;</w:t>
        <w:br/>
        <w:t>кривди у тому не бачить, ні свята;&lt;br /&gt;</w:t>
        <w:br/>
        <w:t>ти не повернешся — біле, вогнисте, вузлисте,&lt;br /&gt;</w:t>
        <w:br/>
        <w:t>ти не пригорнешся. Падають зерна. Канон.</w:t>
      </w:r>
    </w:p>
    <w:p>
      <w:r>
        <w:br/>
        <w:t>Дай мені шибку, туманна і зимна князівно,&lt;br /&gt;</w:t>
        <w:br/>
        <w:t>наймані гратимуть гірше, хай грають свої,&lt;br /&gt;</w:t>
        <w:br/>
        <w:t>хай у кімнаті знайдеться остання пташина —&lt;br /&gt;</w:t>
        <w:br/>
        <w:t>я попрощаюся з нею. Вона полетить.</w:t>
      </w:r>
    </w:p>
    <w:p>
      <w:r>
        <w:br/>
        <w:t>Ви голосніше, білі священики, ви голосніше,&lt;br /&gt;</w:t>
        <w:br/>
        <w:t>юж дотлівають маєтки, лиш шибка оця&lt;br /&gt;</w:t>
        <w:br/>
        <w:t>в пальцях князівни ніжнішає вищістю</w:t>
      </w:r>
    </w:p>
    <w:p>
      <w:r>
        <w:br/>
        <w:t>слів, із якими туманна та зимна до мене іде:&lt;br /&gt;</w:t>
        <w:br/>
        <w:t>"Знову Михайло святий всю пшениченьку зіжне,&lt;br /&gt;</w:t>
        <w:br/>
        <w:t>знову Ірейко святий у копиці складе".</w:t>
      </w:r>
    </w:p>
    <w:p>
      <w:r>
        <w:br/>
        <w:t>VII. Фуга бароко</w:t>
      </w:r>
    </w:p>
    <w:p>
      <w:r>
        <w:br/>
        <w:t>Взяти в ліву долоню юних сліз бароко,&lt;br /&gt;</w:t>
        <w:br/>
        <w:t>взяти в праву долоню тендітну дівчину,&lt;br /&gt;</w:t>
        <w:br/>
        <w:t>взяти в стиглу долоню дрібних доріг,&lt;br /&gt;</w:t>
        <w:br/>
        <w:t>взяти в смарагдову долоню друга-бога.</w:t>
      </w:r>
    </w:p>
    <w:p>
      <w:r>
        <w:br/>
        <w:t>Взяти в бідну долоню темних руж бароко,&lt;br /&gt;</w:t>
        <w:br/>
        <w:t>взяти в багату долоню світлих ножів,&lt;br /&gt;</w:t>
        <w:br/>
        <w:t>взяти в сьому долоню злотих криниць,&lt;br /&gt;</w:t>
        <w:br/>
        <w:t>взяти в чисту долоню мертвих міст бароко,</w:t>
      </w:r>
    </w:p>
    <w:p>
      <w:r>
        <w:br/>
        <w:t>Взяти в зрячу долоню зів’ялу, як чара, сіль бароко,&lt;br /&gt;</w:t>
        <w:br/>
        <w:t>взяти в сліпу долоню глибокий, мов колиска, хліб бароко,&lt;br /&gt;</w:t>
        <w:br/>
        <w:t>взяти в святу долоню ранню пташку бароко,</w:t>
      </w:r>
    </w:p>
    <w:p>
      <w:r>
        <w:br/>
        <w:t>Взяти в грішну долоню пташку і хліб, сіль і місто,&lt;br /&gt;</w:t>
        <w:br/>
        <w:t>криницю і ніж, ружу, і бога, й дорогу; дівчину і сльозу, —&lt;br /&gt;</w:t>
        <w:br/>
        <w:t>випустити їх на спраглу, зайву волю.</w:t>
      </w:r>
    </w:p>
    <w:p>
      <w:r>
        <w:br/>
        <w:t>VIII. Кохання</w:t>
      </w:r>
    </w:p>
    <w:p>
      <w:r>
        <w:br/>
        <w:t>Дзвони кличуть до кляси, весна, свічок сто,&lt;br /&gt;</w:t>
        <w:br/>
        <w:t>забігаєш, похапливо пишеш: "Єдина…" —&lt;br /&gt;</w:t>
        <w:br/>
        <w:t>і, як водиться, ім’я; тремтливе зерно сиплють зорі денні,&lt;br /&gt;</w:t>
        <w:br/>
        <w:t>долоні важкі від дарів тих сумлінних.</w:t>
      </w:r>
    </w:p>
    <w:p>
      <w:r>
        <w:br/>
        <w:t>Стародруки на кожній сторінці залляті чорнилом,&lt;br /&gt;</w:t>
        <w:br/>
        <w:t>відьма убралася — чисто твоя цьоця Марта…&lt;br /&gt;</w:t>
        <w:br/>
        <w:t>На партах вирізуєш хрест і троянду —&lt;br /&gt;</w:t>
        <w:br/>
        <w:t>під дзвони, під відьми денної постать тонку.</w:t>
      </w:r>
    </w:p>
    <w:p>
      <w:r>
        <w:br/>
        <w:t>Заходить до кляси, стирає із дошки Освідчення,&lt;br /&gt;</w:t>
        <w:br/>
        <w:t>з кожної парти стирає твої мальовидла,&lt;br /&gt;</w:t>
        <w:br/>
        <w:t>пронизує пломінь вузенький свічковий</w:t>
      </w:r>
    </w:p>
    <w:p>
      <w:r>
        <w:br/>
        <w:t>срібним ножем та пророслим зерном,&lt;br /&gt;</w:t>
        <w:br/>
        <w:t>що насипали зорі із сакв полотняних,&lt;br /&gt;</w:t>
        <w:br/>
        <w:t>яких і тобі вже ніколи не відректися.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Вісім тьмяних сонетів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