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Вирвалася з ночі коляда!...</w:t>
      </w:r>
    </w:p>
    <w:p>
      <w:r>
        <w:br/>
        <w:t xml:space="preserve"> Вирвалася з ночі коляда!&lt;br /&gt;</w:t>
        <w:br/>
        <w:t>Вилетіла з лісу мовчазного!&lt;br /&gt;</w:t>
        <w:br/>
        <w:t>Сніг летить, на голови сіда,&lt;br /&gt;</w:t>
        <w:br/>
        <w:t>неузримі, бо ніде нікого.</w:t>
      </w:r>
    </w:p>
    <w:p>
      <w:r>
        <w:br/>
        <w:t>Скрізь ніде нікого. Ліс і сніг.&lt;br /&gt;</w:t>
        <w:br/>
        <w:t>Пахне хвоя. Пахне, доки втягне&lt;br /&gt;</w:t>
        <w:br/>
        <w:t>в коло тіней, мстивих і сумних,&lt;br /&gt;</w:t>
        <w:br/>
        <w:t>літургійне тло старообрядне.</w:t>
      </w:r>
    </w:p>
    <w:p>
      <w:r>
        <w:br/>
        <w:t>А тобі забаглось коляди!&lt;br /&gt;</w:t>
        <w:br/>
        <w:t>А тобі забаглось товариства!&lt;br /&gt;</w:t>
        <w:br/>
        <w:t>Вік минув, як замело сліди&lt;br /&gt;</w:t>
        <w:br/>
        <w:t>і втекла на санях доля бистра.</w:t>
      </w:r>
    </w:p>
    <w:p>
      <w:r>
        <w:br/>
        <w:t>Це життя минає чи тремтить&lt;br /&gt;</w:t>
        <w:br/>
        <w:t>промінь зірки в смеречини в жмені?&lt;br /&gt;</w:t>
        <w:br/>
        <w:t>Наче бинда сріберна за віть&lt;br /&gt;</w:t>
        <w:br/>
        <w:t>зачепилась на скаку шаленім.</w:t>
      </w:r>
    </w:p>
    <w:p>
      <w:r>
        <w:br/>
        <w:t>Це тобі й зосталося: про все&lt;br /&gt;</w:t>
        <w:br/>
        <w:t>нагадати, душу прив'язати&lt;br /&gt;</w:t>
        <w:br/>
        <w:t>до зорі, що коляду спасе,&lt;br /&gt;</w:t>
        <w:br/>
        <w:t>кинуту у хащі, як за грати.</w:t>
      </w:r>
    </w:p>
    <w:p>
      <w:r>
        <w:br/>
        <w:t>По-сирітськи</w:t>
      </w:r>
    </w:p>
    <w:p>
      <w:r>
        <w:br/>
        <w:t>пахне хвойний ліс,</w:t>
      </w:r>
    </w:p>
    <w:p>
      <w:r>
        <w:br/>
        <w:t>тахне в сяйві місячнім дорога.&lt;br /&gt;</w:t>
        <w:br/>
        <w:t>Сніг тріщить, згоряючи, як хмиз,&lt;br /&gt;</w:t>
        <w:br/>
        <w:t>не пече, коли шепочеш: Ольга.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Вирвалася з ночі коляда!...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