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за підписом Олександер Дамаскин (Дамаскін) (збірка)</w:t>
      </w:r>
    </w:p>
    <w:p>
      <w:r>
        <w:br/>
        <w:t xml:space="preserve"> Вірші за підписом Олександер Дамаскин (Дамаскін)&lt;br /&gt;</w:t>
        <w:br/>
        <w:t>Вечір&lt;br /&gt;</w:t>
        <w:br/>
        <w:t>Весіннє небо сіросиве клоччя&lt;br /&gt;</w:t>
        <w:br/>
        <w:t>Із вітром у мережку запліта…&lt;br /&gt;</w:t>
        <w:br/>
        <w:t>І чую я із нетрів спів пророчий,&lt;br /&gt;</w:t>
        <w:br/>
        <w:t>Що там, у нетрях, темрява зроста.</w:t>
      </w:r>
    </w:p>
    <w:p>
      <w:r>
        <w:br/>
        <w:t>Вона пливе на вицвілих зірницях,&lt;br /&gt;</w:t>
        <w:br/>
        <w:t>І холодком вечірнім обійма.&lt;br /&gt;</w:t>
        <w:br/>
        <w:t>Берези йдуть, красуні білолиці,&lt;br /&gt;</w:t>
        <w:br/>
        <w:t>У запахущий і п’янкий туман.</w:t>
      </w:r>
    </w:p>
    <w:p>
      <w:r>
        <w:br/>
        <w:t>І він іде – всевладний синій вечір,&lt;br /&gt;</w:t>
        <w:br/>
        <w:t>Щоб на дорозі вовком залягти.&lt;br /&gt;</w:t>
        <w:br/>
        <w:t>Щоб посвист вдаль послати молодечий,&lt;br /&gt;</w:t>
        <w:br/>
        <w:t>І потім нишком по дворах пройти.</w:t>
      </w:r>
    </w:p>
    <w:p>
      <w:r>
        <w:br/>
        <w:t>В туман хатки край лісу зодягнути,&lt;br /&gt;</w:t>
        <w:br/>
        <w:t>І утекти у гущу через сад…&lt;br /&gt;</w:t>
        <w:br/>
        <w:t>І стихне все… І гомону не чути,&lt;br /&gt;</w:t>
        <w:br/>
        <w:t>І тільки зорі, наче виноград.</w:t>
      </w:r>
    </w:p>
    <w:p>
      <w:r>
        <w:br/>
        <w:t>У золоті позаплітались грона&lt;br /&gt;</w:t>
        <w:br/>
        <w:t>І манять землю крізь серпанок хмар…&lt;br /&gt;</w:t>
        <w:br/>
        <w:t>Летять вітри на зоряні перони,&lt;br /&gt;</w:t>
        <w:br/>
        <w:t>І семафором їм – Волосожар!</w:t>
      </w:r>
    </w:p>
    <w:p>
      <w:r>
        <w:br/>
        <w:t>Ровесникам&lt;br /&gt;</w:t>
        <w:br/>
        <w:t>Хай буде день один, як відблиск неба синій,&lt;br /&gt;</w:t>
        <w:br/>
        <w:t>Щоб нам, ровесникам, піти черев мости,&lt;br /&gt;</w:t>
        <w:br/>
        <w:t>Які показують дороги у долині,&lt;br /&gt;</w:t>
        <w:br/>
        <w:t>Куди за юністю, за радістю піти…</w:t>
      </w:r>
    </w:p>
    <w:p>
      <w:r>
        <w:br/>
        <w:t>Промчить травневий кінь, ударить в діл копитом,&lt;br /&gt;</w:t>
        <w:br/>
        <w:t>Чи вдягнеться в багрець пахучий листопад, —&lt;br /&gt;</w:t>
        <w:br/>
        <w:t>Ми будем жити так, щоб не дарма прожити,&lt;br /&gt;</w:t>
        <w:br/>
        <w:t>Бо ж корабель життя не вернеться назад.</w:t>
      </w:r>
    </w:p>
    <w:p>
      <w:r>
        <w:br/>
        <w:t>І що нам мілина, чи риф, чи грізні бурі,&lt;br /&gt;</w:t>
        <w:br/>
        <w:t>Ачей же допливем. Гей, уперед стерно!&lt;br /&gt;</w:t>
        <w:br/>
        <w:t>Хай хтось за борт впаде до всіх чортів і фурій,&lt;br /&gt;</w:t>
        <w:br/>
        <w:t>Аби лиш доплисти, а далі – все одно.</w:t>
      </w:r>
    </w:p>
    <w:p>
      <w:r>
        <w:br/>
        <w:t>На острові впадуть, як постарілі птиці,&lt;br /&gt;</w:t>
        <w:br/>
        <w:t>Підламлені життям ровесники мої,&lt;br /&gt;</w:t>
        <w:br/>
        <w:t>І буде знать орел, що їх серця із криці,&lt;br /&gt;</w:t>
        <w:br/>
        <w:t>Не виклює орел очей орлиних їм.</w:t>
      </w:r>
    </w:p>
    <w:p>
      <w:r>
        <w:br/>
        <w:t>Ходімо ж в день оцей, що наче відблиск синій&lt;br /&gt;</w:t>
        <w:br/>
        <w:t>І клечіні нарвем, зробивши всім вінки…&lt;br /&gt;</w:t>
        <w:br/>
        <w:t>Бо, може, тільки так і пощастить людині&lt;br /&gt;</w:t>
        <w:br/>
        <w:t>Дістати для життя не роки, а віки.</w:t>
      </w:r>
    </w:p>
    <w:p>
      <w:r>
        <w:br/>
        <w:t>Врятовані з Віфлеєму&lt;br /&gt;</w:t>
        <w:br/>
        <w:t>Воно не знало, де зосталась мати, —&lt;br /&gt;</w:t>
        <w:br/>
        <w:t>Чи у степу, чи там, де бій гримів —&lt;br /&gt;</w:t>
        <w:br/>
        <w:t>Таке мале, біляве і кирпате.&lt;br /&gt;</w:t>
        <w:br/>
        <w:t>Хлоп’я із краю тисячі громів.</w:t>
      </w:r>
    </w:p>
    <w:p>
      <w:r>
        <w:br/>
        <w:t>Там рвались бомби – він сміявся радо.&lt;br /&gt;</w:t>
        <w:br/>
        <w:t>Ходила смерть – він грався у квача,&lt;br /&gt;</w:t>
        <w:br/>
        <w:t>Дитинство, пройняте свинцевим градом,&lt;br /&gt;</w:t>
        <w:br/>
        <w:t>На щастя, смерти ще не поміча…</w:t>
      </w:r>
    </w:p>
    <w:p>
      <w:r>
        <w:br/>
        <w:t>Ми підійшли – всміхнулись тепло очи,&lt;br /&gt;</w:t>
        <w:br/>
        <w:t>Примерхлі трохи в тисячі громів; —&lt;br /&gt;</w:t>
        <w:br/>
        <w:t>І той, хто смерти розуміть не хоче,&lt;br /&gt;</w:t>
        <w:br/>
        <w:t>Дитячим серцем друзів зрозумів…</w:t>
      </w:r>
    </w:p>
    <w:p>
      <w:r>
        <w:br/>
        <w:t>Прелюдія&lt;br /&gt;</w:t>
        <w:br/>
        <w:t>Десь сонно ходять громовиці&lt;br /&gt;</w:t>
        <w:br/>
        <w:t>Над теплим морем чорних піль…&lt;br /&gt;</w:t>
        <w:br/>
        <w:t>А від небесної правиці&lt;br /&gt;</w:t>
        <w:br/>
        <w:t>На серці біль… щасливий біль.</w:t>
      </w:r>
    </w:p>
    <w:p>
      <w:r>
        <w:br/>
        <w:t>Грози відгомін в серці юнім&lt;br /&gt;</w:t>
        <w:br/>
        <w:t>Готичним стилем блискавиць,&lt;br /&gt;</w:t>
        <w:br/>
        <w:t>І я у грізному буруні&lt;br /&gt;</w:t>
        <w:br/>
        <w:t>Шукаю райдуг і жар-птиць.</w:t>
      </w:r>
    </w:p>
    <w:p>
      <w:r>
        <w:br/>
        <w:t>І ось схилилася із неба&lt;br /&gt;</w:t>
        <w:br/>
        <w:t>Веселка райдужним крилом…&lt;br /&gt;</w:t>
        <w:br/>
        <w:t>Щасливий я, бо що ще треба&lt;br /&gt;</w:t>
        <w:br/>
        <w:t>Щоб серце радістю цвіло?</w:t>
      </w:r>
    </w:p>
    <w:p>
      <w:r>
        <w:br/>
        <w:t>Цвітіть, серця! У громовиці&lt;br /&gt;</w:t>
        <w:br/>
        <w:t>Шукайте сили і снаги…&lt;br /&gt;</w:t>
        <w:br/>
        <w:t>Щоб нас веселки і жар-птиці&lt;br /&gt;</w:t>
        <w:br/>
        <w:t>Вели в рожеві береги.</w:t>
      </w:r>
    </w:p>
    <w:p>
      <w:r>
        <w:br/>
        <w:t>Зимовий вечір&lt;br /&gt;</w:t>
        <w:br/>
        <w:t>У поле глянеш од порога&lt;br /&gt;</w:t>
        <w:br/>
        <w:t>І в серці музика росте:&lt;br /&gt;</w:t>
        <w:br/>
        <w:t>Пливе зоря золоторога&lt;br /&gt;</w:t>
        <w:br/>
        <w:t>Небесним морем в синій степ…</w:t>
      </w:r>
    </w:p>
    <w:p>
      <w:r>
        <w:br/>
        <w:t>А там сніги небесну рану&lt;br /&gt;</w:t>
        <w:br/>
        <w:t>Тамують свіжістю і сном…&lt;br /&gt;</w:t>
        <w:br/>
        <w:t>Зоря згубила шаль рум’яну&lt;br /&gt;</w:t>
        <w:br/>
        <w:t>На стежку під моїм вікном.</w:t>
      </w:r>
    </w:p>
    <w:p>
      <w:r>
        <w:br/>
        <w:t>І в фіалковому просторі,&lt;br /&gt;</w:t>
        <w:br/>
        <w:t>Де вітер лагідно шумить,&lt;br /&gt;</w:t>
        <w:br/>
        <w:t>Хтось засвітив свічада-зорі,&lt;br /&gt;</w:t>
        <w:br/>
        <w:t>Сипнувши щедро їх в блакить.</w:t>
      </w:r>
    </w:p>
    <w:p>
      <w:r>
        <w:br/>
        <w:t>А явори, від вітру п’яні,&lt;br /&gt;</w:t>
        <w:br/>
        <w:t>Поснули всі блакитним сном,&lt;br /&gt;</w:t>
        <w:br/>
        <w:t>Зоря згубила шаль рум’яну&lt;br /&gt;</w:t>
        <w:br/>
        <w:t>На стежку під моїм вікном.</w:t>
      </w:r>
    </w:p>
    <w:p>
      <w:r>
        <w:br/>
        <w:t>Балада про плуг&lt;br /&gt;</w:t>
        <w:br/>
        <w:t>Він у землі лежав здавна,&lt;br /&gt;</w:t>
        <w:br/>
        <w:t>Урослий в надра лук,&lt;br /&gt;</w:t>
        <w:br/>
        <w:t>Він ждав когось, когось він звав,&lt;br /&gt;</w:t>
        <w:br/>
        <w:t>Цей заржавілий плуг…&lt;br /&gt;</w:t>
        <w:br/>
        <w:t>І вітер брязкіт ніс кругом:&lt;br /&gt;</w:t>
        <w:br/>
        <w:t>"Де мій одвічний плуг?"</w:t>
      </w:r>
    </w:p>
    <w:p>
      <w:r>
        <w:br/>
        <w:t>Пройшли літа, пройшли вітри&lt;br /&gt;</w:t>
        <w:br/>
        <w:t>Блакитним туманом…&lt;br /&gt;</w:t>
        <w:br/>
        <w:t>То ж скільки він в землі лежав?&lt;br /&gt;</w:t>
        <w:br/>
        <w:t>Ніхто не знав… Давно…&lt;br /&gt;</w:t>
        <w:br/>
        <w:t>І кров людську з боїв в степу&lt;br /&gt;</w:t>
        <w:br/>
        <w:t>Він пив, немов вино.</w:t>
      </w:r>
    </w:p>
    <w:p>
      <w:r>
        <w:br/>
        <w:t>І більше, дужче все ржавів&lt;br /&gt;</w:t>
        <w:br/>
        <w:t>І в землю западав…&lt;br /&gt;</w:t>
        <w:br/>
        <w:t>Пройшла від тирсою степів&lt;br /&gt;</w:t>
        <w:br/>
        <w:t>Війни важко хода.&lt;br /&gt;</w:t>
        <w:br/>
        <w:t>А плуг лежав в масній землі,&lt;br /&gt;</w:t>
        <w:br/>
        <w:t>А плуг людини ждав…</w:t>
      </w:r>
    </w:p>
    <w:p>
      <w:r>
        <w:br/>
        <w:t>Вона прийшла, прийшла з степів,&lt;br /&gt;</w:t>
        <w:br/>
        <w:t>Із чорної землі…&lt;br /&gt;</w:t>
        <w:br/>
        <w:t>Прийшла весна, а навесні&lt;br /&gt;</w:t>
        <w:br/>
        <w:t>Летіли журавлі.&lt;br /&gt;</w:t>
        <w:br/>
        <w:t>До плуга руки простяглись,&lt;br /&gt;</w:t>
        <w:br/>
        <w:t>– Не руки – мозолі.</w:t>
      </w:r>
    </w:p>
    <w:p>
      <w:r>
        <w:br/>
        <w:t>І плуг пішов углиб навскіс,&lt;br /&gt;</w:t>
        <w:br/>
        <w:t>У чорнозем, в тепло…&lt;br /&gt;</w:t>
        <w:br/>
        <w:t>І плуг людині показав,&lt;br /&gt;</w:t>
        <w:br/>
        <w:t>Де щастя джерело:&lt;br /&gt;</w:t>
        <w:br/>
        <w:t>У глибині, у теплоті&lt;br /&gt;</w:t>
        <w:br/>
        <w:t>Зернятко проросло…</w:t>
      </w:r>
    </w:p>
    <w:p>
      <w:r>
        <w:br/>
        <w:t>Дві квітки&lt;br /&gt;</w:t>
        <w:br/>
        <w:t>Усе раділо там. Шляхи і перелоги&lt;br /&gt;</w:t>
        <w:br/>
        <w:t>Нектар ранкових рос у захваті пили.&lt;br /&gt;</w:t>
        <w:br/>
        <w:t>І тільки у степу, в пилюці край дороги,&lt;br /&gt;</w:t>
        <w:br/>
        <w:t>Забуті усіма, волошка дві цвіли…</w:t>
      </w:r>
    </w:p>
    <w:p>
      <w:r>
        <w:br/>
        <w:t>Не бачив їх ніхто. Покриті пилюгою,&lt;br /&gt;</w:t>
        <w:br/>
        <w:t>Журилися вони під чобітьми людей,&lt;br /&gt;</w:t>
        <w:br/>
        <w:t>Лиш вітер уночі болючі рани гоїв&lt;br /&gt;</w:t>
        <w:br/>
        <w:t>І лагідно тулив до люблячих грудей.</w:t>
      </w:r>
    </w:p>
    <w:p>
      <w:r>
        <w:br/>
        <w:t>Ударив грім. Пройшли грози громохкі коні,&lt;br /&gt;</w:t>
        <w:br/>
        <w:t>Дощі обмили степ і жито на горбі…&lt;br /&gt;</w:t>
        <w:br/>
        <w:t>А ранком у степу на радісному лоні&lt;br /&gt;</w:t>
        <w:br/>
        <w:t>Всміхнулись до людей дві квітки голубі.</w:t>
      </w:r>
    </w:p>
    <w:p>
      <w:r>
        <w:br/>
        <w:t>І сором тих узяв, що, мимо часто йдучи,&lt;br /&gt;</w:t>
        <w:br/>
        <w:t>Не бачили квіток. Була в тому печаль,&lt;br /&gt;</w:t>
        <w:br/>
        <w:t>Іронія сумна і біль життя пекучий:&lt;br /&gt;</w:t>
        <w:br/>
        <w:t>Цвітучого в тіні ніхто не поміча…</w:t>
      </w:r>
    </w:p>
    <w:p>
      <w:r>
        <w:br/>
        <w:t>Земля моя…&lt;br /&gt;</w:t>
        <w:br/>
        <w:t>Широка даль, широкий степ! —&lt;br /&gt;</w:t>
        <w:br/>
        <w:t>Він зве мене, як синя казка,&lt;br /&gt;</w:t>
        <w:br/>
        <w:t>І в серці радістю росте&lt;br /&gt;</w:t>
        <w:br/>
        <w:t>До всього радісного ласка.</w:t>
      </w:r>
    </w:p>
    <w:p>
      <w:r>
        <w:br/>
        <w:t>Припасти б ніжно до землі&lt;br /&gt;</w:t>
        <w:br/>
        <w:t>І чути, як росте стеблина,&lt;br /&gt;</w:t>
        <w:br/>
        <w:t>Як в небі линуть журавлі,&lt;br /&gt;</w:t>
        <w:br/>
        <w:t>І чути клекіт журавлиний…</w:t>
      </w:r>
    </w:p>
    <w:p>
      <w:r>
        <w:br/>
        <w:t>Почути б радісні пісні&lt;br /&gt;</w:t>
        <w:br/>
        <w:t>Ніким нечуваних мелодій, —&lt;br /&gt;</w:t>
        <w:br/>
        <w:t>І у п’янкім тривожнім сні&lt;br /&gt;</w:t>
        <w:br/>
        <w:t>Заснуть з землею в теплій згоді.</w:t>
      </w:r>
    </w:p>
    <w:p>
      <w:r>
        <w:br/>
        <w:t>Щоб снились сни, як синя даль,&lt;br /&gt;</w:t>
        <w:br/>
        <w:t>Любови сплетені узори…&lt;br /&gt;</w:t>
        <w:br/>
        <w:t>Земля моя, краса, о, дай&lt;br /&gt;</w:t>
        <w:br/>
        <w:t>Почути те, що ти говориш!</w:t>
      </w:r>
    </w:p>
    <w:p>
      <w:r>
        <w:br/>
        <w:t>Смерть&lt;br /&gt;</w:t>
        <w:br/>
        <w:t>Уздрів я череп під ногами&lt;br /&gt;</w:t>
        <w:br/>
        <w:t>З пробитим кулею чолом…&lt;br /&gt;</w:t>
        <w:br/>
        <w:t>Зернятко, внесене вітрами,&lt;br /&gt;</w:t>
        <w:br/>
        <w:t>Тюльпаном в скронях проросло.</w:t>
      </w:r>
    </w:p>
    <w:p>
      <w:r>
        <w:br/>
        <w:t>І череп той, мов пишна ваза&lt;br /&gt;</w:t>
        <w:br/>
        <w:t>На імператорських столах…&lt;br /&gt;</w:t>
        <w:br/>
        <w:t>Так. Смерть взяла когось і зразу&lt;br /&gt;</w:t>
        <w:br/>
        <w:t>Новим життям вже зацвіла.</w:t>
      </w:r>
    </w:p>
    <w:p>
      <w:r>
        <w:br/>
        <w:t>Троянда&lt;br /&gt;</w:t>
        <w:br/>
        <w:t>Вона росла тут людям на вподобу,&lt;br /&gt;</w:t>
        <w:br/>
        <w:t>Троянда пишна, нерозквітла ще…&lt;br /&gt;</w:t>
        <w:br/>
        <w:t>Перенесла якусь тяжку хворобу&lt;br /&gt;</w:t>
        <w:br/>
        <w:t>І ожила, пробуджена дощем.</w:t>
      </w:r>
    </w:p>
    <w:p>
      <w:r>
        <w:br/>
        <w:t>І нагадала квітка Україну,&lt;br /&gt;</w:t>
        <w:br/>
        <w:t>Як милу дівчину дитячих літ, —&lt;br /&gt;</w:t>
        <w:br/>
        <w:t>Минеться слабість, хворість вся загине,&lt;br /&gt;</w:t>
        <w:br/>
        <w:t>І забуяє невмирущий цвіт.</w:t>
      </w:r>
    </w:p>
    <w:p>
      <w:r>
        <w:br/>
        <w:t>Дороги&lt;br /&gt;</w:t>
        <w:br/>
        <w:t>Гримлять шляхи, здригаються дороги&lt;br /&gt;</w:t>
        <w:br/>
        <w:t>Під тягарем окованих коліс…&lt;br /&gt;</w:t>
        <w:br/>
        <w:t>О, скільки кожен болю і тривоги&lt;br /&gt;</w:t>
        <w:br/>
        <w:t>Цими шляхами в молодість проніс.</w:t>
      </w:r>
    </w:p>
    <w:p>
      <w:r>
        <w:br/>
        <w:t>Гримлять шляхи старого Ганнібала&lt;br /&gt;</w:t>
        <w:br/>
        <w:t>Луною бронзи, міді й чавуну…&lt;br /&gt;</w:t>
        <w:br/>
        <w:t>О, скільки тут промчало коней чвалом,&lt;br /&gt;</w:t>
        <w:br/>
        <w:t>Пронісши в смерть оту дзвінку луну…</w:t>
      </w:r>
    </w:p>
    <w:p>
      <w:r>
        <w:br/>
        <w:t>Пливуть шляхи. Ідуть шляхами люди,&lt;br /&gt;</w:t>
        <w:br/>
        <w:t>Гарматні жерла чорну смерть несуть…&lt;br /&gt;</w:t>
        <w:br/>
        <w:t>Та все ж без цього й радости не буде,&lt;br /&gt;</w:t>
        <w:br/>
        <w:t>Бо тільки в грозах до веселки путь.</w:t>
      </w:r>
    </w:p>
    <w:p>
      <w:r>
        <w:br/>
        <w:t>"Ввижаються давні походи…"&lt;br /&gt;</w:t>
        <w:br/>
        <w:t>Ввижаються давні походи&lt;br /&gt;</w:t>
        <w:br/>
        <w:t>В степах африканських пустель…&lt;br /&gt;</w:t>
        <w:br/>
        <w:t>Самум насувається з сходу,&lt;br /&gt;</w:t>
        <w:br/>
        <w:t>В оазу тікає газель.</w:t>
      </w:r>
    </w:p>
    <w:p>
      <w:r>
        <w:br/>
        <w:t>За обрієм шум каравана,&lt;br /&gt;</w:t>
        <w:br/>
        <w:t>В кістках караванні путі.&lt;br /&gt;</w:t>
        <w:br/>
        <w:t>На обрії Fata Morgana&lt;br /&gt;</w:t>
        <w:br/>
        <w:t>Легенди спліта золоті.</w:t>
      </w:r>
    </w:p>
    <w:p>
      <w:r>
        <w:br/>
        <w:t>Тих років піщану віхолу&lt;br /&gt;</w:t>
        <w:br/>
        <w:t>За обрій відвіз караван…&lt;br /&gt;</w:t>
        <w:br/>
        <w:t>І танки на Тобрук і Соллум&lt;br /&gt;</w:t>
        <w:br/>
        <w:t>Помчали, немов ураган.</w:t>
      </w:r>
    </w:p>
    <w:p>
      <w:r>
        <w:br/>
        <w:t>Тікає струнка антилопа, —&lt;br /&gt;</w:t>
        <w:br/>
        <w:t>Завихрює вітер піски…&lt;br /&gt;</w:t>
        <w:br/>
        <w:t>І Роммель за Нову Європу&lt;br /&gt;</w:t>
        <w:br/>
        <w:t>Веде непоборні полки.</w:t>
      </w:r>
    </w:p>
    <w:p>
      <w:r>
        <w:br/>
        <w:t>Німецькі ідуть легіони&lt;br /&gt;</w:t>
        <w:br/>
        <w:t>Єдиним поривом сердець.&lt;br /&gt;</w:t>
        <w:br/>
        <w:t>Колони, гармати, колони…&lt;br /&gt;</w:t>
        <w:br/>
        <w:t>Англійці тікають з фортець.</w:t>
      </w:r>
    </w:p>
    <w:p>
      <w:r>
        <w:br/>
        <w:t>Розжарені ходять світанки&lt;br /&gt;</w:t>
        <w:br/>
        <w:t>І голос левиний луна.&lt;br /&gt;</w:t>
        <w:br/>
        <w:t>Ідуть караванами танки,&lt;br /&gt;</w:t>
        <w:br/>
        <w:t>Легенди герой почина.</w:t>
      </w:r>
    </w:p>
    <w:p>
      <w:r>
        <w:br/>
        <w:t>Лубні&lt;br /&gt;</w:t>
        <w:br/>
        <w:t>Вступ</w:t>
      </w:r>
    </w:p>
    <w:p>
      <w:r>
        <w:br/>
        <w:t>Де навесні сивіють віти&lt;br /&gt;</w:t>
        <w:br/>
        <w:t>Акацій білих у гаю,&lt;br /&gt;</w:t>
        <w:br/>
        <w:t>Я пісню кидаю свою&lt;br /&gt;</w:t>
        <w:br/>
        <w:t>Між запашні, п’янкучі квіти.&lt;br /&gt;</w:t>
        <w:br/>
        <w:t>А вітер ніжний приліта,&lt;br /&gt;</w:t>
        <w:br/>
        <w:t>І пісня маком зацвіта;&lt;br /&gt;</w:t>
        <w:br/>
        <w:t>Про Рідний Край, кохані ниви,&lt;br /&gt;</w:t>
        <w:br/>
        <w:t>І кислі присмаки кислиць…</w:t>
      </w:r>
    </w:p>
    <w:p>
      <w:r>
        <w:br/>
        <w:t>А місяць повний і щасливий&lt;br /&gt;</w:t>
        <w:br/>
        <w:t>Пливе між вицвілих зірниць.&lt;br /&gt;</w:t>
        <w:br/>
        <w:t>Легенди творяться таємні&lt;br /&gt;</w:t>
        <w:br/>
        <w:t>Серед сопілок солов’їв.&lt;br /&gt;</w:t>
        <w:br/>
        <w:t>Я тут зростав, співав, любив&lt;br /&gt;</w:t>
        <w:br/>
        <w:t>У ночі, запашні і темні.&lt;br /&gt;</w:t>
        <w:br/>
        <w:t>І сестрою мені була&lt;br /&gt;</w:t>
        <w:br/>
        <w:t>Блакитна, лагідна Сула.</w:t>
      </w:r>
    </w:p>
    <w:p>
      <w:r>
        <w:br/>
        <w:t>2</w:t>
      </w:r>
    </w:p>
    <w:p>
      <w:r>
        <w:br/>
        <w:t>Наливайків брід</w:t>
      </w:r>
    </w:p>
    <w:p>
      <w:r>
        <w:br/>
        <w:t>Лубні мої, моя колиска!&lt;br /&gt;</w:t>
        <w:br/>
        <w:t>Легенд загублена луна…&lt;br /&gt;</w:t>
        <w:br/>
        <w:t>З-за хмари кібець вирина&lt;br /&gt;</w:t>
        <w:br/>
        <w:t>Над давнім полем бойовиська.&lt;br /&gt;</w:t>
        <w:br/>
        <w:t>І там, де брязкали мечі,&lt;br /&gt;</w:t>
        <w:br/>
        <w:t>На власній ниві орачі&lt;br /&gt;</w:t>
        <w:br/>
        <w:t>За плугом йдуть, і сонця промінь&lt;br /&gt;</w:t>
        <w:br/>
        <w:t>На рало падає сріблом.&lt;br /&gt;</w:t>
        <w:br/>
        <w:t>Я тут, неначе в ріднім домі&lt;br /&gt;</w:t>
        <w:br/>
        <w:t>Над цим оспіваним руслом.&lt;br /&gt;</w:t>
        <w:br/>
        <w:t>Де під вербою хвилі сині&lt;br /&gt;</w:t>
        <w:br/>
        <w:t>Несуть дитячих років слід, —&lt;br /&gt;</w:t>
        <w:br/>
        <w:t>То славний Наливайків брід&lt;br /&gt;</w:t>
        <w:br/>
        <w:t>Попід горою, у долині.&lt;br /&gt;</w:t>
        <w:br/>
        <w:t>Верба схилила довгі віти,&lt;br /&gt;</w:t>
        <w:br/>
        <w:t>Як свідок щастя і розлук…&lt;br /&gt;</w:t>
        <w:br/>
        <w:t>Поета зве пісні творити&lt;br /&gt;</w:t>
        <w:br/>
        <w:t>Якоїсь пташки ніжний звук…&lt;br /&gt;</w:t>
        <w:br/>
        <w:t>Тут Наливайко в ніч киплячу?&lt;br /&gt;</w:t>
        <w:br/>
        <w:t>Топив із золотом бочки,&lt;br /&gt;</w:t>
        <w:br/>
        <w:t>А я свою любов дитячу&lt;br /&gt;</w:t>
        <w:br/>
        <w:t>Згубив над спокоєм ріки…</w:t>
      </w:r>
    </w:p>
    <w:p>
      <w:r>
        <w:br/>
        <w:t>3</w:t>
      </w:r>
    </w:p>
    <w:p>
      <w:r>
        <w:br/>
        <w:t>У моїй стороні</w:t>
      </w:r>
    </w:p>
    <w:p>
      <w:r>
        <w:br/>
        <w:t>Упаде ясний світанок&lt;br /&gt;</w:t>
        <w:br/>
        <w:t>Десь у далину…&lt;br /&gt;</w:t>
        <w:br/>
        <w:t>Двійко гарних подолянок&lt;br /&gt;</w:t>
        <w:br/>
        <w:t>Йдуть по дивину.</w:t>
      </w:r>
    </w:p>
    <w:p>
      <w:r>
        <w:br/>
        <w:t>Босоніж ідуть у росах.&lt;br /&gt;</w:t>
        <w:br/>
        <w:t>Ззаду срібний слід.&lt;br /&gt;</w:t>
        <w:br/>
        <w:t>Янтарем горить на косах&lt;br /&gt;</w:t>
        <w:br/>
        <w:t>Світанковий світ.</w:t>
      </w:r>
    </w:p>
    <w:p>
      <w:r>
        <w:br/>
        <w:t>А в садах – вишні червоні&lt;br /&gt;</w:t>
        <w:br/>
        <w:t>Жаром миготять.&lt;br /&gt;</w:t>
        <w:br/>
        <w:t>А у стайнях – власні коні&lt;br /&gt;</w:t>
        <w:br/>
        <w:t>Сіном хрумкотять…</w:t>
      </w:r>
    </w:p>
    <w:p>
      <w:r>
        <w:br/>
        <w:t>На покосах дзвонять коси, —&lt;br /&gt;</w:t>
        <w:br/>
        <w:t>Косять косарі…&lt;br /&gt;</w:t>
        <w:br/>
        <w:t>В дружній праці луг голосить&lt;br /&gt;</w:t>
        <w:br/>
        <w:t>З ранньої зорі.</w:t>
      </w:r>
    </w:p>
    <w:p>
      <w:r>
        <w:br/>
        <w:t>Це – удень. А прийде вечір&lt;br /&gt;</w:t>
        <w:br/>
        <w:t>Синій і легкий, —&lt;br /&gt;</w:t>
        <w:br/>
        <w:t>У садках заводять речі,&lt;br /&gt;</w:t>
        <w:br/>
        <w:t>Пісню парубки.</w:t>
      </w:r>
    </w:p>
    <w:p>
      <w:r>
        <w:br/>
        <w:t>Зашумить село піснями&lt;br /&gt;</w:t>
        <w:br/>
        <w:t>Не село – розмай.&lt;br /&gt;</w:t>
        <w:br/>
        <w:t>"Хто веселий – той із нами&lt;br /&gt;</w:t>
        <w:br/>
        <w:t>Танок починай!"</w:t>
      </w:r>
    </w:p>
    <w:p>
      <w:r>
        <w:br/>
        <w:t>Зійде зірка вечорова,&lt;br /&gt;</w:t>
        <w:br/>
        <w:t>Місяць засія, —&lt;br /&gt;</w:t>
        <w:br/>
        <w:t>Україна грає нова,&lt;br /&gt;</w:t>
        <w:br/>
        <w:t>В радощах буя.</w:t>
      </w:r>
    </w:p>
    <w:p>
      <w:r>
        <w:br/>
        <w:t>"Нащо співать про тугу серця…"&lt;br /&gt;</w:t>
        <w:br/>
        <w:t>Нащо співать про тугу серця, —&lt;br /&gt;</w:t>
        <w:br/>
        <w:t>Співали досить про любов…&lt;br /&gt;</w:t>
        <w:br/>
        <w:t>Хай краще у музичнім скерцо&lt;br /&gt;</w:t>
        <w:br/>
        <w:t>Зросте симфонія будов.</w:t>
      </w:r>
    </w:p>
    <w:p>
      <w:r>
        <w:br/>
        <w:t>Любов у мріях не шукати,&lt;br /&gt;</w:t>
        <w:br/>
        <w:t>Бо не знайти її. У світ,&lt;br /&gt;</w:t>
        <w:br/>
        <w:t>У працю вийду я із хати&lt;br /&gt;</w:t>
        <w:br/>
        <w:t>І землякам пішлю привіт.</w:t>
      </w:r>
    </w:p>
    <w:p>
      <w:r>
        <w:br/>
        <w:t>І праця буде нам, як пісня,&lt;br /&gt;</w:t>
        <w:br/>
        <w:t>Як джерело, як рідний степ…&lt;br /&gt;</w:t>
        <w:br/>
        <w:t>Зоря у небі зійде пізня&lt;br /&gt;</w:t>
        <w:br/>
        <w:t>І край оновлений вросте.</w:t>
      </w:r>
    </w:p>
    <w:p>
      <w:r>
        <w:br/>
        <w:t>І, може, як останній камінь&lt;br /&gt;</w:t>
        <w:br/>
        <w:t>Я покладу в одній з будов,&lt;br /&gt;</w:t>
        <w:br/>
        <w:t>Дівчина в теплими очами&lt;br /&gt;</w:t>
        <w:br/>
        <w:t>Мені щось скаже про любов.</w:t>
      </w:r>
    </w:p>
    <w:p>
      <w:r>
        <w:br/>
        <w:t>Черемха&lt;br /&gt;</w:t>
        <w:br/>
        <w:t>Цвіте черемха ніжно-білим шумом,&lt;br /&gt;</w:t>
        <w:br/>
        <w:t>На землю ронить білі пелюстки…&lt;br /&gt;</w:t>
        <w:br/>
        <w:t>О, не дивися, не дивися з сумом,&lt;br /&gt;</w:t>
        <w:br/>
        <w:t>Журитися і плакати покинь.</w:t>
      </w:r>
    </w:p>
    <w:p>
      <w:r>
        <w:br/>
        <w:t>Поглянь і пісню заспівай про весну,&lt;br /&gt;</w:t>
        <w:br/>
        <w:t>(Мотив дзвінкий візьми у журавлів),&lt;br /&gt;</w:t>
        <w:br/>
        <w:t>Як заквітчалось квітами чудесно&lt;br /&gt;</w:t>
        <w:br/>
        <w:t>Сумирне лоно тихої землі…</w:t>
      </w:r>
    </w:p>
    <w:p>
      <w:r>
        <w:br/>
        <w:t>Як з неба ллються срібно-тонні звуки,&lt;br /&gt;</w:t>
        <w:br/>
        <w:t>Як вечір курить ладаном верби…&lt;br /&gt;</w:t>
        <w:br/>
        <w:t>О, поклади мені на плечі руки&lt;br /&gt;</w:t>
        <w:br/>
        <w:t>І дай в очах втопитись голубих!</w:t>
      </w:r>
    </w:p>
    <w:p>
      <w:r>
        <w:br/>
        <w:t>Співай, співай же радісно і дзвінко,&lt;br /&gt;</w:t>
        <w:br/>
        <w:t>Щоб заспівала далеч голуба…&lt;br /&gt;</w:t>
        <w:br/>
        <w:t>Ах… Я забув… Ти в мене – українка, —&lt;br /&gt;</w:t>
        <w:br/>
        <w:t>У тебе в серці вічная журба!..</w:t>
      </w:r>
    </w:p>
    <w:p>
      <w:r>
        <w:br/>
        <w:t>Не криюсь…&lt;br /&gt;</w:t>
        <w:br/>
        <w:t>Не криюсь: часом хочеться забути&lt;br /&gt;</w:t>
        <w:br/>
        <w:t>Тривожні дні і відгук громовиць, —&lt;br /&gt;</w:t>
        <w:br/>
        <w:t>Тоді б мені в пахуче лоно рути,&lt;br /&gt;</w:t>
        <w:br/>
        <w:t>В тепло землі упасти горілиць.</w:t>
      </w:r>
    </w:p>
    <w:p>
      <w:r>
        <w:br/>
        <w:t>Щоб все було: далекий млин, лелеки,&lt;br /&gt;</w:t>
        <w:br/>
        <w:t>Вітрів дитячих міти і казки…&lt;br /&gt;</w:t>
        <w:br/>
        <w:t>Та то лиш мить! Вона така далека,&lt;br /&gt;</w:t>
        <w:br/>
        <w:t>А гін життя так боляче близький.</w:t>
      </w:r>
    </w:p>
    <w:p>
      <w:r>
        <w:br/>
        <w:t>Ні! хай гримить! Не двічі і не тричі;&lt;br /&gt;</w:t>
        <w:br/>
        <w:t>Хай нам іти під смертоносний град, —&lt;br /&gt;</w:t>
        <w:br/>
        <w:t>Коли людині гляне смерть у вічі,&lt;br /&gt;</w:t>
        <w:br/>
        <w:t>Тоді життя прекрасніше в стократ.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за підписом Олександер Дамаскин (Дамаскін)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