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про абетку</w:t>
      </w:r>
    </w:p>
    <w:p>
      <w:r>
        <w:br/>
        <w:t xml:space="preserve"> Марійка Підгірянка</w:t>
      </w:r>
    </w:p>
    <w:p>
      <w:r>
        <w:br/>
        <w:t>Азбука</w:t>
      </w:r>
    </w:p>
    <w:p>
      <w:r>
        <w:br/>
        <w:t>Бабуся вчула дивні вісті, —&lt;br /&gt;</w:t>
        <w:br/>
        <w:t>Вітрець, мабуть, приніс, —&lt;br /&gt;</w:t>
        <w:br/>
        <w:t>Що там далеко десь у місті&lt;br /&gt;</w:t>
        <w:br/>
        <w:t>Відважний хлопчик зріс.&lt;br /&gt;</w:t>
        <w:br/>
        <w:t>На саночках, мов вихор, мчиться,&lt;br /&gt;</w:t>
        <w:br/>
        <w:t>Нікому не зверта,&lt;br /&gt;</w:t>
        <w:br/>
        <w:t>І тільки азбуки боїться,&lt;br /&gt;</w:t>
        <w:br/>
        <w:t>Мов дикого кота.&lt;br /&gt;</w:t>
        <w:br/>
        <w:t>Бабуся внучка запросила&lt;br /&gt;</w:t>
        <w:br/>
        <w:t>Улітку на село,&lt;br /&gt;</w:t>
        <w:br/>
        <w:t>Коли пшеничка колосилась&lt;br /&gt;</w:t>
        <w:br/>
        <w:t>І все кругом цвіло.&lt;br /&gt;</w:t>
        <w:br/>
        <w:t>Для внучка азбуку зробила —&lt;br /&gt;</w:t>
        <w:br/>
        <w:t>Барвисті літерки.&lt;br /&gt;</w:t>
        <w:br/>
        <w:t>Їм ручки й ніжки приробила,&lt;br /&gt;</w:t>
        <w:br/>
        <w:t>Поставила в рядки.&lt;br /&gt;</w:t>
        <w:br/>
        <w:t>Одні одних за руки брали&lt;br /&gt;</w:t>
        <w:br/>
        <w:t>Веселі літерки&lt;br /&gt;</w:t>
        <w:br/>
        <w:t>І хлопчика до себе звали:&lt;br /&gt;</w:t>
        <w:br/>
        <w:t>— Не бійся нас, ходи!&lt;br /&gt;</w:t>
        <w:br/>
        <w:t>Вже хлопчик не втікав нікуди,&lt;br /&gt;</w:t>
        <w:br/>
        <w:t>За ручки букви брав,&lt;br /&gt;</w:t>
        <w:br/>
        <w:t>Погрався ними — і без труду&lt;br /&gt;</w:t>
        <w:br/>
        <w:t>Всю азбуку читав.</w:t>
      </w:r>
    </w:p>
    <w:p>
      <w:r>
        <w:br/>
        <w:t>* * *</w:t>
      </w:r>
    </w:p>
    <w:p>
      <w:r>
        <w:br/>
        <w:t>Голосні звуки</w:t>
      </w:r>
    </w:p>
    <w:p>
      <w:r>
        <w:br/>
        <w:t>О-о-о —&lt;br /&gt;</w:t>
        <w:br/>
        <w:t>Яєчко одно&lt;br /&gt;</w:t>
        <w:br/>
        <w:t>Знесла курочка чорненька.&lt;br /&gt;</w:t>
        <w:br/>
        <w:t>Знайшла дівчинка одненька —&lt;br /&gt;</w:t>
        <w:br/>
        <w:t>О-о-о —&lt;br /&gt;</w:t>
        <w:br/>
        <w:t>Яєчко одно.</w:t>
      </w:r>
    </w:p>
    <w:p>
      <w:r>
        <w:br/>
        <w:t>А-а-а,&lt;br /&gt;</w:t>
        <w:br/>
        <w:t>А яблучка два,&lt;br /&gt;</w:t>
        <w:br/>
        <w:t>Два яблучка червоненькі&lt;br /&gt;</w:t>
        <w:br/>
        <w:t>Несе донечка для неньки,&lt;br /&gt;</w:t>
        <w:br/>
        <w:t>А-а-а,&lt;br /&gt;</w:t>
        <w:br/>
        <w:t>Аж яблучка два.&lt;br /&gt;</w:t>
        <w:br/>
        <w:t>И-и-и,&lt;br /&gt;</w:t>
        <w:br/>
        <w:t>А хлопчики три&lt;br /&gt;</w:t>
        <w:br/>
        <w:t>В калабаню упали&lt;br /&gt;</w:t>
        <w:br/>
        <w:t>І всі разом кричали —&lt;br /&gt;</w:t>
        <w:br/>
        <w:t>И-и-и —&lt;br /&gt;</w:t>
        <w:br/>
        <w:t>Тих хлопчиків три.</w:t>
      </w:r>
    </w:p>
    <w:p>
      <w:r>
        <w:br/>
        <w:t>І-і-і —&lt;br /&gt;</w:t>
        <w:br/>
        <w:t>Лошачки малі,&lt;br /&gt;</w:t>
        <w:br/>
        <w:t>Є у них чотири ніжки,&lt;br /&gt;</w:t>
        <w:br/>
        <w:t>Коло воза ідуть пішки —&lt;br /&gt;</w:t>
        <w:br/>
        <w:t>І-і-і —&lt;br /&gt;</w:t>
        <w:br/>
        <w:t>Лошачки малі.</w:t>
      </w:r>
    </w:p>
    <w:p>
      <w:r>
        <w:br/>
        <w:t>У-у-у,&lt;br /&gt;</w:t>
        <w:br/>
        <w:t>Песик на шнурку,&lt;br /&gt;</w:t>
        <w:br/>
        <w:t>Цуценяток п'ять кудлатих&lt;br /&gt;</w:t>
        <w:br/>
        <w:t>Полягло біля хати.&lt;br /&gt;</w:t>
        <w:br/>
        <w:t>У-у-у,&lt;br /&gt;</w:t>
        <w:br/>
        <w:t>Песик на шнурку.</w:t>
      </w:r>
    </w:p>
    <w:p>
      <w:r>
        <w:br/>
        <w:t>Е-е-е,&lt;br /&gt;</w:t>
        <w:br/>
        <w:t>Де то мама, де?&lt;br /&gt;</w:t>
        <w:br/>
        <w:t>Нема мами, пішла в поле,&lt;br /&gt;</w:t>
        <w:br/>
        <w:t>Там бур'ян на ниві поле.&lt;br /&gt;</w:t>
        <w:br/>
        <w:t>Е-е-е,&lt;br /&gt;</w:t>
        <w:br/>
        <w:t>Ось вже мама йде!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про абетку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