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до Івана Самойловича</w:t>
      </w:r>
    </w:p>
    <w:p>
      <w:r>
        <w:br/>
        <w:t xml:space="preserve"> Змишляють поетове, іж Дедал 1, одданий,</w:t>
      </w:r>
    </w:p>
    <w:p>
      <w:r>
        <w:br/>
        <w:t>бувши в заточенії, за море засланий,</w:t>
      </w:r>
    </w:p>
    <w:p>
      <w:r>
        <w:br/>
        <w:t>В лябаринт, з которого вийти було трудно</w:t>
      </w:r>
    </w:p>
    <w:p>
      <w:r>
        <w:br/>
        <w:t>для помішаних дорог, а сидіти нудно,</w:t>
      </w:r>
    </w:p>
    <w:p>
      <w:r>
        <w:br/>
        <w:t>Учинив собі крила з различних матерій,</w:t>
      </w:r>
    </w:p>
    <w:p>
      <w:r>
        <w:br/>
        <w:t>і так, не шукаючи в лябаринті дверій,</w:t>
      </w:r>
    </w:p>
    <w:p>
      <w:r>
        <w:br/>
        <w:t>Вилетів з лябаринту і през море снадне</w:t>
      </w:r>
    </w:p>
    <w:p>
      <w:r>
        <w:br/>
        <w:t>прелетів, приправивши крила собі складне.</w:t>
      </w:r>
    </w:p>
    <w:p>
      <w:r>
        <w:br/>
        <w:t>Світ сей — то широким морем і пространним,</w:t>
      </w:r>
    </w:p>
    <w:p>
      <w:r>
        <w:br/>
        <w:t>земля — заточенієм всім, з рая вигнанним,</w:t>
      </w:r>
    </w:p>
    <w:p>
      <w:r>
        <w:br/>
        <w:t>А небо єст отчизна, але ко небесним</w:t>
      </w:r>
    </w:p>
    <w:p>
      <w:r>
        <w:br/>
        <w:t>двором трудно летіти з тяжарем тілесним.</w:t>
      </w:r>
    </w:p>
    <w:p>
      <w:r>
        <w:br/>
        <w:t>Од земного вигнання хто хочет до неба</w:t>
      </w:r>
    </w:p>
    <w:p>
      <w:r>
        <w:br/>
        <w:t>залетіти, первей крил добрих діл йому потреба.</w:t>
      </w:r>
    </w:p>
    <w:p>
      <w:r>
        <w:br/>
        <w:t>Рекл би хтось: "Сама віра до неба досягнет", —</w:t>
      </w:r>
    </w:p>
    <w:p>
      <w:r>
        <w:br/>
        <w:t>одвіщаю: "І кождий того з віри прагнет",</w:t>
      </w:r>
    </w:p>
    <w:p>
      <w:r>
        <w:br/>
        <w:t>Леч питаю: "Мертвий труп літати чи может?</w:t>
      </w:r>
    </w:p>
    <w:p>
      <w:r>
        <w:br/>
        <w:t>а віра, без діл мертва, як же то возможет?"</w:t>
      </w:r>
    </w:p>
    <w:p>
      <w:r>
        <w:br/>
        <w:t>Віра єдно єст крило, о єдном несміло</w:t>
      </w:r>
    </w:p>
    <w:p>
      <w:r>
        <w:br/>
        <w:t>крилі летіти, звлаща морем — страшно діло.</w:t>
      </w:r>
    </w:p>
    <w:p>
      <w:r>
        <w:br/>
        <w:t>Прето добродітелі не єдной потреба,</w:t>
      </w:r>
    </w:p>
    <w:p>
      <w:r>
        <w:br/>
        <w:t>аби-сьмо залетіли безпечно до неба.</w:t>
      </w:r>
    </w:p>
    <w:p>
      <w:r>
        <w:br/>
        <w:t>З тих мір і преподобний, тут на землі сущи,</w:t>
      </w:r>
    </w:p>
    <w:p>
      <w:r>
        <w:br/>
        <w:t>як в вигнанню, Іоанн, названий од Кущи,</w:t>
      </w:r>
    </w:p>
    <w:p>
      <w:r>
        <w:br/>
        <w:t>Аби могл великоє світа сього море</w:t>
      </w:r>
    </w:p>
    <w:p>
      <w:r>
        <w:br/>
        <w:t>пребути і попрати світовоє горе,</w:t>
      </w:r>
    </w:p>
    <w:p>
      <w:r>
        <w:br/>
        <w:t>Для безпечності шесть крил приправив превзятих,</w:t>
      </w:r>
    </w:p>
    <w:p>
      <w:r>
        <w:br/>
        <w:t>би достигл серафимов так шестокрилатих.</w:t>
      </w:r>
    </w:p>
    <w:p>
      <w:r>
        <w:br/>
        <w:t>Віру, надію, любов взяв на бок єдиний,</w:t>
      </w:r>
    </w:p>
    <w:p>
      <w:r>
        <w:br/>
        <w:t>чистость, послушаніє, убозство — на іний;</w:t>
      </w:r>
    </w:p>
    <w:p>
      <w:r>
        <w:br/>
        <w:t>А так окрилатівши, сам — і юж безпечне —</w:t>
      </w:r>
    </w:p>
    <w:p>
      <w:r>
        <w:br/>
        <w:t>долетів неба, живши до конця статечне.</w:t>
      </w:r>
    </w:p>
    <w:p>
      <w:r>
        <w:br/>
        <w:t>А од небес свойого тезоіменита,</w:t>
      </w:r>
    </w:p>
    <w:p>
      <w:r>
        <w:br/>
        <w:t>нашого російського вожда знаменита,</w:t>
      </w:r>
    </w:p>
    <w:p>
      <w:r>
        <w:br/>
        <w:t>Десницею своєю, яко патрон власний,</w:t>
      </w:r>
    </w:p>
    <w:p>
      <w:r>
        <w:br/>
        <w:t>благословляєт, таков глагол доброгласний</w:t>
      </w:r>
    </w:p>
    <w:p>
      <w:r>
        <w:br/>
        <w:t>Дая: "Іоанне, мні тезоіменитий,</w:t>
      </w:r>
    </w:p>
    <w:p>
      <w:r>
        <w:br/>
        <w:t>малоросійських воїнств вожду знаменитий,</w:t>
      </w:r>
    </w:p>
    <w:p>
      <w:r>
        <w:br/>
        <w:t>Буди благословенний на літа премнога,</w:t>
      </w:r>
    </w:p>
    <w:p>
      <w:r>
        <w:br/>
        <w:t>вшелякую щасливость одбирай од бога!</w:t>
      </w:r>
    </w:p>
    <w:p>
      <w:r>
        <w:br/>
        <w:t>Трьома сими крилами, даними ті свишше,</w:t>
      </w:r>
    </w:p>
    <w:p>
      <w:r>
        <w:br/>
        <w:t>буди благословенний трикратне і лишше!</w:t>
      </w:r>
    </w:p>
    <w:p>
      <w:r>
        <w:br/>
        <w:t>Єдиним альбовім крестом значне розширяєш</w:t>
      </w:r>
    </w:p>
    <w:p>
      <w:r>
        <w:br/>
        <w:t>честь божеськую, а другим — врагов устрашаєш,</w:t>
      </w:r>
    </w:p>
    <w:p>
      <w:r>
        <w:br/>
        <w:t>Третім зась з бозськой тобі даной благодати</w:t>
      </w:r>
    </w:p>
    <w:p>
      <w:r>
        <w:br/>
        <w:t>покой в милой отчизні знаєш устрояти.</w:t>
      </w:r>
    </w:p>
    <w:p>
      <w:r>
        <w:br/>
        <w:t>З християнського нраву апостольським словом</w:t>
      </w:r>
    </w:p>
    <w:p>
      <w:r>
        <w:br/>
        <w:t>над все хвалився єси о кресті Христовом.</w:t>
      </w:r>
    </w:p>
    <w:p>
      <w:r>
        <w:br/>
        <w:t>А жеби совершенна була пам'ять крестна,</w:t>
      </w:r>
    </w:p>
    <w:p>
      <w:r>
        <w:br/>
        <w:t>дарував бог три знаки тобі креста чесна;</w:t>
      </w:r>
    </w:p>
    <w:p>
      <w:r>
        <w:br/>
        <w:t>Три тії крести знаки тоє призначали,</w:t>
      </w:r>
    </w:p>
    <w:p>
      <w:r>
        <w:br/>
        <w:t>іж ся троє начальства во єдно злучали.</w:t>
      </w:r>
    </w:p>
    <w:p>
      <w:r>
        <w:br/>
        <w:t>Бог во тройці єдиний дав тобі єдину</w:t>
      </w:r>
    </w:p>
    <w:p>
      <w:r>
        <w:br/>
        <w:t>булаву, которая аби трвала вину.</w:t>
      </w:r>
    </w:p>
    <w:p>
      <w:r>
        <w:br/>
        <w:t>Покорив їй єще дві на большой подпорі,</w:t>
      </w:r>
    </w:p>
    <w:p>
      <w:r>
        <w:br/>
        <w:t>тебе найбарзій в своїм міючи дозорі,</w:t>
      </w:r>
    </w:p>
    <w:p>
      <w:r>
        <w:br/>
        <w:t>Которому одесную побожность предстоїть</w:t>
      </w:r>
    </w:p>
    <w:p>
      <w:r>
        <w:br/>
        <w:t>а звиклості своєї все доброє строїть,</w:t>
      </w:r>
    </w:p>
    <w:p>
      <w:r>
        <w:br/>
        <w:t>Бо гди разженоє серце носить,</w:t>
      </w:r>
    </w:p>
    <w:p>
      <w:r>
        <w:br/>
        <w:t>чого оним у бога тобі не упросить.</w:t>
      </w:r>
    </w:p>
    <w:p>
      <w:r>
        <w:br/>
        <w:t>Тая серцем керуєт твоїм во все благо,</w:t>
      </w:r>
    </w:p>
    <w:p>
      <w:r>
        <w:br/>
        <w:t>тая тя сохраняєт од всякого злаго,</w:t>
      </w:r>
    </w:p>
    <w:p>
      <w:r>
        <w:br/>
        <w:t>Тая тя побудила церкви мурувати</w:t>
      </w:r>
    </w:p>
    <w:p>
      <w:r>
        <w:br/>
        <w:t>і чесними ікони благоукрашати.</w:t>
      </w:r>
    </w:p>
    <w:p>
      <w:r>
        <w:br/>
        <w:t>Тая тя устрояєт учених любити,</w:t>
      </w:r>
    </w:p>
    <w:p>
      <w:r>
        <w:br/>
        <w:t>а наукам патроном особливим бити,</w:t>
      </w:r>
    </w:p>
    <w:p>
      <w:r>
        <w:br/>
        <w:t>З которих ростет слава, оздоба, подпора</w:t>
      </w:r>
    </w:p>
    <w:p>
      <w:r>
        <w:br/>
        <w:t>милой отчизні нашой і утіха скора.</w:t>
      </w:r>
    </w:p>
    <w:p>
      <w:r>
        <w:br/>
        <w:t>Тая доведет тебе і самого неба,</w:t>
      </w:r>
    </w:p>
    <w:p>
      <w:r>
        <w:br/>
        <w:t>кгди ж з тих всіх учинков неба тобі треба.</w:t>
      </w:r>
    </w:p>
    <w:p>
      <w:r>
        <w:br/>
        <w:t>Іоанн Кущник неба тобі, Іоанну,</w:t>
      </w:r>
    </w:p>
    <w:p>
      <w:r>
        <w:br/>
        <w:t>сприяю і до неба і до бога о сем непрестанну</w:t>
      </w:r>
    </w:p>
    <w:p>
      <w:r>
        <w:br/>
        <w:t>Молитву возсилаю, аби-сь був зо мною,</w:t>
      </w:r>
    </w:p>
    <w:p>
      <w:r>
        <w:br/>
        <w:t>которий трьома крести хвалишся і мною.</w:t>
      </w:r>
    </w:p>
    <w:p>
      <w:r>
        <w:br/>
        <w:t>Пребував на землі барзо в тісной кущі,</w:t>
      </w:r>
    </w:p>
    <w:p>
      <w:r>
        <w:br/>
        <w:t>не требував-єм другов, але нині, сущи</w:t>
      </w:r>
    </w:p>
    <w:p>
      <w:r>
        <w:br/>
        <w:t>На пространню в небі, всіх тут хощу зріти,</w:t>
      </w:r>
    </w:p>
    <w:p>
      <w:r>
        <w:br/>
        <w:t>всіх, сопрославляющих бога, прагну міти,</w:t>
      </w:r>
    </w:p>
    <w:p>
      <w:r>
        <w:br/>
        <w:t>А особливе тебе, тезоіменита,</w:t>
      </w:r>
    </w:p>
    <w:p>
      <w:r>
        <w:br/>
        <w:t>пред богом і людьми в ділєх знаменита.</w:t>
      </w:r>
    </w:p>
    <w:p>
      <w:r>
        <w:br/>
        <w:t>Тілько впред на землі пожий літа многа,</w:t>
      </w:r>
    </w:p>
    <w:p>
      <w:r>
        <w:br/>
        <w:t>а я тобі лацно з'єднаю у бога".</w:t>
      </w:r>
    </w:p>
    <w:p>
      <w:r>
        <w:br/>
        <w:t>То і тим подобная со небес віщаєт</w:t>
      </w:r>
    </w:p>
    <w:p>
      <w:r>
        <w:br/>
        <w:t>преподобний Іоанн, кгди благословляєт</w:t>
      </w:r>
    </w:p>
    <w:p>
      <w:r>
        <w:br/>
        <w:t>Тебе, яко патрон твой, вождь, ясновельможний</w:t>
      </w:r>
    </w:p>
    <w:p>
      <w:r>
        <w:br/>
        <w:t>малоросійський гетьмане, чулий, осторожний.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до Івана Самойловича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