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для малят про звірят</w:t>
      </w:r>
    </w:p>
    <w:p>
      <w:r>
        <w:br/>
        <w:t xml:space="preserve"> Марійка Підгірянка</w:t>
      </w:r>
    </w:p>
    <w:p>
      <w:r>
        <w:br/>
        <w:t>Юрко, Жмурко і Хмурко</w:t>
      </w:r>
    </w:p>
    <w:p>
      <w:r>
        <w:br/>
        <w:t>Було в Юрця коти два,&lt;br /&gt;</w:t>
        <w:br/>
        <w:t>Невеличкі обидва.&lt;br /&gt;</w:t>
        <w:br/>
        <w:t>Цей чистецький — то Жмурко,&lt;br /&gt;</w:t>
        <w:br/>
        <w:t>А брудненький — то Хмурко.</w:t>
      </w:r>
    </w:p>
    <w:p>
      <w:r>
        <w:br/>
        <w:t>Жмурко чисто лапки мив&lt;br /&gt;</w:t>
        <w:br/>
        <w:t>І обачно скрізь ходив.&lt;br /&gt;</w:t>
        <w:br/>
        <w:t>Хмурко часто в комин ліз,&lt;br /&gt;</w:t>
        <w:br/>
        <w:t>Став неначе шмаровіз.</w:t>
      </w:r>
    </w:p>
    <w:p>
      <w:r>
        <w:br/>
        <w:t>Раз Юрко сніданок їв,&lt;br /&gt;</w:t>
        <w:br/>
        <w:t>Коло столика сидів.&lt;br /&gt;</w:t>
        <w:br/>
        <w:t>Біля Юрчика Жмурко&lt;br /&gt;</w:t>
        <w:br/>
        <w:t>Пив тепленьке молоко.</w:t>
      </w:r>
    </w:p>
    <w:p>
      <w:r>
        <w:br/>
        <w:t>Поміж них Хмурко — тарах! —&lt;br /&gt;</w:t>
        <w:br/>
        <w:t>А мав сажу на лапках.&lt;br /&gt;</w:t>
        <w:br/>
        <w:t>Де ллиш лапкою ступив —&lt;br /&gt;</w:t>
        <w:br/>
        <w:t>Чорний слід там залишив.</w:t>
      </w:r>
    </w:p>
    <w:p>
      <w:r>
        <w:br/>
        <w:t>Узяв Юрко прутика,&lt;br /&gt;</w:t>
        <w:br/>
        <w:t>Хап брудного котика,&lt;br /&gt;</w:t>
        <w:br/>
        <w:t>Перетріпав кожушину,&lt;br /&gt;</w:t>
        <w:br/>
        <w:t>За віконце Хмурка кинув.</w:t>
      </w:r>
    </w:p>
    <w:p>
      <w:r>
        <w:br/>
        <w:t>Виліз котик наш на плотик,&lt;br /&gt;</w:t>
        <w:br/>
        <w:t>Миє лапки, миє ротик.&lt;br /&gt;</w:t>
        <w:br/>
        <w:t>Аж як вмиється чистенько,&lt;br /&gt;</w:t>
        <w:br/>
        <w:t>Можна гратись з ним гарненько.</w:t>
      </w:r>
    </w:p>
    <w:p>
      <w:r>
        <w:br/>
        <w:t>* * * * *</w:t>
      </w:r>
    </w:p>
    <w:p>
      <w:r>
        <w:br/>
        <w:t>Чорнячок</w:t>
      </w:r>
    </w:p>
    <w:p>
      <w:r>
        <w:br/>
        <w:t>У бабусі-бабусеньки&lt;br /&gt;</w:t>
        <w:br/>
        <w:t>Був коток — Чорнячок,&lt;br /&gt;</w:t>
        <w:br/>
        <w:t>Кожушок мав гарнесенький&lt;br /&gt;</w:t>
        <w:br/>
        <w:t>І лискучий, наче шовк.</w:t>
      </w:r>
    </w:p>
    <w:p>
      <w:r>
        <w:br/>
        <w:t>Мав рожевий круглий ротик&lt;br /&gt;</w:t>
        <w:br/>
        <w:t>І біленькі всі лапки.&lt;br /&gt;</w:t>
        <w:br/>
        <w:t>Гарний був бабусин котик,&lt;br /&gt;</w:t>
        <w:br/>
        <w:t>Любесенький отакий.</w:t>
      </w:r>
    </w:p>
    <w:p>
      <w:r>
        <w:br/>
        <w:t>Як ще котик був манюсій,&lt;br /&gt;</w:t>
        <w:br/>
        <w:t>Йти нікуди не хотів,&lt;br /&gt;</w:t>
        <w:br/>
        <w:t>У бабусі на кожусі&lt;br /&gt;</w:t>
        <w:br/>
        <w:t>Все дрімав і муркотів.</w:t>
      </w:r>
    </w:p>
    <w:p>
      <w:r>
        <w:br/>
        <w:t>Чорнячок той хорошенький&lt;br /&gt;</w:t>
        <w:br/>
        <w:t>Дуже чепурний ходив,&lt;br /&gt;</w:t>
        <w:br/>
        <w:t>Не терпів ні порошинки —&lt;br /&gt;</w:t>
        <w:br/>
        <w:t>Носик, ротик, вушка мив.</w:t>
      </w:r>
    </w:p>
    <w:p>
      <w:r>
        <w:br/>
        <w:t>А як виріс Чорняченко,&lt;br /&gt;</w:t>
        <w:br/>
        <w:t>Виходив уже надвір,&lt;br /&gt;</w:t>
        <w:br/>
        <w:t>Роздивлявся все пильненко,&lt;br /&gt;</w:t>
        <w:br/>
        <w:t>Чи не йде ворожий звір.</w:t>
      </w:r>
    </w:p>
    <w:p>
      <w:r>
        <w:br/>
        <w:t>Бо у нього вороженьків&lt;br /&gt;</w:t>
        <w:br/>
        <w:t>Було повно скрізь кругом:&lt;br /&gt;</w:t>
        <w:br/>
        <w:t>Брисько, ворог цей тяженький,&lt;br /&gt;</w:t>
        <w:br/>
        <w:t>І цапок з кривим рогом,</w:t>
      </w:r>
    </w:p>
    <w:p>
      <w:r>
        <w:br/>
        <w:t>Та ще й квочечка чубата,&lt;br /&gt;</w:t>
        <w:br/>
        <w:t>Туркітлива і лиха —&lt;br /&gt;</w:t>
        <w:br/>
        <w:t>Водить по двору курчата,&lt;br /&gt;</w:t>
        <w:br/>
        <w:t>На Чорнячка зазіха.</w:t>
      </w:r>
    </w:p>
    <w:p>
      <w:r>
        <w:br/>
        <w:t>Та він ворогам не дався&lt;br /&gt;</w:t>
        <w:br/>
        <w:t>У годиночку лиху —&lt;br /&gt;</w:t>
        <w:br/>
        <w:t>То на дереві спинявся,&lt;br /&gt;</w:t>
        <w:br/>
        <w:t>То стрибав знов по даху.</w:t>
      </w:r>
    </w:p>
    <w:p>
      <w:r>
        <w:br/>
        <w:t>Як додому повертався,&lt;br /&gt;</w:t>
        <w:br/>
        <w:t>Пити молочка прохав,&lt;br /&gt;</w:t>
        <w:br/>
        <w:t>Все з бабусею вітався,&lt;br /&gt;</w:t>
        <w:br/>
        <w:t>Білу лапку подавав.</w:t>
      </w:r>
    </w:p>
    <w:p>
      <w:r>
        <w:br/>
        <w:t>* * * * *</w:t>
      </w:r>
    </w:p>
    <w:p>
      <w:r>
        <w:br/>
        <w:t>Киця і квачик</w:t>
      </w:r>
    </w:p>
    <w:p>
      <w:r>
        <w:br/>
        <w:t>І</w:t>
      </w:r>
    </w:p>
    <w:p>
      <w:r>
        <w:br/>
        <w:t>Побачила киця квачик,&lt;br /&gt;</w:t>
        <w:br/>
        <w:t>На полицю за ним скаче.&lt;br /&gt;</w:t>
        <w:br/>
        <w:t>Взяла квачик за чуприну&lt;br /&gt;</w:t>
        <w:br/>
        <w:t>І стягнула на долину*.</w:t>
      </w:r>
    </w:p>
    <w:p>
      <w:r>
        <w:br/>
        <w:t>Стала всюди ним крутити,&lt;br /&gt;</w:t>
        <w:br/>
        <w:t>На всі сторони котити,&lt;br /&gt;</w:t>
        <w:br/>
        <w:t>Закотила хтозна-де,&lt;br /&gt;</w:t>
        <w:br/>
        <w:t>Вже нема квача ніде.</w:t>
      </w:r>
    </w:p>
    <w:p>
      <w:r>
        <w:br/>
        <w:t>ІІ</w:t>
      </w:r>
    </w:p>
    <w:p>
      <w:r>
        <w:br/>
        <w:t>Дідусь квачика шукає:&lt;br /&gt;</w:t>
        <w:br/>
        <w:t>Тут немає, там немає,&lt;br /&gt;</w:t>
        <w:br/>
        <w:t>Став уже дідусь журитись,&lt;br /&gt;</w:t>
        <w:br/>
        <w:t>Нічим буде поголитись,</w:t>
      </w:r>
    </w:p>
    <w:p>
      <w:r>
        <w:br/>
        <w:t>Бо і де ж квача шукати&lt;br /&gt;</w:t>
        <w:br/>
        <w:t>Чей не сам же втік він з хати.</w:t>
      </w:r>
    </w:p>
    <w:p>
      <w:r>
        <w:br/>
        <w:t>ІІІ</w:t>
      </w:r>
    </w:p>
    <w:p>
      <w:r>
        <w:br/>
        <w:t>Ой, утік, ой, побіг&lt;br /&gt;</w:t>
        <w:br/>
        <w:t>З-під полиці під поріг,&lt;br /&gt;</w:t>
        <w:br/>
        <w:t>З-під порога аж під плотик,&lt;br /&gt;</w:t>
        <w:br/>
        <w:t>Взяла киця квачик в ротик&lt;br /&gt;</w:t>
        <w:br/>
        <w:t>І ну його микати,&lt;br /&gt;</w:t>
        <w:br/>
        <w:t>І ну ж його смикати,&lt;br /&gt;</w:t>
        <w:br/>
        <w:t>Потім взяла між лапки,&lt;br /&gt;</w:t>
        <w:br/>
        <w:t>Затягнула між тріски,&lt;br /&gt;</w:t>
        <w:br/>
        <w:t>Закинула під дрова —&lt;br /&gt;</w:t>
        <w:br/>
        <w:t>Там упав і пропав.</w:t>
      </w:r>
    </w:p>
    <w:p>
      <w:r>
        <w:br/>
        <w:t>ІV</w:t>
      </w:r>
    </w:p>
    <w:p>
      <w:r>
        <w:br/>
        <w:t>По дрова дідусь пішов&lt;br /&gt;</w:t>
        <w:br/>
        <w:t>І там квачик свій знайшов,&lt;br /&gt;</w:t>
        <w:br/>
        <w:t>Обсмиканий, обтертий,&lt;br /&gt;</w:t>
        <w:br/>
        <w:t>Із щетини обдертий.</w:t>
      </w:r>
    </w:p>
    <w:p>
      <w:r>
        <w:br/>
        <w:t>— Це твоя, кицю, робота,&lt;br /&gt;</w:t>
        <w:br/>
        <w:t>Це твоя, кицю, пустота,&lt;br /&gt;</w:t>
        <w:br/>
        <w:t>Ой, дістанеш по хвості&lt;br /&gt;</w:t>
        <w:br/>
        <w:t>За ці витівки пусті.</w:t>
      </w:r>
    </w:p>
    <w:p>
      <w:r>
        <w:br/>
        <w:t>V</w:t>
      </w:r>
    </w:p>
    <w:p>
      <w:r>
        <w:br/>
        <w:t>Дідусь прутика шукає,&lt;br /&gt;</w:t>
        <w:br/>
        <w:t>Юрчик дідуся благає:&lt;br /&gt;</w:t>
        <w:br/>
        <w:t>— Ой дідусю, дідусю,&lt;br /&gt;</w:t>
        <w:br/>
        <w:t>Не бий мою котусю,&lt;br /&gt;</w:t>
        <w:br/>
        <w:t>Не бий мою кицю-мицю,&lt;br /&gt;</w:t>
        <w:br/>
        <w:t>Більш не піде на полицю.</w:t>
      </w:r>
    </w:p>
    <w:p>
      <w:r>
        <w:br/>
        <w:t>VI</w:t>
      </w:r>
    </w:p>
    <w:p>
      <w:r>
        <w:br/>
        <w:t>Юрчик кицю прикликає&lt;br /&gt;</w:t>
        <w:br/>
        <w:t>І наказує-навчає:&lt;br /&gt;</w:t>
        <w:br/>
        <w:t>— Кицю-мицю, добре слухай,&lt;br /&gt;</w:t>
        <w:br/>
        <w:t>Що не твоє, то не рухай;</w:t>
      </w:r>
    </w:p>
    <w:p>
      <w:r>
        <w:br/>
        <w:t>Ані дудуся квачів,&lt;br /&gt;</w:t>
        <w:br/>
        <w:t>Ані Петруся м'ячів,&lt;br /&gt;</w:t>
        <w:br/>
        <w:t>Ані дядькових шнурочків,&lt;br /&gt;</w:t>
        <w:br/>
        <w:t>Ані тітчиних клубочків,</w:t>
      </w:r>
    </w:p>
    <w:p>
      <w:r>
        <w:br/>
        <w:t>І не лізь до бабці,&lt;br /&gt;</w:t>
        <w:br/>
        <w:t>В бабусині капці,&lt;br /&gt;</w:t>
        <w:br/>
        <w:t>І по етажерці,&lt;br /&gt;</w:t>
        <w:br/>
        <w:t>Не виправляй герців,</w:t>
      </w:r>
    </w:p>
    <w:p>
      <w:r>
        <w:br/>
        <w:t>Не розкочуй олівців,&lt;br /&gt;</w:t>
        <w:br/>
        <w:t>На роздирай папірців,&lt;br /&gt;</w:t>
        <w:br/>
        <w:t>Не вистрибуй з кута в кут,&lt;br /&gt;</w:t>
        <w:br/>
        <w:t>Бо в роботі буде прут.</w:t>
      </w:r>
    </w:p>
    <w:p>
      <w:r>
        <w:br/>
        <w:t>VІІ</w:t>
      </w:r>
    </w:p>
    <w:p>
      <w:r>
        <w:br/>
        <w:t>Киця-миця слухає,&lt;br /&gt;</w:t>
        <w:br/>
        <w:t>Вусиками рухає,&lt;br /&gt;</w:t>
        <w:br/>
        <w:t>В очі Юрка споглядає,&lt;br /&gt;</w:t>
        <w:br/>
        <w:t>Мов порадоньки питає:&lt;br /&gt;</w:t>
        <w:br/>
        <w:t>— Порадь мені, як гратися,&lt;br /&gt;</w:t>
        <w:br/>
        <w:t>Щоб з прутиком не знатися,&lt;br /&gt;</w:t>
        <w:br/>
        <w:t>Бо я киця маленька,&lt;br /&gt;</w:t>
        <w:br/>
        <w:t>Бавитися раденька.</w:t>
      </w:r>
    </w:p>
    <w:p>
      <w:r>
        <w:br/>
        <w:t>Юрчик розважав цю справу&lt;br /&gt;</w:t>
        <w:br/>
        <w:t>І придумав так забаву:&lt;br /&gt;</w:t>
        <w:br/>
        <w:t>Всилив гудзик на ниточку&lt;br /&gt;</w:t>
        <w:br/>
        <w:t>І забавляв ним кицечку.</w:t>
      </w:r>
    </w:p>
    <w:p>
      <w:r>
        <w:br/>
        <w:t>Бавилися без пригоди,&lt;br /&gt;</w:t>
        <w:br/>
        <w:t>Не зробили ніде шкоди.&lt;br /&gt;</w:t>
        <w:br/>
        <w:t>А потім до столу сіли&lt;br /&gt;</w:t>
        <w:br/>
        <w:t>І вечерю смачно з'їли.</w:t>
      </w:r>
    </w:p>
    <w:p>
      <w:r>
        <w:br/>
        <w:t>Киця-миця з Юрчиком&lt;br /&gt;</w:t>
        <w:br/>
        <w:t>Їли кашку з молочком.</w:t>
      </w:r>
    </w:p>
    <w:p>
      <w:r>
        <w:br/>
        <w:t>* * * * *</w:t>
      </w:r>
    </w:p>
    <w:p>
      <w:r>
        <w:br/>
        <w:t>Брисько, Гуска і Лисичка</w:t>
      </w:r>
    </w:p>
    <w:p>
      <w:r>
        <w:br/>
        <w:t>Була собі лисичка,&lt;br /&gt;</w:t>
        <w:br/>
        <w:t>Хитренька молодичка,&lt;br /&gt;</w:t>
        <w:br/>
        <w:t>Пішла раз у дорогу&lt;br /&gt;</w:t>
        <w:br/>
        <w:t>І сильно збила ногу.</w:t>
      </w:r>
    </w:p>
    <w:p>
      <w:r>
        <w:br/>
        <w:t>Не може в ліс ходити&lt;br /&gt;</w:t>
        <w:br/>
        <w:t>І зайчиків ловити.</w:t>
      </w:r>
    </w:p>
    <w:p>
      <w:r>
        <w:br/>
        <w:t>В село собі мандрує —&lt;br /&gt;</w:t>
        <w:br/>
        <w:t>Чей там кого змудрує!</w:t>
      </w:r>
    </w:p>
    <w:p>
      <w:r>
        <w:br/>
        <w:t>В селі стояла хата&lt;br /&gt;</w:t>
        <w:br/>
        <w:t>Старого діда Гната.&lt;br /&gt;</w:t>
        <w:br/>
        <w:t>Під хатою ходила&lt;br /&gt;</w:t>
        <w:br/>
        <w:t>Там гуска білокрила.</w:t>
      </w:r>
    </w:p>
    <w:p>
      <w:r>
        <w:br/>
        <w:t>Лисичка щось гадає,&lt;br /&gt;</w:t>
        <w:br/>
        <w:t>Мудрує, розважає.</w:t>
      </w:r>
    </w:p>
    <w:p>
      <w:r>
        <w:br/>
        <w:t>— Гей, вийдіть, добрі люди!&lt;br /&gt;</w:t>
        <w:br/>
        <w:t>— А хто такий там буде?&lt;br /&gt;</w:t>
        <w:br/>
        <w:t>— Лисичка-молодичка,&lt;br /&gt;</w:t>
        <w:br/>
        <w:t>Нещасная калічка;&lt;br /&gt;</w:t>
        <w:br/>
        <w:t>Бо трапилась пригода,&lt;br /&gt;</w:t>
        <w:br/>
        <w:t>Що й згадувати шкода;&lt;br /&gt;</w:t>
        <w:br/>
        <w:t>У ямку курка впала,&lt;br /&gt;</w:t>
        <w:br/>
        <w:t>Її я рятувала&lt;br /&gt;</w:t>
        <w:br/>
        <w:t>І викрутила ногу.&lt;br /&gt;</w:t>
        <w:br/>
        <w:t>Пожалуйте небогу!</w:t>
      </w:r>
    </w:p>
    <w:p>
      <w:r>
        <w:br/>
        <w:t>— Зайди, зайди в хатину,&lt;br /&gt;</w:t>
        <w:br/>
        <w:t>З'їси що та й спочинеш.&lt;br /&gt;</w:t>
        <w:br/>
        <w:t>— Воліла б заробити.&lt;br /&gt;</w:t>
        <w:br/>
        <w:t>Ось гуска невеличка,&lt;br /&gt;</w:t>
        <w:br/>
        <w:t>Немов моя сестричка.&lt;br /&gt;</w:t>
        <w:br/>
        <w:t>Її щоднини пожену&lt;br /&gt;</w:t>
        <w:br/>
        <w:t>Скубти над річкою траву.</w:t>
      </w:r>
    </w:p>
    <w:p>
      <w:r>
        <w:br/>
        <w:t>Господар каже: — Згода!&lt;br /&gt;</w:t>
        <w:br/>
        <w:t>Для мене це вигода.&lt;br /&gt;</w:t>
        <w:br/>
        <w:t>Пастимеш гуску на узліску —&lt;br /&gt;</w:t>
        <w:br/>
        <w:t>Не буде гуска в шкоду лізти.</w:t>
      </w:r>
    </w:p>
    <w:p>
      <w:r>
        <w:br/>
        <w:t>В ту пору Брись кудлатий&lt;br /&gt;</w:t>
        <w:br/>
        <w:t>Крутився коло хати,&lt;br /&gt;</w:t>
        <w:br/>
        <w:t>Цю мову зачуває&lt;br /&gt;</w:t>
        <w:br/>
        <w:t>Й на вус собі мотає.</w:t>
      </w:r>
    </w:p>
    <w:p>
      <w:r>
        <w:br/>
        <w:t>Бурчить! — Ага, ага, ага!&lt;br /&gt;</w:t>
        <w:br/>
        <w:t>Зажди, лисичко дорога!</w:t>
      </w:r>
    </w:p>
    <w:p>
      <w:r>
        <w:br/>
        <w:t>Піду я за тобою вслід.&lt;br /&gt;</w:t>
        <w:br/>
        <w:t>Чи гуску пастимеш як слід.&lt;br /&gt;</w:t>
        <w:br/>
        <w:t>Лисичку просять сісти,&lt;br /&gt;</w:t>
        <w:br/>
        <w:t>Дали їй добре їсти,&lt;br /&gt;</w:t>
        <w:br/>
        <w:t>Дали ще й торбу сала,&lt;br /&gt;</w:t>
        <w:br/>
        <w:t>Щоб на полудне мала.</w:t>
      </w:r>
    </w:p>
    <w:p>
      <w:r>
        <w:br/>
        <w:t>Взяла цю закуску пастушка&lt;br /&gt;</w:t>
        <w:br/>
        <w:t>Й жене на пашу білу гуску.</w:t>
      </w:r>
    </w:p>
    <w:p>
      <w:r>
        <w:br/>
        <w:t>Іде лисичка та й кульгає,&lt;br /&gt;</w:t>
        <w:br/>
        <w:t>А Брисько лиш хвостом махає.&lt;br /&gt;</w:t>
        <w:br/>
        <w:t>І назирцем він, назирцем&lt;br /&gt;</w:t>
        <w:br/>
        <w:t>Іде за нею вслід тихцем.&lt;br /&gt;</w:t>
        <w:br/>
        <w:t>І весело йде гуска наша&lt;br /&gt;</w:t>
        <w:br/>
        <w:t>Їй бо запахла свіжа паша.</w:t>
      </w:r>
    </w:p>
    <w:p>
      <w:r>
        <w:br/>
        <w:t>І обіймає вже лисичку,&lt;br /&gt;</w:t>
        <w:br/>
        <w:t>Немов свою нову сестричку.&lt;br /&gt;</w:t>
        <w:br/>
        <w:t>— Ти добра, — каже, — ти ласкава,&lt;br /&gt;</w:t>
        <w:br/>
        <w:t>Мене взяла на свіжі трави.</w:t>
      </w:r>
    </w:p>
    <w:p>
      <w:r>
        <w:br/>
        <w:t>Ти не така, як Брисько,&lt;br /&gt;</w:t>
        <w:br/>
        <w:t>Оцей недобрий псисько&lt;br /&gt;</w:t>
        <w:br/>
        <w:t>На річку не пускає,&lt;br /&gt;</w:t>
        <w:br/>
        <w:t>З городу виганяє.</w:t>
      </w:r>
    </w:p>
    <w:p>
      <w:r>
        <w:br/>
        <w:t>А їй на це лисиця:&lt;br /&gt;</w:t>
        <w:br/>
        <w:t>— Ти Бриська стережися,&lt;br /&gt;</w:t>
        <w:br/>
        <w:t>Бо він твій ворог лютий,&lt;br /&gt;</w:t>
        <w:br/>
        <w:t>В комірці б рад замкнути.</w:t>
      </w:r>
    </w:p>
    <w:p>
      <w:r>
        <w:br/>
        <w:t>Ходім в корчі тут близько,&lt;br /&gt;</w:t>
        <w:br/>
        <w:t>Щоб не підслухав Брисько.</w:t>
      </w:r>
    </w:p>
    <w:p>
      <w:r>
        <w:br/>
        <w:t>А Брись стояв вже саме&lt;br /&gt;</w:t>
        <w:br/>
        <w:t>За тими за кущами&lt;br /&gt;</w:t>
        <w:br/>
        <w:t>Тихенько, ані писнув.&lt;br /&gt;</w:t>
        <w:br/>
        <w:t>Листочком не шелеснув.</w:t>
      </w:r>
    </w:p>
    <w:p>
      <w:r>
        <w:br/>
        <w:t>Цікавий він був дуже,&lt;br /&gt;</w:t>
        <w:br/>
        <w:t>Що то лисиця вструже.&lt;br /&gt;</w:t>
        <w:br/>
        <w:t>Ось гуску вже схопила&lt;br /&gt;</w:t>
        <w:br/>
        <w:t>Лапами попід крила.</w:t>
      </w:r>
    </w:p>
    <w:p>
      <w:r>
        <w:br/>
        <w:t>Й в кущі понесла скоро...&lt;br /&gt;</w:t>
        <w:br/>
        <w:t>Та Брисько все те бачить —&lt;br /&gt;</w:t>
        <w:br/>
        <w:t>Ось з-за куща вже скаче&lt;br /&gt;</w:t>
        <w:br/>
        <w:t>І зрадницю лисицю&lt;br /&gt;</w:t>
        <w:br/>
        <w:t>Ухопив за спідницю.</w:t>
      </w:r>
    </w:p>
    <w:p>
      <w:r>
        <w:br/>
        <w:t>Спідничка обірвалась,&lt;br /&gt;</w:t>
        <w:br/>
        <w:t>Лисичка налякалась,</w:t>
      </w:r>
    </w:p>
    <w:p>
      <w:r>
        <w:br/>
        <w:t>Пустила гуску з рота,&lt;br /&gt;</w:t>
        <w:br/>
        <w:t>Пропала вся робота...&lt;br /&gt;</w:t>
        <w:br/>
        <w:t>Лисичка в ліс побігла,&lt;br /&gt;</w:t>
        <w:br/>
        <w:t>Втекти тому лиш встигла,</w:t>
      </w:r>
    </w:p>
    <w:p>
      <w:r>
        <w:br/>
        <w:t>Що мусив Брись остатись,&lt;br /&gt;</w:t>
        <w:br/>
        <w:t>Щоб гуску рятувати.&lt;br /&gt;</w:t>
        <w:br/>
        <w:t>Воли на неї бризнув,&lt;br /&gt;</w:t>
        <w:br/>
        <w:t>Язиком дзьобок лизнув...</w:t>
      </w:r>
    </w:p>
    <w:p>
      <w:r>
        <w:br/>
        <w:t>Помалу гуска встала —&lt;br /&gt;</w:t>
        <w:br/>
        <w:t>Та й зразу відгадала&lt;br /&gt;</w:t>
        <w:br/>
        <w:t>Лисички хитру зраду&lt;br /&gt;</w:t>
        <w:br/>
        <w:t>І Бриська щиру раду.</w:t>
      </w:r>
    </w:p>
    <w:p>
      <w:r>
        <w:br/>
        <w:t>Взяла в два крила лапу псячу,&lt;br /&gt;</w:t>
        <w:br/>
        <w:t>Цілує щиро, з втіхи плаче...</w:t>
      </w:r>
    </w:p>
    <w:p>
      <w:r>
        <w:br/>
        <w:t>По тій страшній пригоді.&lt;br /&gt;</w:t>
        <w:br/>
        <w:t>Жили разом у згоді,&lt;br /&gt;</w:t>
        <w:br/>
        <w:t>Бо гуска у біді пізнала,&lt;br /&gt;</w:t>
        <w:br/>
        <w:t>Що в Бриську — друга мала.</w:t>
      </w:r>
    </w:p>
    <w:p>
      <w:r>
        <w:br/>
        <w:t>Хоч він не раз картав, гарчав,&lt;br /&gt;</w:t>
        <w:br/>
        <w:t>Але завжди добра бажав!</w:t>
      </w:r>
    </w:p>
    <w:p>
      <w:r>
        <w:br/>
        <w:t>* * * * *</w:t>
      </w:r>
    </w:p>
    <w:p>
      <w:r>
        <w:br/>
        <w:t>Лисиччина Штука</w:t>
      </w:r>
    </w:p>
    <w:p>
      <w:r>
        <w:br/>
        <w:t>Лисичка-сестричка снігами бродить,&lt;br /&gt;</w:t>
        <w:br/>
        <w:t>Немов поживи, голодна ходить:&lt;br /&gt;</w:t>
        <w:br/>
        <w:t>— Ой Боже, мій Боже, пошли що з'їсти,&lt;br /&gt;</w:t>
        <w:br/>
        <w:t>Бо я вже не можу ні йти, ні лізти!</w:t>
      </w:r>
    </w:p>
    <w:p>
      <w:r>
        <w:br/>
        <w:t>Аж бачить — он зайчик біжить серед снігу,&lt;br /&gt;</w:t>
        <w:br/>
        <w:t>Його не догонить лисичка з бігу...&lt;br /&gt;</w:t>
        <w:br/>
        <w:t>Міркує-гадає, аж очі жмурить,&lt;br /&gt;</w:t>
        <w:br/>
        <w:t>Чей того малого зайчика здурить.</w:t>
      </w:r>
    </w:p>
    <w:p>
      <w:r>
        <w:br/>
        <w:t>Схилилась низенько, гребе лапочками,&lt;br /&gt;</w:t>
        <w:br/>
        <w:t>Кричить, що аж гомін іде лісами:&lt;br /&gt;</w:t>
        <w:br/>
        <w:t>— Знайшла я під снігом добра чимало:&lt;br /&gt;</w:t>
        <w:br/>
        <w:t>Головку капусти, м'ясо і сало!</w:t>
      </w:r>
    </w:p>
    <w:p>
      <w:r>
        <w:br/>
        <w:t>Капусту лишу, бо ж то річ не ласа,&lt;br /&gt;</w:t>
        <w:br/>
        <w:t>Досить наїмся сала і м'яса!&lt;br /&gt;</w:t>
        <w:br/>
        <w:t>Капусту сховаю на місці оцьому,&lt;br /&gt;</w:t>
        <w:br/>
        <w:t>А з салом і м'ясом біжу додому!</w:t>
      </w:r>
    </w:p>
    <w:p>
      <w:r>
        <w:br/>
        <w:t>І щось одгрібає, і щось загрібає,&lt;br /&gt;</w:t>
        <w:br/>
        <w:t>І ніби додому з чимсь утікає,&lt;br /&gt;</w:t>
        <w:br/>
        <w:t>Сама ж поспішає за кущ засісти,&lt;br /&gt;</w:t>
        <w:br/>
        <w:t>Чей зайчик захоче капусту їсти.</w:t>
      </w:r>
    </w:p>
    <w:p>
      <w:r>
        <w:br/>
        <w:t>А зайчик і справді не забарився,&lt;br /&gt;</w:t>
        <w:br/>
        <w:t>Як вчув про капусту, то звеселився,&lt;br /&gt;</w:t>
        <w:br/>
        <w:t>Ось-ось добігає, ось-ось вже близько,&lt;br /&gt;</w:t>
        <w:br/>
        <w:t>Аж тут десь узявся сірий вовчисько.</w:t>
      </w:r>
    </w:p>
    <w:p>
      <w:r>
        <w:br/>
        <w:t>І він також вийшов на лови вранці,&lt;br /&gt;</w:t>
        <w:br/>
        <w:t>Вчув мову лисички, повірив байці,&lt;br /&gt;</w:t>
        <w:br/>
        <w:t>Шерсть настовбурчив: — Того не бувало,&lt;br /&gt;</w:t>
        <w:br/>
        <w:t>Щоб хитра лисичка поїла сало!</w:t>
      </w:r>
    </w:p>
    <w:p>
      <w:r>
        <w:br/>
        <w:t>І також пустився в той бік стрілою,&lt;br /&gt;</w:t>
        <w:br/>
        <w:t>Кричить: — Де ти, кумо? Ділися зі мною!&lt;br /&gt;</w:t>
        <w:br/>
        <w:t>Найшов, причепився: — Де теє сало?&lt;br /&gt;</w:t>
        <w:br/>
        <w:t>Гарчить, скалить зуби, аж лячно стало.</w:t>
      </w:r>
    </w:p>
    <w:p>
      <w:r>
        <w:br/>
        <w:t>Зіщулився зайчик від того гуку,&lt;br /&gt;</w:t>
        <w:br/>
        <w:t>Підняв довгі вуха, зрозумів штуку.&lt;br /&gt;</w:t>
        <w:br/>
        <w:t>Втікає щосили до свого роду,&lt;br /&gt;</w:t>
        <w:br/>
        <w:t>Щоб всім розказати страшну пригоду.</w:t>
      </w:r>
    </w:p>
    <w:p>
      <w:r>
        <w:br/>
        <w:t>* * * * *</w:t>
      </w:r>
    </w:p>
    <w:p>
      <w:r>
        <w:br/>
        <w:t>Подертий кожушок</w:t>
      </w:r>
    </w:p>
    <w:p>
      <w:r>
        <w:br/>
        <w:t>В терню зайчик скакав,&lt;br /&gt;</w:t>
        <w:br/>
        <w:t>Кожушину розірвав:&lt;br /&gt;</w:t>
        <w:br/>
        <w:t>Йде лисичку просити&lt;br /&gt;</w:t>
        <w:br/>
        <w:t>Кожушину зашити.</w:t>
      </w:r>
    </w:p>
    <w:p>
      <w:r>
        <w:br/>
        <w:t>"Ой, лисичко, серденько,&lt;br /&gt;</w:t>
        <w:br/>
        <w:t>Заший кожух скоренько!"&lt;br /&gt;</w:t>
        <w:br/>
        <w:t>"Десь ходив, нащось дер?&lt;br /&gt;</w:t>
        <w:br/>
        <w:t>Ходи в дранті тепер!"</w:t>
      </w:r>
    </w:p>
    <w:p>
      <w:r>
        <w:br/>
        <w:t>Плаче зайчик сльозами,&lt;br /&gt;</w:t>
        <w:br/>
        <w:t>"Як я піду до мами?&lt;br /&gt;</w:t>
        <w:br/>
        <w:t>Позич, кумо, хоч ниток,&lt;br /&gt;</w:t>
        <w:br/>
        <w:t>Сам зашию кожушок.</w:t>
      </w:r>
    </w:p>
    <w:p>
      <w:r>
        <w:br/>
        <w:t>Будуть мама карати,&lt;br /&gt;</w:t>
        <w:br/>
        <w:t>Вже не пустять гуляти,&lt;br /&gt;</w:t>
        <w:br/>
        <w:t>Бо ся дуже обдер,&lt;br /&gt;</w:t>
        <w:br/>
        <w:t>Що ж учиню тепер?"</w:t>
      </w:r>
    </w:p>
    <w:p>
      <w:r>
        <w:br/>
        <w:t>А лисичка: "Га-га-га!&lt;br /&gt;</w:t>
        <w:br/>
        <w:t>В мене пряжа дорога,&lt;br /&gt;</w:t>
        <w:br/>
        <w:t>В тебе тайстра порожня,&lt;br /&gt;</w:t>
        <w:br/>
        <w:t>Так, зайчику, не можна...</w:t>
      </w:r>
    </w:p>
    <w:p>
      <w:r>
        <w:br/>
        <w:t>Не дам ниток без грошей,&lt;br /&gt;</w:t>
        <w:br/>
        <w:t>Легінику хороший.&lt;br /&gt;</w:t>
        <w:br/>
        <w:t>Десь ходив, нащось дер?&lt;br /&gt;</w:t>
        <w:br/>
        <w:t>Ходи в дранті тепер!"</w:t>
      </w:r>
    </w:p>
    <w:p>
      <w:r>
        <w:br/>
        <w:t>Прийшов зайчик до мами,&lt;br /&gt;</w:t>
        <w:br/>
        <w:t>Сплесла мама руками:&lt;br /&gt;</w:t>
        <w:br/>
        <w:t>Що ти вчинив, маленький,&lt;br /&gt;</w:t>
        <w:br/>
        <w:t>Пропав кожух новенький!</w:t>
      </w:r>
    </w:p>
    <w:p>
      <w:r>
        <w:br/>
        <w:t>"Мамко, любко, не бийте,&lt;br /&gt;</w:t>
        <w:br/>
        <w:t>Кожушину зашийте...&lt;br /&gt;</w:t>
        <w:br/>
        <w:t>Бо ся дуже обдер,&lt;br /&gt;</w:t>
        <w:br/>
        <w:t>Що ж учиню тепер?"</w:t>
      </w:r>
    </w:p>
    <w:p>
      <w:r>
        <w:br/>
        <w:t>Мама синка не била,&lt;br /&gt;</w:t>
        <w:br/>
        <w:t>Кожушину зашила:&lt;br /&gt;</w:t>
        <w:br/>
        <w:t>"По тернині не ходи,&lt;br /&gt;</w:t>
        <w:br/>
        <w:t>Кожушину не дери!"</w:t>
      </w:r>
    </w:p>
    <w:p>
      <w:r>
        <w:br/>
        <w:t>"Вже не піду ніколи,&lt;br /&gt;</w:t>
        <w:br/>
        <w:t>Бо тернина поколе!"&lt;br /&gt;</w:t>
        <w:br/>
        <w:t>Зайчик очка обтер&lt;br /&gt;</w:t>
        <w:br/>
        <w:t>І знов скаче тепер.</w:t>
      </w:r>
    </w:p>
    <w:p>
      <w:r>
        <w:br/>
        <w:t>* * * * *</w:t>
      </w:r>
    </w:p>
    <w:p>
      <w:r>
        <w:br/>
        <w:t>Їжачок</w:t>
      </w:r>
    </w:p>
    <w:p>
      <w:r>
        <w:br/>
        <w:t>Жив у лісі їжачок.&lt;br /&gt;</w:t>
        <w:br/>
        <w:t>Тоді не мав ще колючок.&lt;br /&gt;</w:t>
        <w:br/>
        <w:t>Як мишка, був маленький,&lt;br /&gt;</w:t>
        <w:br/>
        <w:t>Як грудочка, товстенький,&lt;br /&gt;</w:t>
        <w:br/>
        <w:t>Смачненькі яблучка вже їв,&lt;br /&gt;</w:t>
        <w:br/>
        <w:t>Вигідно собі жив.</w:t>
      </w:r>
    </w:p>
    <w:p>
      <w:r>
        <w:br/>
        <w:t>Та раз, як яблучка збирав,&lt;br /&gt;</w:t>
        <w:br/>
        <w:t>Вчув голос: гав, гав, гав!&lt;br /&gt;</w:t>
        <w:br/>
        <w:t>То Брисько його на біду&lt;br /&gt;</w:t>
        <w:br/>
        <w:t>Геть проганяв з саду.</w:t>
      </w:r>
    </w:p>
    <w:p>
      <w:r>
        <w:br/>
        <w:t>Їжак скоренько утікав,&lt;br /&gt;</w:t>
        <w:br/>
        <w:t>Аж перед Богом став. —&lt;br /&gt;</w:t>
        <w:br/>
        <w:t>Лапки до неба взносить&lt;br /&gt;</w:t>
        <w:br/>
        <w:t>І Пана Бога просить:</w:t>
      </w:r>
    </w:p>
    <w:p>
      <w:r>
        <w:br/>
        <w:t>— Ой, дай же, Боже,&lt;br /&gt;</w:t>
        <w:br/>
        <w:t>Що мені гоже:&lt;br /&gt;</w:t>
        <w:br/>
        <w:t>Бриськові боки,&lt;br /&gt;</w:t>
        <w:br/>
        <w:t>Бриськові скоки,&lt;br /&gt;</w:t>
        <w:br/>
        <w:t>Бриськові зуби&lt;br /&gt;</w:t>
        <w:br/>
        <w:t>Дай, Боже любий.</w:t>
      </w:r>
    </w:p>
    <w:p>
      <w:r>
        <w:br/>
        <w:t>А Господь їжачка любив,&lt;br /&gt;</w:t>
        <w:br/>
        <w:t>Прохання його сповнив.&lt;br /&gt;</w:t>
        <w:br/>
        <w:t>Десь наш маленький їжак щез&lt;br /&gt;</w:t>
        <w:br/>
        <w:t>І стався з нього пес —</w:t>
      </w:r>
    </w:p>
    <w:p>
      <w:r>
        <w:br/>
        <w:t>Та гей той Брисько: скок та скік,&lt;br /&gt;</w:t>
        <w:br/>
        <w:t>До хатки в ліс утік.&lt;br /&gt;</w:t>
        <w:br/>
        <w:t>Та в тім то і біда ціла,&lt;br /&gt;</w:t>
        <w:br/>
        <w:t>Що хатка замала...</w:t>
      </w:r>
    </w:p>
    <w:p>
      <w:r>
        <w:br/>
        <w:t>Їжак новую збудував,&lt;br /&gt;</w:t>
        <w:br/>
        <w:t>Дзеркальце в ній поклав&lt;br /&gt;</w:t>
        <w:br/>
        <w:t>І гордо споглядає,&lt;br /&gt;</w:t>
        <w:br/>
        <w:t>Що Бриськів вигляд має.</w:t>
      </w:r>
    </w:p>
    <w:p>
      <w:r>
        <w:br/>
        <w:t>Потому Брисько-їжачок&lt;br /&gt;</w:t>
        <w:br/>
        <w:t>Сміло біжить у садок;&lt;br /&gt;</w:t>
        <w:br/>
        <w:t>Ступає гордо, бо ж ніхто&lt;br /&gt;</w:t>
        <w:br/>
        <w:t>Не вижене його.</w:t>
      </w:r>
    </w:p>
    <w:p>
      <w:r>
        <w:br/>
        <w:t>Та перший Брисько не лежить,&lt;br /&gt;</w:t>
        <w:br/>
        <w:t>Гострі зуби скалить:&lt;br /&gt;</w:t>
        <w:br/>
        <w:t>— Геть, злодію поганий,&lt;br /&gt;</w:t>
        <w:br/>
        <w:t>Бо будуть в тілі рани!</w:t>
      </w:r>
    </w:p>
    <w:p>
      <w:r>
        <w:br/>
        <w:t>Втікає бідний їжачок,&lt;br /&gt;</w:t>
        <w:br/>
        <w:t>З садочку скік та скок.&lt;br /&gt;</w:t>
        <w:br/>
        <w:t>Не хоче вже псом бути —&lt;br /&gt;</w:t>
        <w:br/>
        <w:t>Й так лиха не минути.</w:t>
      </w:r>
    </w:p>
    <w:p>
      <w:r>
        <w:br/>
        <w:t>Аж дивиться, коло воріт&lt;br /&gt;</w:t>
        <w:br/>
        <w:t>Веприк годований лежить;&lt;br /&gt;</w:t>
        <w:br/>
        <w:t>Витягнув довге рило&lt;br /&gt;</w:t>
        <w:br/>
        <w:t>І рохкає весело.</w:t>
      </w:r>
    </w:p>
    <w:p>
      <w:r>
        <w:br/>
        <w:t>Їжак в тій хвилі забажав,&lt;br /&gt;</w:t>
        <w:br/>
        <w:t>Щоб веприком він став.&lt;br /&gt;</w:t>
        <w:br/>
        <w:t>Побіг до Бога, просить,&lt;br /&gt;</w:t>
        <w:br/>
        <w:t>Лапки високо взносить:</w:t>
      </w:r>
    </w:p>
    <w:p>
      <w:r>
        <w:br/>
        <w:t>— Ой, дай же, Боже,&lt;br /&gt;</w:t>
        <w:br/>
        <w:t>Що мені гоже:&lt;br /&gt;</w:t>
        <w:br/>
        <w:t>Свиняче рило,&lt;br /&gt;</w:t>
        <w:br/>
        <w:t>Хвостик, як шило,</w:t>
      </w:r>
    </w:p>
    <w:p>
      <w:r>
        <w:br/>
        <w:t>Тверду щетину&lt;br /&gt;</w:t>
        <w:br/>
        <w:t>Й широку спину.&lt;br /&gt;</w:t>
        <w:br/>
        <w:t>А Господь їжачка любив,&lt;br /&gt;</w:t>
        <w:br/>
        <w:t>Прохання його сповнив:</w:t>
      </w:r>
    </w:p>
    <w:p>
      <w:r>
        <w:br/>
        <w:t>З їжачка веприк стався вмить.&lt;br /&gt;</w:t>
        <w:br/>
        <w:t>Весело в ліс біжить.&lt;br /&gt;</w:t>
        <w:br/>
        <w:t>І як до хатки лиш прийшов,&lt;br /&gt;</w:t>
        <w:br/>
        <w:t>То дзеркальце найшов&lt;br /&gt;</w:t>
        <w:br/>
        <w:t>І в нім приглядався,&lt;br /&gt;</w:t>
        <w:br/>
        <w:t>Яким красавцем стався.</w:t>
      </w:r>
    </w:p>
    <w:p>
      <w:r>
        <w:br/>
        <w:t>З вигляду свого дуже рад,&lt;br /&gt;</w:t>
        <w:br/>
        <w:t>Біжить скоренько в сад;&lt;br /&gt;</w:t>
        <w:br/>
        <w:t>На дерево став лізти&lt;br /&gt;</w:t>
        <w:br/>
        <w:t>Яблучок попоїсти.</w:t>
      </w:r>
    </w:p>
    <w:p>
      <w:r>
        <w:br/>
        <w:t>Та клятий Брисько вже гарчить,&lt;br /&gt;</w:t>
        <w:br/>
        <w:t>На їжака кричить:&lt;br /&gt;</w:t>
        <w:br/>
        <w:t>— Ану злізай, потворо,&lt;br /&gt;</w:t>
        <w:br/>
        <w:t>Із дерева, та скоро!</w:t>
      </w:r>
    </w:p>
    <w:p>
      <w:r>
        <w:br/>
        <w:t>Їжак затрясся зі страху&lt;br /&gt;</w:t>
        <w:br/>
        <w:t>В годиночку лиху:&lt;br /&gt;</w:t>
        <w:br/>
        <w:t>Упав поміж тернину,&lt;br /&gt;</w:t>
        <w:br/>
        <w:t>Набив колючок в спину.</w:t>
      </w:r>
    </w:p>
    <w:p>
      <w:r>
        <w:br/>
        <w:t>Ледве до хаточки добіг&lt;br /&gt;</w:t>
        <w:br/>
        <w:t>І зараз в постіль ліг.&lt;br /&gt;</w:t>
        <w:br/>
        <w:t>Промивав рани і мастив&lt;br /&gt;</w:t>
        <w:br/>
        <w:t>Та ледве загоїв.</w:t>
      </w:r>
    </w:p>
    <w:p>
      <w:r>
        <w:br/>
        <w:t>Рани боліти перестали,&lt;br /&gt;</w:t>
        <w:br/>
        <w:t>Та колючки в спині стирчали.&lt;br /&gt;</w:t>
        <w:br/>
        <w:t>Потім збирається в дорогу&lt;br /&gt;</w:t>
        <w:br/>
        <w:t>Ще поклонитись Пану Богу,</w:t>
      </w:r>
    </w:p>
    <w:p>
      <w:r>
        <w:br/>
        <w:t>Щоб знов став їжачком таким,&lt;br /&gt;</w:t>
        <w:br/>
        <w:t>Як був він перед тим.&lt;br /&gt;</w:t>
        <w:br/>
        <w:t>Іде, мандрує через ліс,&lt;br /&gt;</w:t>
        <w:br/>
        <w:t>Аж тут де взявся лис.</w:t>
      </w:r>
    </w:p>
    <w:p>
      <w:r>
        <w:br/>
        <w:t>Наш їжачок в клубочок звивсь,&lt;br /&gt;</w:t>
        <w:br/>
        <w:t>До землі притуливсь.&lt;br /&gt;</w:t>
        <w:br/>
        <w:t>Лис злакомився на їду&lt;br /&gt;</w:t>
        <w:br/>
        <w:t>Та зачепив біду:</w:t>
      </w:r>
    </w:p>
    <w:p>
      <w:r>
        <w:br/>
        <w:t>Вколовся, бреше, скавулить...&lt;br /&gt;</w:t>
        <w:br/>
        <w:t>Ой, бо язик болить.&lt;br /&gt;</w:t>
        <w:br/>
        <w:t>А їжак скаче аж до неба:&lt;br /&gt;</w:t>
        <w:br/>
        <w:t>— Треба йому так, треба!</w:t>
      </w:r>
    </w:p>
    <w:p>
      <w:r>
        <w:br/>
        <w:t>Та з радості сміється,&lt;br /&gt;</w:t>
        <w:br/>
        <w:t>Лапками в боки б'ється:</w:t>
      </w:r>
    </w:p>
    <w:p>
      <w:r>
        <w:br/>
        <w:t>— Вже маю, Боже,&lt;br /&gt;</w:t>
        <w:br/>
        <w:t>Що мені гоже:&lt;br /&gt;</w:t>
        <w:br/>
        <w:t>Кругленьке тільце,&lt;br /&gt;</w:t>
        <w:br/>
        <w:t>Маленьке рильце,&lt;br /&gt;</w:t>
        <w:br/>
        <w:t>Ще й колючок багато,&lt;br /&gt;</w:t>
        <w:br/>
        <w:t>Не боюся вийти з хати!&lt;br /&gt;</w:t>
        <w:br/>
        <w:t>А як вернув у хатину,&lt;br /&gt;</w:t>
        <w:br/>
        <w:t>То справив там гостину:&lt;br /&gt;</w:t>
        <w:br/>
        <w:t>Калачі з маком замісив,&lt;br /&gt;</w:t>
        <w:br/>
        <w:t>Всіх друзів запросив:&lt;br /&gt;</w:t>
        <w:br/>
        <w:t>І чорную кротичку,&lt;br /&gt;</w:t>
        <w:br/>
        <w:t>І труську невеличку,&lt;br /&gt;</w:t>
        <w:br/>
        <w:t>І зайчика вухатого,&lt;br /&gt;</w:t>
        <w:br/>
        <w:t>І веприка лобатого.</w:t>
      </w:r>
    </w:p>
    <w:p>
      <w:r>
        <w:br/>
        <w:t>Іще гостей багато&lt;br /&gt;</w:t>
        <w:br/>
        <w:t>Прийшло до його хати.</w:t>
      </w:r>
    </w:p>
    <w:p>
      <w:r>
        <w:br/>
        <w:t>Всі калачі їли,&lt;br /&gt;</w:t>
        <w:br/>
        <w:t>Мед солодкий пили,&lt;br /&gt;</w:t>
        <w:br/>
        <w:t>Яблучками заїдали&lt;br /&gt;</w:t>
        <w:br/>
        <w:t>І співали, і гуляли.</w:t>
      </w:r>
    </w:p>
    <w:p>
      <w:r>
        <w:br/>
        <w:t>І мене там запросили,&lt;br /&gt;</w:t>
        <w:br/>
        <w:t>Калачами пригостили,&lt;br /&gt;</w:t>
        <w:br/>
        <w:t>Ще й бубликів в'язку&lt;br /&gt;</w:t>
        <w:br/>
        <w:t>Віддали за казку.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для малят про звірят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