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Вірші для Доні</w:t>
      </w:r>
    </w:p>
    <w:p>
      <w:r>
        <w:br/>
        <w:t xml:space="preserve"> Вірші для Доні&lt;br /&gt;</w:t>
        <w:br/>
        <w:t>1974–1984</w:t>
      </w:r>
    </w:p>
    <w:p>
      <w:r>
        <w:br/>
        <w:t>Колискова&lt;br /&gt;</w:t>
        <w:br/>
        <w:t>Зорі ховаються, ніченька тане,&lt;br /&gt;</w:t>
        <w:br/>
        <w:t>Сонечко ясне встає із туману,&lt;br /&gt;</w:t>
        <w:br/>
        <w:t>Верби вмиваються росами чистими,&lt;br /&gt;</w:t>
        <w:br/>
        <w:t>Міниться обрій хмарками барвистими.</w:t>
      </w:r>
    </w:p>
    <w:p>
      <w:r>
        <w:br/>
        <w:t>Все так чудово, все так спокійно,&lt;br /&gt;</w:t>
        <w:br/>
        <w:t>Всесвіт задумався — ласкаво, мрійно.&lt;br /&gt;</w:t>
        <w:br/>
        <w:t>"Горя немає, — шепоче зірниця, —&lt;br /&gt;</w:t>
        <w:br/>
        <w:t>То лише сниться… То лише сниться…"</w:t>
      </w:r>
    </w:p>
    <w:p>
      <w:r>
        <w:br/>
        <w:t>1974 р.&lt;br /&gt;</w:t>
        <w:br/>
        <w:t>Снігова баба*&lt;br /&gt;</w:t>
        <w:br/>
        <w:t>Витала в небі мала сніжинка,&lt;br /&gt;</w:t>
        <w:br/>
        <w:t>Білокрилесенька янголина.&lt;br /&gt;</w:t>
        <w:br/>
        <w:t>Серед хурделиці-заметілі&lt;br /&gt;</w:t>
        <w:br/>
        <w:t>З неба злетіла, в наметі сіла.</w:t>
      </w:r>
    </w:p>
    <w:p>
      <w:r>
        <w:br/>
        <w:t>Ішло дівчатко яснооке,&lt;br /&gt;</w:t>
        <w:br/>
        <w:t>Зліпило сніжку крутобоку.&lt;br /&gt;</w:t>
        <w:br/>
        <w:t>Упала сніжка з рук дитини,&lt;br /&gt;</w:t>
        <w:br/>
        <w:t>Та й покотилася в долину.&lt;br /&gt;</w:t>
        <w:br/>
        <w:t>А по дорозі снігу-снігу&lt;br /&gt;</w:t>
        <w:br/>
        <w:t>Навертюхалося в тому бігу.&lt;br /&gt;</w:t>
        <w:br/>
        <w:t>Була сніжинка — тепер бабище,&lt;br /&gt;</w:t>
        <w:br/>
        <w:t>Пухка потвора, снігомарище.</w:t>
      </w:r>
    </w:p>
    <w:p>
      <w:r>
        <w:br/>
        <w:t>З вугілля очі, рот і вуха,&lt;br /&gt;</w:t>
        <w:br/>
        <w:t>Відро помийне для капелюха,&lt;br /&gt;</w:t>
        <w:br/>
        <w:t>Із моркви ніс, мітла для сміху,&lt;br /&gt;</w:t>
        <w:br/>
        <w:t>На глум дорослим, малим — на втіху.&lt;br /&gt;</w:t>
        <w:br/>
        <w:t>Зима лютує, тріщать морози,&lt;br /&gt;</w:t>
        <w:br/>
        <w:t>У серці баби холодні сльози.&lt;br /&gt;</w:t>
        <w:br/>
        <w:t>Ночами бабу кличуть зорі&lt;br /&gt;</w:t>
        <w:br/>
        <w:t>У небо ясне, у даль прозору.</w:t>
      </w:r>
    </w:p>
    <w:p>
      <w:r>
        <w:br/>
        <w:t>Як з її тілом здолать тяжіння,&lt;br /&gt;</w:t>
        <w:br/>
        <w:t>Гидкого збутися чортовиння —&lt;br /&gt;</w:t>
        <w:br/>
        <w:t>Нехай бере собі, хто хоче,&lt;br /&gt;</w:t>
        <w:br/>
        <w:t>Відро помийне, з вугілля очі, —&lt;br /&gt;</w:t>
        <w:br/>
        <w:t>А їй би тільки простори ясні,&lt;br /&gt;</w:t>
        <w:br/>
        <w:t>Кружляння в небі, політ прекрасний!&lt;br /&gt;</w:t>
        <w:br/>
        <w:t>А я дивлюся, а я сміюся:&lt;br /&gt;</w:t>
        <w:br/>
        <w:t>— Не плач, бабище, не плач, бабусю!&lt;br /&gt;</w:t>
        <w:br/>
        <w:t>Засяє сонце, весна прилине,&lt;br /&gt;</w:t>
        <w:br/>
        <w:t>Тебе підніме у небо синє,&lt;br /&gt;</w:t>
        <w:br/>
        <w:t>І ввійдеш ти в легку хмарину.&lt;br /&gt;</w:t>
        <w:br/>
        <w:t>У білокрилу янголину,&lt;br /&gt;</w:t>
        <w:br/>
        <w:t>Минуть морози, дитячі глуми.&lt;br /&gt;</w:t>
        <w:br/>
        <w:t>Холодні ночі, похмурі думи.&lt;br /&gt;</w:t>
        <w:br/>
        <w:t>Тебе чекають простори ясні,&lt;br /&gt;</w:t>
        <w:br/>
        <w:t>Кружляння в небі, політ прекрасний.</w:t>
      </w:r>
    </w:p>
    <w:p>
      <w:r>
        <w:br/>
        <w:t>1974 р.&lt;br /&gt;</w:t>
        <w:br/>
        <w:t>Пісня*&lt;br /&gt;</w:t>
        <w:br/>
        <w:t>Розцвілася квіточка, розцвілася,&lt;br /&gt;</w:t>
        <w:br/>
        <w:t>Та багряним полум’ям зайнялася.</w:t>
      </w:r>
    </w:p>
    <w:p>
      <w:r>
        <w:br/>
        <w:t>Полюбили квіточку буревії,&lt;br /&gt;</w:t>
        <w:br/>
        <w:t>Розпалили в серці їй пісні-мрії.</w:t>
      </w:r>
    </w:p>
    <w:p>
      <w:r>
        <w:br/>
        <w:t>Тріпотіла квіточка, пломеніла,&lt;br /&gt;</w:t>
        <w:br/>
        <w:t>В сонячному промені вся згоріла…</w:t>
      </w:r>
    </w:p>
    <w:p>
      <w:r>
        <w:br/>
        <w:t>Впало з серця квіточки сім’я-зерня&lt;br /&gt;</w:t>
        <w:br/>
        <w:t>Поміж темні зарості, поміж терня.</w:t>
      </w:r>
    </w:p>
    <w:p>
      <w:r>
        <w:br/>
        <w:t>Ой, не спіте, людоньки, ой, не спіте!&lt;br /&gt;</w:t>
        <w:br/>
        <w:t>Зернятко дрібненькеє віднайдіте!</w:t>
      </w:r>
    </w:p>
    <w:p>
      <w:r>
        <w:br/>
        <w:t>Бо Весна полум’яна як надійде —&lt;br /&gt;</w:t>
        <w:br/>
        <w:t>Квіточка багряная вже не зійде…</w:t>
      </w:r>
    </w:p>
    <w:p>
      <w:r>
        <w:br/>
        <w:t>1975 р.&lt;br /&gt;</w:t>
        <w:br/>
        <w:t>* * *</w:t>
      </w:r>
    </w:p>
    <w:p>
      <w:r>
        <w:br/>
        <w:t>Поміж горами хатинка,&lt;br /&gt;</w:t>
        <w:br/>
        <w:t>Далі — кручі і долинка…&lt;br /&gt;</w:t>
        <w:br/>
        <w:t>Тихо, тихо&lt;br /&gt;</w:t>
        <w:br/>
        <w:t>Вечір лиха&lt;br /&gt;</w:t>
        <w:br/>
        <w:t>В голубе вікно…&lt;br /&gt;</w:t>
        <w:br/>
        <w:t>Щось мигнуло,&lt;br /&gt;</w:t>
        <w:br/>
        <w:t>Спалахнуло,&lt;br /&gt;</w:t>
        <w:br/>
        <w:t>Світиться вікно…&lt;br /&gt;</w:t>
        <w:br/>
        <w:t>Ніби квітом&lt;br /&gt;</w:t>
        <w:br/>
        <w:t>Самоцвітом&lt;br /&gt;</w:t>
        <w:br/>
        <w:t>Світиться воно…</w:t>
      </w:r>
    </w:p>
    <w:p>
      <w:r>
        <w:br/>
        <w:t>Усміхнулася хатинка.&lt;br /&gt;</w:t>
        <w:br/>
        <w:t>А в хатиночці — дитинка…&lt;br /&gt;</w:t>
        <w:br/>
        <w:t>Та розумно&lt;br /&gt;</w:t>
        <w:br/>
        <w:t>Тиходумно&lt;br /&gt;</w:t>
        <w:br/>
        <w:t>Дивиться у ніч —&lt;br /&gt;</w:t>
        <w:br/>
        <w:t>Хтось там ходить,&lt;br /&gt;</w:t>
        <w:br/>
        <w:t>Вічно бродить,&lt;br /&gt;</w:t>
        <w:br/>
        <w:t>Не змикає віч,&lt;br /&gt;</w:t>
        <w:br/>
        <w:t>Розсіває&lt;br /&gt;</w:t>
        <w:br/>
        <w:t>Зерна в гаю&lt;br /&gt;</w:t>
        <w:br/>
        <w:t>І відходить пріч…</w:t>
      </w:r>
    </w:p>
    <w:p>
      <w:r>
        <w:br/>
        <w:t>Йдуть тумани у долинку,&lt;br /&gt;</w:t>
        <w:br/>
        <w:t>Ніжно пахне материнка…&lt;br /&gt;</w:t>
        <w:br/>
        <w:t>Поринає в сон дитинка…&lt;br /&gt;</w:t>
        <w:br/>
        <w:t>Тихо, тихо&lt;br /&gt;</w:t>
        <w:br/>
        <w:t>Вечір диха&lt;br /&gt;</w:t>
        <w:br/>
        <w:t>В голубе вікно,&lt;br /&gt;</w:t>
        <w:br/>
        <w:t>Виглядає&lt;br /&gt;</w:t>
        <w:br/>
        <w:t>Із безкраю&lt;br /&gt;</w:t>
        <w:br/>
        <w:t>Ще когось воно —&lt;br /&gt;</w:t>
        <w:br/>
        <w:t>Хто блукає&lt;br /&gt;</w:t>
        <w:br/>
        <w:t>В Диво-краї&lt;br /&gt;</w:t>
        <w:br/>
        <w:t>Вже давно… давно…</w:t>
      </w:r>
    </w:p>
    <w:p>
      <w:r>
        <w:br/>
        <w:t>25 жовтня 1979 р.&lt;br /&gt;</w:t>
        <w:br/>
        <w:t>Доня у вікні&lt;br /&gt;</w:t>
        <w:br/>
        <w:t>У віконце доня&lt;br /&gt;</w:t>
        <w:br/>
        <w:t>Дивиться мала,&lt;br /&gt;</w:t>
        <w:br/>
        <w:t>Квіточка-долоня&lt;br /&gt;</w:t>
        <w:br/>
        <w:t>Тулиться до шкла.&lt;br /&gt;</w:t>
        <w:br/>
        <w:t>Доки жити буду.&lt;br /&gt;</w:t>
        <w:br/>
        <w:t>Навіть хай віки —&lt;br /&gt;</w:t>
        <w:br/>
        <w:t>Знаю — не забуду&lt;br /&gt;</w:t>
        <w:br/>
        <w:t>Ніжної руки…&lt;br /&gt;</w:t>
        <w:br/>
        <w:t>Ніби пташенятко,&lt;br /&gt;</w:t>
        <w:br/>
        <w:t>У віконці ти.&lt;br /&gt;</w:t>
        <w:br/>
        <w:t>До тієї хатки&lt;br /&gt;</w:t>
        <w:br/>
        <w:t>Буду вічно йти…&lt;br /&gt;</w:t>
        <w:br/>
        <w:t>Там моє кохання,&lt;br /&gt;</w:t>
        <w:br/>
        <w:t>Там мій Диво-Храм…&lt;br /&gt;</w:t>
        <w:br/>
        <w:t>Зоряне світання&lt;br /&gt;</w:t>
        <w:br/>
        <w:t>Розквітає там…&lt;br /&gt;</w:t>
        <w:br/>
        <w:t>З будь-якої долі&lt;br /&gt;</w:t>
        <w:br/>
        <w:t>Я вернусь туди.&lt;br /&gt;</w:t>
        <w:br/>
        <w:t>Днями і ночами&lt;br /&gt;</w:t>
        <w:br/>
        <w:t>Ти мене зажди.&lt;br /&gt;</w:t>
        <w:br/>
        <w:t>А в таємну днину&lt;br /&gt;</w:t>
        <w:br/>
        <w:t>Під твоїм вікном&lt;br /&gt;</w:t>
        <w:br/>
        <w:t>Зацвіте калина&lt;br /&gt;</w:t>
        <w:br/>
        <w:t>Небувалим сном,&lt;br /&gt;</w:t>
        <w:br/>
        <w:t>У вікно постука,&lt;br /&gt;</w:t>
        <w:br/>
        <w:t>там, де ти стоїш, —&lt;br /&gt;</w:t>
        <w:br/>
        <w:t>і простягне руку:&lt;br /&gt;</w:t>
        <w:br/>
        <w:t>— Доню, ти не спиш?&lt;br /&gt;</w:t>
        <w:br/>
        <w:t>То вставай, дитино,&lt;br /&gt;</w:t>
        <w:br/>
        <w:t>Та виходь надвір,&lt;br /&gt;</w:t>
        <w:br/>
        <w:t>Я тебе зустріну&lt;br /&gt;</w:t>
        <w:br/>
        <w:t>Під промінням зір…&lt;br /&gt;</w:t>
        <w:br/>
        <w:t>Білий цвіт калини —&lt;br /&gt;</w:t>
        <w:br/>
        <w:t>То моя любов,&lt;br /&gt;</w:t>
        <w:br/>
        <w:t>Що у цю хатину&lt;br /&gt;</w:t>
        <w:br/>
        <w:t>Прагнула ізнов,&lt;br /&gt;</w:t>
        <w:br/>
        <w:t>Що з’єднала в миті&lt;br /&gt;</w:t>
        <w:br/>
        <w:t>Душі і серця…&lt;br /&gt;</w:t>
        <w:br/>
        <w:t>Вічно буде жити&lt;br /&gt;</w:t>
        <w:br/>
        <w:t>Мить свята оця —&lt;br /&gt;</w:t>
        <w:br/>
        <w:t>У віконці Доня…&lt;br /&gt;</w:t>
        <w:br/>
        <w:t>Дивний зоре-Храм…&lt;br /&gt;</w:t>
        <w:br/>
        <w:t>Квіточка-долоня&lt;br /&gt;</w:t>
        <w:br/>
        <w:t>Шле привіт вікам…</w:t>
      </w:r>
    </w:p>
    <w:p>
      <w:r>
        <w:br/>
        <w:t>14 березня 1980 р.&lt;br /&gt;</w:t>
        <w:br/>
        <w:t>* * *</w:t>
      </w:r>
    </w:p>
    <w:p>
      <w:r>
        <w:br/>
        <w:t>Візьму Доню у долоні,&lt;br /&gt;</w:t>
        <w:br/>
        <w:t>Обніму — і полечу,&lt;br /&gt;</w:t>
        <w:br/>
        <w:t>Вдалині, в небеснім лоні&lt;br /&gt;</w:t>
        <w:br/>
        <w:t>Нову зірку засвічу.</w:t>
      </w:r>
    </w:p>
    <w:p>
      <w:r>
        <w:br/>
        <w:t>І скажу: — Ти господиня&lt;br /&gt;</w:t>
        <w:br/>
        <w:t>Цього світу і твори,&lt;br /&gt;</w:t>
        <w:br/>
        <w:t>Ця планета — повна скриня&lt;br /&gt;</w:t>
        <w:br/>
        <w:t>Птахів, бджілок і рослин.</w:t>
      </w:r>
    </w:p>
    <w:p>
      <w:r>
        <w:br/>
        <w:t>Порядкуй же в цій оселі&lt;br /&gt;</w:t>
        <w:br/>
        <w:t>Так, щоб жоден не страждав,&lt;br /&gt;</w:t>
        <w:br/>
        <w:t>Щоб усі були веселі&lt;br /&gt;</w:t>
        <w:br/>
        <w:t>І ніхто не сумував!</w:t>
      </w:r>
    </w:p>
    <w:p>
      <w:r>
        <w:br/>
        <w:t>Доня пальчиком торкає&lt;br /&gt;</w:t>
        <w:br/>
        <w:t>Нову голубу Зорю,&lt;br /&gt;</w:t>
        <w:br/>
        <w:t>І тихенько наслухає&lt;br /&gt;</w:t>
        <w:br/>
        <w:t>Те, що я їй говорю…</w:t>
      </w:r>
    </w:p>
    <w:p>
      <w:r>
        <w:br/>
        <w:t>В оченятах — чиста віра,&lt;br /&gt;</w:t>
        <w:br/>
        <w:t>На вустах — любові знак…&lt;br /&gt;</w:t>
        <w:br/>
        <w:t>В цього світу — добрий вирій,&lt;br /&gt;</w:t>
        <w:br/>
        <w:t>Славна доля!&lt;br /&gt;</w:t>
        <w:br/>
        <w:t>Буде так!</w:t>
      </w:r>
    </w:p>
    <w:p>
      <w:r>
        <w:br/>
        <w:t>3 квітня 1980 р.&lt;br /&gt;</w:t>
        <w:br/>
        <w:t>Мама і доня&lt;br /&gt;</w:t>
        <w:br/>
        <w:t>— Звідки прийшла я, матусю, до тебе?&lt;br /&gt;</w:t>
        <w:br/>
        <w:t>Де я до того була?&lt;br /&gt;</w:t>
        <w:br/>
        <w:t>— Сяяла, доню, зіркою в небі,&lt;br /&gt;</w:t>
        <w:br/>
        <w:t>Квіткою в лузі цвіла.</w:t>
      </w:r>
    </w:p>
    <w:p>
      <w:r>
        <w:br/>
        <w:t>Мам із татусем тебе нашептали&lt;br /&gt;</w:t>
        <w:br/>
        <w:t>Трави шовкові в полях,&lt;br /&gt;</w:t>
        <w:br/>
        <w:t>Нам соловейки тебе наспівали&lt;br /&gt;</w:t>
        <w:br/>
        <w:t>У придніпровських садах…</w:t>
      </w:r>
    </w:p>
    <w:p>
      <w:r>
        <w:br/>
        <w:t>Неба глибинність, ніжність ранкова,&lt;br /&gt;</w:t>
        <w:br/>
        <w:t>Літня гроза, супокій —&lt;br /&gt;</w:t>
        <w:br/>
        <w:t>Все це впліталось, як в пісеньці слово,&lt;br /&gt;</w:t>
        <w:br/>
        <w:t>В доні коханій моїй!</w:t>
      </w:r>
    </w:p>
    <w:p>
      <w:r>
        <w:br/>
        <w:t>В очках у тебе — обшир чудесний,&lt;br /&gt;</w:t>
        <w:br/>
        <w:t>В дотику — сила вітрів,&lt;br /&gt;</w:t>
        <w:br/>
        <w:t>В голосі — ніби дзвіночки небесні,&lt;br /&gt;</w:t>
        <w:br/>
        <w:t>Пташок закоханих спів.</w:t>
      </w:r>
    </w:p>
    <w:p>
      <w:r>
        <w:br/>
        <w:t>Ми із татусем лише сплітали&lt;br /&gt;</w:t>
        <w:br/>
        <w:t>Той дивовижний вінок,&lt;br /&gt;</w:t>
        <w:br/>
        <w:t>Котрий для тебе давно готували&lt;br /&gt;</w:t>
        <w:br/>
        <w:t>Промені дальніх зірок.</w:t>
      </w:r>
    </w:p>
    <w:p>
      <w:r>
        <w:br/>
        <w:t>Тож збережи, моя доню ласкава,&lt;br /&gt;</w:t>
        <w:br/>
        <w:t>Всі ті дарунки в житті.&lt;br /&gt;</w:t>
        <w:br/>
        <w:t>Світу на радість, людям на славу —&lt;br /&gt;</w:t>
        <w:br/>
        <w:t>Квітоньки серця святі!..</w:t>
      </w:r>
    </w:p>
    <w:p>
      <w:r>
        <w:br/>
        <w:t>1 серпня 1980 р&lt;br /&gt;</w:t>
        <w:br/>
        <w:t>* * *</w:t>
      </w:r>
    </w:p>
    <w:p>
      <w:r>
        <w:br/>
        <w:t>У думах броджу довкола&lt;br /&gt;</w:t>
        <w:br/>
        <w:t>Вашої любої хати,&lt;br /&gt;</w:t>
        <w:br/>
        <w:t>І маю одну лиш волю —&lt;br /&gt;</w:t>
        <w:br/>
        <w:t>У вікна її заглядати…</w:t>
      </w:r>
    </w:p>
    <w:p>
      <w:r>
        <w:br/>
        <w:t>Дивлюся на милі лиця,&lt;br /&gt;</w:t>
        <w:br/>
        <w:t>Торкаюся їх незримо,&lt;br /&gt;</w:t>
        <w:br/>
        <w:t>І знаю, що це мені сниться,&lt;br /&gt;</w:t>
        <w:br/>
        <w:t>І сон той проходить мимо…</w:t>
      </w:r>
    </w:p>
    <w:p>
      <w:r>
        <w:br/>
        <w:t>Та ні! Не проходить — груди&lt;br /&gt;</w:t>
        <w:br/>
        <w:t>Наповнює зустрічі диво…&lt;br /&gt;</w:t>
        <w:br/>
        <w:t>Я знаю — розквітне, буде&lt;br /&gt;</w:t>
        <w:br/>
        <w:t>Омріяна мить щаслива…</w:t>
      </w:r>
    </w:p>
    <w:p>
      <w:r>
        <w:br/>
        <w:t>10 листопада 1980 р.&lt;br /&gt;</w:t>
        <w:br/>
        <w:t>* * *</w:t>
      </w:r>
    </w:p>
    <w:p>
      <w:r>
        <w:br/>
        <w:t>Диво сиве&lt;br /&gt;</w:t>
        <w:br/>
        <w:t>Йде по ниві…&lt;br /&gt;</w:t>
        <w:br/>
        <w:t>Я до Дива,&lt;br /&gt;</w:t>
        <w:br/>
        <w:t>А воно —&lt;br /&gt;</w:t>
        <w:br/>
        <w:t>Лише видиво&lt;br /&gt;</w:t>
        <w:br/>
        <w:t>Щасливе —&lt;br /&gt;</w:t>
        <w:br/>
        <w:t>Місяць світить у вікно…</w:t>
      </w:r>
    </w:p>
    <w:p>
      <w:r>
        <w:br/>
        <w:t>Прокидаюсь&lt;br /&gt;</w:t>
        <w:br/>
        <w:t>І караюсь…&lt;br /&gt;</w:t>
        <w:br/>
        <w:t>Хочу знову&lt;br /&gt;</w:t>
        <w:br/>
        <w:t>На той лан,&lt;br /&gt;</w:t>
        <w:br/>
        <w:t>Там, де Диво&lt;br /&gt;</w:t>
        <w:br/>
        <w:t>Ходить сиве,&lt;br /&gt;</w:t>
        <w:br/>
        <w:t>Там, де Діва&lt;br /&gt;</w:t>
        <w:br/>
        <w:t>Уродлива,&lt;br /&gt;</w:t>
        <w:br/>
        <w:t>Там, де зоряний туман…</w:t>
      </w:r>
    </w:p>
    <w:p>
      <w:r>
        <w:br/>
        <w:t>Все можливо&lt;br /&gt;</w:t>
        <w:br/>
        <w:t>Там, де Диво, —&lt;br /&gt;</w:t>
        <w:br/>
        <w:t>І політ,&lt;br /&gt;</w:t>
        <w:br/>
        <w:t>І зореліт…&lt;br /&gt;</w:t>
        <w:br/>
        <w:t>Уродлива&lt;br /&gt;</w:t>
        <w:br/>
        <w:t>Кличе Діва,&lt;br /&gt;</w:t>
        <w:br/>
        <w:t>Сиве-сиве&lt;br /&gt;</w:t>
        <w:br/>
        <w:t>Кличе Диво&lt;br /&gt;</w:t>
        <w:br/>
        <w:t>У новий казковий світ…</w:t>
      </w:r>
    </w:p>
    <w:p>
      <w:r>
        <w:br/>
        <w:t>Нитку сну&lt;br /&gt;</w:t>
        <w:br/>
        <w:t>Мережану&lt;br /&gt;</w:t>
        <w:br/>
        <w:t>Я підтримую, пряду,&lt;br /&gt;</w:t>
        <w:br/>
        <w:t>На чарівному лану,&lt;br /&gt;</w:t>
        <w:br/>
        <w:t>Моя Діво,&lt;br /&gt;</w:t>
        <w:br/>
        <w:t>Любе Диво,&lt;br /&gt;</w:t>
        <w:br/>
        <w:t>Поспішаю, вже іду…&lt;br /&gt;</w:t>
        <w:br/>
        <w:t>Я знайду тебе, знайду!</w:t>
      </w:r>
    </w:p>
    <w:p>
      <w:r>
        <w:br/>
        <w:t>1 січня 1981р.&lt;br /&gt;</w:t>
        <w:br/>
        <w:t>Сон&lt;br /&gt;</w:t>
        <w:br/>
        <w:t>Біля чудо-хатки, біля тих вікон&lt;br /&gt;</w:t>
        <w:br/>
        <w:t>Розцвіте фіалково легендарний сон…&lt;br /&gt;</w:t>
        <w:br/>
        <w:t>Хай тобі він шепче у весняні дні:&lt;br /&gt;</w:t>
        <w:br/>
        <w:t>Я спішу до тебе наяву і в сні.&lt;br /&gt;</w:t>
        <w:br/>
        <w:t>Промайне розлука, як єдина мить,&lt;br /&gt;</w:t>
        <w:br/>
        <w:t>Хай лише у серці Сон-трава горить…</w:t>
      </w:r>
    </w:p>
    <w:p>
      <w:r>
        <w:br/>
        <w:t>2 березня 1981р.&lt;br /&gt;</w:t>
        <w:br/>
        <w:t>Метелик&lt;br /&gt;</w:t>
        <w:br/>
        <w:t>— Метелик! Летиш ти куди?&lt;br /&gt;</w:t>
        <w:br/>
        <w:t>— Не знаю я слова такого,&lt;br /&gt;</w:t>
        <w:br/>
        <w:t>Я вдома усюди, завжди,&lt;br /&gt;</w:t>
        <w:br/>
        <w:t>Для мене всі миті — обнова!</w:t>
      </w:r>
    </w:p>
    <w:p>
      <w:r>
        <w:br/>
        <w:t>То вічність і мить — то одне,&lt;br /&gt;</w:t>
        <w:br/>
        <w:t>Бо є, і було, і грядуще&lt;br /&gt;</w:t>
        <w:br/>
        <w:t>В обіймах тримає мене,&lt;br /&gt;</w:t>
        <w:br/>
        <w:t>У пестощах промінносущих…</w:t>
      </w:r>
    </w:p>
    <w:p>
      <w:r>
        <w:br/>
        <w:t>— Метелику! Віснику миті!&lt;br /&gt;</w:t>
        <w:br/>
        <w:t>Чи можна до тебе в політ?&lt;br /&gt;</w:t>
        <w:br/>
        <w:t>— Як станеш із радістю злитий,&lt;br /&gt;</w:t>
        <w:br/>
        <w:t>Тоді мій відкриється світ…</w:t>
      </w:r>
    </w:p>
    <w:p>
      <w:r>
        <w:br/>
        <w:t>Бо Радість — то любощі гри,&lt;br /&gt;</w:t>
        <w:br/>
        <w:t>Без простору, часу і цілі,&lt;br /&gt;</w:t>
        <w:br/>
        <w:t>Дарунки Святої Гори,&lt;br /&gt;</w:t>
        <w:br/>
        <w:t>Що світові незрозумілі…</w:t>
      </w:r>
    </w:p>
    <w:p>
      <w:r>
        <w:br/>
        <w:t>5 травня 1981 р.&lt;br /&gt;</w:t>
        <w:br/>
        <w:t>Щедрівка&lt;br /&gt;</w:t>
        <w:br/>
        <w:t>І дорослих, і малечу&lt;br /&gt;</w:t>
        <w:br/>
        <w:t>Привітати хочу знов я:&lt;br /&gt;</w:t>
        <w:br/>
        <w:t>Добрий Вечір! Щедрий Вечір!&lt;br /&gt;</w:t>
        <w:br/>
        <w:t>Добрим людям на здоров’я!</w:t>
      </w:r>
    </w:p>
    <w:p>
      <w:r>
        <w:br/>
        <w:t>Засіваю щире зерня&lt;br /&gt;</w:t>
        <w:br/>
        <w:t>На усі рясні усюди,&lt;br /&gt;</w:t>
        <w:br/>
        <w:t>Щастя й радість хай повернуть&lt;br /&gt;</w:t>
        <w:br/>
        <w:t>В хату всім на світі людям.</w:t>
      </w:r>
    </w:p>
    <w:p>
      <w:r>
        <w:br/>
        <w:t>Хай радіють разом з нами&lt;br /&gt;</w:t>
        <w:br/>
        <w:t>Кожна квітка, кожна зірка,&lt;br /&gt;</w:t>
        <w:br/>
        <w:t>Хай не прийде навіть снами&lt;br /&gt;</w:t>
        <w:br/>
        <w:t>Те, що в серці зріє гірко!</w:t>
      </w:r>
    </w:p>
    <w:p>
      <w:r>
        <w:br/>
        <w:t>Хай душа прошепче речі,&lt;br /&gt;</w:t>
        <w:br/>
        <w:t>Тихі, без багатослов’я:&lt;br /&gt;</w:t>
        <w:br/>
        <w:t>Добрий Вечір! Щедрий Вечір!&lt;br /&gt;</w:t>
        <w:br/>
        <w:t>Добрим людям на здоров’я!</w:t>
      </w:r>
    </w:p>
    <w:p>
      <w:r>
        <w:br/>
        <w:t>13 січня 1982 р.&lt;br /&gt;</w:t>
        <w:br/>
        <w:t>Хмаринка&lt;br /&gt;</w:t>
        <w:br/>
        <w:t>— Слухай, Хмарино&lt;br /&gt;</w:t>
        <w:br/>
        <w:t>Моя білокрила,&lt;br /&gt;</w:t>
        <w:br/>
        <w:t>Дай мені легкості,&lt;br /&gt;</w:t>
        <w:br/>
        <w:t>Моці і сили.</w:t>
      </w:r>
    </w:p>
    <w:p>
      <w:r>
        <w:br/>
        <w:t>Хочу полинути&lt;br /&gt;</w:t>
        <w:br/>
        <w:t>Вслід за тобою,&lt;br /&gt;</w:t>
        <w:br/>
        <w:t>Весело гратися&lt;br /&gt;</w:t>
        <w:br/>
        <w:t>З хмарок юрбою.</w:t>
      </w:r>
    </w:p>
    <w:p>
      <w:r>
        <w:br/>
        <w:t>— Дівчинко люба,&lt;br /&gt;</w:t>
        <w:br/>
        <w:t>Дівчинко мила,&lt;br /&gt;</w:t>
        <w:br/>
        <w:t>Треба для цього&lt;br /&gt;</w:t>
        <w:br/>
        <w:t>Не моці і сили, —</w:t>
      </w:r>
    </w:p>
    <w:p>
      <w:r>
        <w:br/>
        <w:t>Треба безжурності&lt;br /&gt;</w:t>
        <w:br/>
        <w:t>І забування,&lt;br /&gt;</w:t>
        <w:br/>
        <w:t>Треба безжальності&lt;br /&gt;</w:t>
        <w:br/>
        <w:t>До розлучання,</w:t>
      </w:r>
    </w:p>
    <w:p>
      <w:r>
        <w:br/>
        <w:t>Бо якщо спогад&lt;br /&gt;</w:t>
        <w:br/>
        <w:t>В серденько вколе,&lt;br /&gt;</w:t>
        <w:br/>
        <w:t>Знову впадеш ти&lt;br /&gt;</w:t>
        <w:br/>
        <w:t>З неба додолу…</w:t>
      </w:r>
    </w:p>
    <w:p>
      <w:r>
        <w:br/>
        <w:t>20 липня 1981р.&lt;br /&gt;</w:t>
        <w:br/>
        <w:t>* * *</w:t>
      </w:r>
    </w:p>
    <w:p>
      <w:r>
        <w:br/>
        <w:t>Небо, як нива,*&lt;br /&gt;</w:t>
        <w:br/>
        <w:t>Зорі, мов зерна,&lt;br /&gt;</w:t>
        <w:br/>
        <w:t>Радує дивом&lt;br /&gt;</w:t>
        <w:br/>
        <w:t>Простір химерний…&lt;br /&gt;</w:t>
        <w:br/>
        <w:t>Що там, в безодні,&lt;br /&gt;</w:t>
        <w:br/>
        <w:t>Всіяній чудом?&lt;br /&gt;</w:t>
        <w:br/>
        <w:t>Все, що завгодно,&lt;br /&gt;</w:t>
        <w:br/>
        <w:t>Стукає в грудях.&lt;br /&gt;</w:t>
        <w:br/>
        <w:t>Стукає серце&lt;br /&gt;</w:t>
        <w:br/>
        <w:t>В ребра темниці,&lt;br /&gt;</w:t>
        <w:br/>
        <w:t>Ніби відерце&lt;br /&gt;</w:t>
        <w:br/>
        <w:t>В диво-криниці.&lt;br /&gt;</w:t>
        <w:br/>
        <w:t>Вирватись хоче&lt;br /&gt;</w:t>
        <w:br/>
        <w:t>В ирій далекий,&lt;br /&gt;</w:t>
        <w:br/>
        <w:t>В буряні ночі,&lt;br /&gt;</w:t>
        <w:br/>
        <w:t>В зоряний клекіт.&lt;br /&gt;</w:t>
        <w:br/>
        <w:t>Так воно й буде.&lt;br /&gt;</w:t>
        <w:br/>
        <w:t>Так воно й сниться!&lt;br /&gt;</w:t>
        <w:br/>
        <w:t>Землю розбудить&lt;br /&gt;</w:t>
        <w:br/>
        <w:t>Казка-зірниця…</w:t>
      </w:r>
    </w:p>
    <w:p>
      <w:r>
        <w:br/>
        <w:t>1 березня 1984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Вірші для Доні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